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Kaidah Pencacahan dan Peluang Majemuk</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Pemodelan Matematika Terapan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kalkulasi teknis, kalkulator saintifik/spreadsheet, instrumen ukur presisi,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Kaidah Pencacahan dan Peluang Majemuk dalam konteks operasional kejuruan secara komprehensif.</w:t>
      </w:r>
    </w:p>
    <w:p>
      <w:pPr>
        <w:pStyle w:val="ListNumber"/>
      </w:pPr>
      <w:r>
        <w:rPr>
          <w:rFonts w:ascii="Calibri" w:hAnsi="Calibri"/>
          <w:b w:val="0"/>
          <w:i w:val="0"/>
          <w:color w:val="000000"/>
          <w:sz w:val="19"/>
        </w:rPr>
        <w:t>Menerapkan prosedur kerja dan teknik pemecahan masalah terkait Kaidah Pencacahan dan Peluang Majemuk secara mandiri dan presisi.</w:t>
      </w:r>
    </w:p>
    <w:p>
      <w:pPr>
        <w:pStyle w:val="ListNumber"/>
      </w:pPr>
      <w:r>
        <w:rPr>
          <w:rFonts w:ascii="Calibri" w:hAnsi="Calibri"/>
          <w:b w:val="0"/>
          <w:i w:val="0"/>
          <w:color w:val="000000"/>
          <w:sz w:val="19"/>
        </w:rPr>
        <w:t>Mengevaluasi hasil kerja, kepatuhan SOP, dan keselamatan kerja (K3) pada aktivitas pembelajaran Kaidah Pencacahan dan Peluang Majemuk.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Aturan perkalian, permutasi, kombinasi, peluang saling lepas dan bebas, serta analisis probabilitas kecacatan barang perakitan.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Kaidah Pencacahan dan Peluang Majemuk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Kaidah Pencacahan dan Peluang Majemuk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Kaidah Pencacahan dan Peluang Majemuk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Kaidah Pencacahan dan Peluang Majemuk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Kaidah Pencacahan dan Peluang Majemuk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Kaidah Pencacahan dan Peluang Majemuk?</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Kaidah Pencacahan dan Peluang Majemuk.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Kaidah Pencacahan dan Peluang Majemuk?</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Kaidah Pencacahan dan Peluang Majemuk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Matematika • Bab 3: Kaidah Pencacahan dan Peluang Majemuk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Kaidah Pencacahan dan Peluang Majemuk</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Kaidah Pencacahan dan Peluang Majemuk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Kaidah Pencacahan dan Peluang Majemuk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Kaidah Pencacahan dan Peluang Majemuk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Kaidah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Kaidah Pencacahan dan Peluang Majemuk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Pencacahan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Peluang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