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MATEMATIKA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Matematika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Bunga Majemuk dan Anuitas Finansial</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Pemodelan Matematika Terapan Industri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lembar kalkulasi teknis, kalkulator saintifik/spreadsheet, instrumen ukur presisi,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Bunga Majemuk dan Anuitas Finansial dalam konteks operasional kejuruan secara komprehensif.</w:t>
      </w:r>
    </w:p>
    <w:p>
      <w:pPr>
        <w:pStyle w:val="ListNumber"/>
      </w:pPr>
      <w:r>
        <w:rPr>
          <w:rFonts w:ascii="Calibri" w:hAnsi="Calibri"/>
          <w:b w:val="0"/>
          <w:i w:val="0"/>
          <w:color w:val="000000"/>
          <w:sz w:val="19"/>
        </w:rPr>
        <w:t>Menerapkan prosedur kerja dan teknik pemecahan masalah terkait Bunga Majemuk dan Anuitas Finansial secara mandiri dan presisi.</w:t>
      </w:r>
    </w:p>
    <w:p>
      <w:pPr>
        <w:pStyle w:val="ListNumber"/>
      </w:pPr>
      <w:r>
        <w:rPr>
          <w:rFonts w:ascii="Calibri" w:hAnsi="Calibri"/>
          <w:b w:val="0"/>
          <w:i w:val="0"/>
          <w:color w:val="000000"/>
          <w:sz w:val="19"/>
        </w:rPr>
        <w:t>Mengevaluasi hasil kerja, kepatuhan SOP, dan keselamatan kerja (K3) pada aktivitas pembelajaran Bunga Majemuk dan Anuitas Finansial.</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Kalkulasi nilai masa depan modal investasi, sistem bunga majemuk perbankan, tabel angsuran anuitas kredit usaha, dan amortisasi.</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Bunga Majemuk dan Anuitas Finansial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Bunga Majemuk dan Anuitas Finansial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Bunga Majemuk dan Anuitas Finansial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Bunga Majemuk dan Anuitas Finansial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Bunga Majemuk dan Anuitas Finansial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Bunga Majemuk dan Anuitas Finansial?</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Bunga Majemuk dan Anuitas Finansial.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Bunga Majemuk dan Anuitas Finansial?</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Bunga Majemuk dan Anuitas Finansial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Matematika • Bab 2: Bunga Majemuk dan Anuitas Finansial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Bunga Majemuk dan Anuitas Finansial</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Bunga Majemuk dan Anuitas Finansial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Bunga Majemuk dan Anuitas Finansial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Bunga Majemuk dan Anuitas Finansial pada jenjang SMK Kelas 12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Bunga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Bunga Majemuk dan Anuitas Finansial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Majemuk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Anuitas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Matematika Kelas 12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