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Teori Peluang Majemuk dan Peluang Bersyarat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aturan permutasi dan kombinasi dalam menyelesaikan masalah pencacahan.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peluang kejadian majemuk saling lepas dan saling bebas.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dan menyelesaikan masalah peluang bersyarat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Kaidah pencacahan (aturan penjumlahan, perkalian, permutasi </w:t>
      </w:r>
      <m:oMath>
        <m:r>
          <m:t>P</m:t>
        </m:r>
        <m:r>
          <m:t>(</m:t>
        </m:r>
        <m:r>
          <m:t>n</m:t>
        </m:r>
        <m:r>
          <m:t>,</m:t>
        </m:r>
        <m:r>
          <m:t>r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kombinasi </w:t>
      </w:r>
      <m:oMath>
        <m:r>
          <m:t>C</m:t>
        </m:r>
        <m:r>
          <m:t>(</m:t>
        </m:r>
        <m:r>
          <m:t>n</m:t>
        </m:r>
        <m:r>
          <m:t>,</m:t>
        </m:r>
        <m:r>
          <m:t>r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), konsep ruang sampel dan peluang kejadian tunggal, peluang kejadian majemuk saling lepas (</w:t>
      </w:r>
      <m:oMath>
        <m:r>
          <m:t>P</m:t>
        </m:r>
        <m:r>
          <m:t>(</m:t>
        </m:r>
        <m:r>
          <m:t>A</m:t>
        </m:r>
        <m:r>
          <m:t>∪</m:t>
        </m:r>
        <m:r>
          <m:t>B</m:t>
        </m:r>
        <m:r>
          <m:t>)</m:t>
        </m:r>
        <m:r>
          <m:t>=</m:t>
        </m:r>
        <m:r>
          <m:t>P</m:t>
        </m:r>
        <m:r>
          <m:t>(</m:t>
        </m:r>
        <m:r>
          <m:t>A</m:t>
        </m:r>
        <m:r>
          <m:t>)</m:t>
        </m:r>
        <m:r>
          <m:t>+</m:t>
        </m:r>
        <m:r>
          <m:t>P</m:t>
        </m:r>
        <m:r>
          <m:t>(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) dan tidak saling lepas, serta peluang kejadian saling bebas dan peluang bersyarat (</w:t>
      </w:r>
      <m:oMath>
        <m:r>
          <m:t>P</m:t>
        </m:r>
        <m:r>
          <m:t>(</m:t>
        </m:r>
        <m:r>
          <m:t>A</m:t>
        </m:r>
        <m:r>
          <m:t>|</m:t>
        </m:r>
        <m:r>
          <m:t>B</m:t>
        </m:r>
        <m:r>
          <m:t>)</m:t>
        </m:r>
        <m:r>
          <m:t>=</m:t>
        </m:r>
        <m:f>
          <m:fPr>
            <m:type m:val="bar"/>
          </m:fPr>
          <m:num>
            <m:r>
              <m:t>P</m:t>
            </m:r>
            <m:r>
              <m:t>(</m:t>
            </m:r>
            <m:r>
              <m:t>A</m:t>
            </m:r>
            <m:r>
              <m:t>∩</m:t>
            </m:r>
            <m:r>
              <m:t>B</m:t>
            </m:r>
            <m:r>
              <m:t>)</m:t>
            </m:r>
          </m:num>
          <m:den>
            <m:r>
              <m:t>P</m:t>
            </m:r>
            <m:r>
              <m:t>(</m:t>
            </m:r>
            <m:r>
              <m:t>B</m:t>
            </m:r>
            <m:r>
              <m:t>)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Kaidah Pencacahan: Permutasi dan Kombinasi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susunan posisi jabatan dan pemilihan anggota delegasi menggunakan faktorial.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Peluang Kejadian Tunggal dan Frekuensi Harapan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</w:t>
      </w:r>
      <m:oMath>
        <m:r>
          <m:t>P</m:t>
        </m:r>
        <m:r>
          <m:t>(</m:t>
        </m:r>
        <m:r>
          <m:t>A</m:t>
        </m:r>
        <m:r>
          <m:t>)</m:t>
        </m:r>
        <m:r>
          <m:t>=</m:t>
        </m:r>
        <m:f>
          <m:fPr>
            <m:type m:val="bar"/>
          </m:fPr>
          <m:num>
            <m:r>
              <m:t>n</m:t>
            </m:r>
            <m:r>
              <m:t>(</m:t>
            </m:r>
            <m:r>
              <m:t>A</m:t>
            </m:r>
            <m:r>
              <m:t>)</m:t>
            </m:r>
          </m:num>
          <m:den>
            <m:r>
              <m:t>n</m:t>
            </m:r>
            <m:r>
              <m:t>(</m:t>
            </m:r>
            <m:r>
              <m:t>S</m:t>
            </m:r>
            <m:r>
              <m:t>)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frekuensi harapan </w:t>
      </w:r>
      <m:oMath>
        <m:sSub>
          <m:e>
            <m:r>
              <m:t>F</m:t>
            </m:r>
          </m:e>
          <m:sub>
            <m:r>
              <m:t>h</m:t>
            </m:r>
          </m:sub>
        </m:sSub>
        <m:r>
          <m:t>=</m:t>
        </m:r>
        <m:r>
          <m:t>n</m:t>
        </m:r>
        <m:r>
          <m:t>·</m:t>
        </m:r>
        <m:r>
          <m:t>P</m:t>
        </m:r>
        <m:r>
          <m:t>(</m:t>
        </m:r>
        <m:r>
          <m:t>A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pelemparan dadu/koin.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Peluang Kejadian Majemuk Saling Lepas dan Saling Bebas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operasi gabungan peluang saling asing dengan peluang irisan kejadian independen.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Peluang Bersyarat dan Teorema Bayes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peluang pengambilan bola berturut-turut tanpa pengembalian menggunakan diagram pohon.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Dari 10 orang calon pengurus OSIS, akan dipilih 3 orang untuk menduduki posisi Ketua, Sekretaris, dan Bendahara. Banyaknya susunan pengurus yang dapat dibentuk adalah...</w:t>
      </w:r>
    </w:p>
    <w:p>
      <w:pPr>
        <w:spacing w:before="0" w:after="20"/>
        <w:ind w:left="576"/>
      </w:pPr>
      <m:oMath>
        <m:r>
          <m:t>7</m:t>
        </m:r>
        <m:r>
          <m:t>2</m:t>
        </m:r>
        <m:r>
          <m:t>0</m:t>
        </m:r>
        <m:r>
          <m:t>s</m:t>
        </m:r>
      </m:oMath>
    </w:p>
    <w:p>
      <w:pPr>
        <w:spacing w:before="0" w:after="20"/>
        <w:ind w:left="576"/>
      </w:pPr>
      <m:oMath>
        <m:r>
          <m:t>1</m:t>
        </m:r>
        <m:r>
          <m:t>2</m:t>
        </m:r>
        <m:r>
          <m:t>0</m:t>
        </m:r>
        <m:r>
          <m:t>s</m:t>
        </m:r>
      </m:oMath>
    </w:p>
    <w:p>
      <w:pPr>
        <w:spacing w:before="0" w:after="20"/>
        <w:ind w:left="576"/>
      </w:pPr>
      <m:oMath>
        <m:r>
          <m:t>2</m:t>
        </m:r>
        <m:r>
          <m:t>4</m:t>
        </m:r>
        <m:r>
          <m:t>0</m:t>
        </m:r>
        <m:r>
          <m:t>s</m:t>
        </m:r>
      </m:oMath>
    </w:p>
    <w:p>
      <w:pPr>
        <w:spacing w:before="0" w:after="20"/>
        <w:ind w:left="576"/>
      </w:pPr>
      <m:oMath>
        <m:r>
          <m:t>3</m:t>
        </m:r>
        <m:r>
          <m:t>6</m:t>
        </m:r>
        <m:r>
          <m:t>0</m:t>
        </m:r>
        <m:r>
          <m:t>s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Memperhatikan urutan jabatan (Permutasi): </w:t>
      </w:r>
      <m:oMath>
        <m:r>
          <m:t>P</m:t>
        </m:r>
        <m:r>
          <m:t>(</m:t>
        </m:r>
        <m:r>
          <m:t>1</m:t>
        </m:r>
        <m:r>
          <m:t>0</m:t>
        </m:r>
        <m:r>
          <m:t>,</m:t>
        </m:r>
        <m:r>
          <m:t>3</m:t>
        </m:r>
        <m:r>
          <m:t>)</m:t>
        </m:r>
        <m:r>
          <m:t>=</m:t>
        </m:r>
        <m:f>
          <m:fPr>
            <m:type m:val="bar"/>
          </m:fPr>
          <m:num>
            <m:r>
              <m:t>1</m:t>
            </m:r>
            <m:r>
              <m:t>0</m:t>
            </m:r>
            <m:r>
              <m:t>!</m:t>
            </m:r>
          </m:num>
          <m:den>
            <m:r>
              <m:t>(</m:t>
            </m:r>
            <m:r>
              <m:t>1</m:t>
            </m:r>
            <m:r>
              <m:t>0</m:t>
            </m:r>
            <m:r>
              <m:t>-</m:t>
            </m:r>
            <m:r>
              <m:t>3</m:t>
            </m:r>
            <m:r>
              <m:t>)</m:t>
            </m:r>
            <m:r>
              <m:t>!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0</m:t>
            </m:r>
            <m:r>
              <m:t>!</m:t>
            </m:r>
          </m:num>
          <m:den>
            <m:r>
              <m:t>7</m:t>
            </m:r>
            <m:r>
              <m:t>!</m:t>
            </m:r>
          </m:den>
        </m:f>
        <m:r>
          <m:t>=</m:t>
        </m:r>
        <m:r>
          <m:t>1</m:t>
        </m:r>
        <m:r>
          <m:t>0</m:t>
        </m:r>
        <m:r>
          <m:t>×</m:t>
        </m:r>
        <m:r>
          <m:t>9</m:t>
        </m:r>
        <m:r>
          <m:t>×</m:t>
        </m:r>
        <m:r>
          <m:t>8</m:t>
        </m:r>
        <m:r>
          <m:t>=</m:t>
        </m:r>
        <m:r>
          <m:t>7</m:t>
        </m:r>
        <m:r>
          <m:t>2</m:t>
        </m:r>
        <m:r>
          <m:t>0</m:t>
        </m:r>
        <m:r>
          <m:t>s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Dari sebuah kantong berisi 5 bola merah dan 3 bola putih, diambil 2 bola sekaligus secara acak. Peluang terambilnya kedua bola berwarna merah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5</m:t>
            </m:r>
          </m:num>
          <m:den>
            <m:r>
              <m:t>1</m:t>
            </m:r>
            <m:r>
              <m:t>4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  <m:r>
              <m:t>0</m:t>
            </m:r>
          </m:num>
          <m:den>
            <m:r>
              <m:t>2</m:t>
            </m:r>
            <m:r>
              <m:t>8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  <m:r>
              <m:t>5</m:t>
            </m:r>
          </m:num>
          <m:den>
            <m:r>
              <m:t>5</m:t>
            </m:r>
            <m:r>
              <m:t>6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3</m:t>
            </m:r>
          </m:num>
          <m:den>
            <m:r>
              <m:t>1</m:t>
            </m:r>
            <m:r>
              <m:t>4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n</m:t>
        </m:r>
        <m:r>
          <m:t>(</m:t>
        </m:r>
        <m:r>
          <m:t>S</m:t>
        </m:r>
        <m:r>
          <m:t>)</m:t>
        </m:r>
        <m:r>
          <m:t>=</m:t>
        </m:r>
        <m:r>
          <m:t>C</m:t>
        </m:r>
        <m:r>
          <m:t>(</m:t>
        </m:r>
        <m:r>
          <m:t>8</m:t>
        </m:r>
        <m:r>
          <m:t>,</m:t>
        </m:r>
        <m:r>
          <m:t>2</m:t>
        </m:r>
        <m:r>
          <m:t>)</m:t>
        </m:r>
        <m:r>
          <m:t>=</m:t>
        </m:r>
        <m:f>
          <m:fPr>
            <m:type m:val="bar"/>
          </m:fPr>
          <m:num>
            <m:r>
              <m:t>8</m:t>
            </m:r>
            <m:r>
              <m:t>×</m:t>
            </m:r>
            <m:r>
              <m:t>7</m:t>
            </m:r>
          </m:num>
          <m:den>
            <m:r>
              <m:t>2</m:t>
            </m:r>
          </m:den>
        </m:f>
        <m:r>
          <m:t>=</m:t>
        </m:r>
        <m:r>
          <m:t>2</m:t>
        </m:r>
        <m:r>
          <m:t>8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n</m:t>
        </m:r>
        <m:r>
          <m:t>(</m:t>
        </m:r>
        <m:r>
          <m:t>A</m:t>
        </m:r>
        <m:r>
          <m:t>)</m:t>
        </m:r>
        <m:r>
          <m:t>=</m:t>
        </m:r>
        <m:r>
          <m:t>C</m:t>
        </m:r>
        <m:r>
          <m:t>(</m:t>
        </m:r>
        <m:r>
          <m:t>5</m:t>
        </m:r>
        <m:r>
          <m:t>,</m:t>
        </m:r>
        <m:r>
          <m:t>2</m:t>
        </m:r>
        <m:r>
          <m:t>)</m:t>
        </m:r>
        <m:r>
          <m:t>=</m:t>
        </m:r>
        <m:f>
          <m:fPr>
            <m:type m:val="bar"/>
          </m:fPr>
          <m:num>
            <m:r>
              <m:t>5</m:t>
            </m:r>
            <m:r>
              <m:t>×</m:t>
            </m:r>
            <m:r>
              <m:t>4</m:t>
            </m:r>
          </m:num>
          <m:den>
            <m:r>
              <m:t>2</m:t>
            </m:r>
          </m:den>
        </m:f>
        <m:r>
          <m:t>=</m:t>
        </m:r>
        <m:r>
          <m:t>1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Peluang </w:t>
      </w:r>
      <m:oMath>
        <m:r>
          <m:t>P</m:t>
        </m:r>
        <m:r>
          <m:t>(</m:t>
        </m:r>
        <m:r>
          <m:t>A</m:t>
        </m:r>
        <m:r>
          <m:t>)</m:t>
        </m:r>
        <m:r>
          <m:t>=</m:t>
        </m:r>
        <m:f>
          <m:fPr>
            <m:type m:val="bar"/>
          </m:fPr>
          <m:num>
            <m:r>
              <m:t>1</m:t>
            </m:r>
            <m:r>
              <m:t>0</m:t>
            </m:r>
          </m:num>
          <m:den>
            <m:r>
              <m:t>2</m:t>
            </m:r>
            <m:r>
              <m:t>8</m:t>
            </m:r>
          </m:den>
        </m:f>
        <m: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1</m:t>
            </m:r>
            <m:r>
              <m:t>4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Dua buah dadu bermata 6 dilemparkan bersamaan satu kali. Peluang munculnya jumlah mata dadu sama dengan 5 atau jumlah mata dadu sama dengan 10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7</m:t>
            </m:r>
          </m:num>
          <m:den>
            <m:r>
              <m:t>3</m:t>
            </m:r>
            <m:r>
              <m:t>6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5</m:t>
            </m:r>
          </m:num>
          <m:den>
            <m:r>
              <m:t>3</m:t>
            </m:r>
            <m:r>
              <m:t>6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8</m:t>
            </m:r>
          </m:num>
          <m:den>
            <m:r>
              <m:t>3</m:t>
            </m:r>
            <m:r>
              <m:t>6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Jumlah 5: </w:t>
      </w:r>
      <m:oMath>
        <m:r>
          <m:t>(</m:t>
        </m:r>
        <m:r>
          <m:t>1</m:t>
        </m:r>
        <m:r>
          <m:t>,</m:t>
        </m:r>
        <m:r>
          <m:t>4</m:t>
        </m:r>
        <m:r>
          <m:t>)</m:t>
        </m:r>
        <m:r>
          <m:t>,</m:t>
        </m:r>
        <m:r>
          <m:t>(</m:t>
        </m:r>
        <m:r>
          <m:t>2</m:t>
        </m:r>
        <m:r>
          <m:t>,</m:t>
        </m:r>
        <m:r>
          <m:t>3</m:t>
        </m:r>
        <m:r>
          <m:t>)</m:t>
        </m:r>
        <m:r>
          <m:t>,</m:t>
        </m:r>
        <m:r>
          <m:t>(</m:t>
        </m:r>
        <m:r>
          <m:t>3</m:t>
        </m:r>
        <m:r>
          <m:t>,</m:t>
        </m:r>
        <m:r>
          <m:t>2</m:t>
        </m:r>
        <m:r>
          <m:t>)</m:t>
        </m:r>
        <m:r>
          <m:t>,</m:t>
        </m:r>
        <m:r>
          <m:t>(</m:t>
        </m:r>
        <m:r>
          <m:t>4</m:t>
        </m:r>
        <m:r>
          <m:t>,</m:t>
        </m:r>
        <m:r>
          <m:t>1</m:t>
        </m:r>
        <m:r>
          <m:t>)</m:t>
        </m:r>
        <m:r>
          <m:t>=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titik. Jumlah 10: </w:t>
      </w:r>
      <m:oMath>
        <m:r>
          <m:t>(</m:t>
        </m:r>
        <m:r>
          <m:t>4</m:t>
        </m:r>
        <m:r>
          <m:t>,</m:t>
        </m:r>
        <m:r>
          <m:t>6</m:t>
        </m:r>
        <m:r>
          <m:t>)</m:t>
        </m:r>
        <m:r>
          <m:t>,</m:t>
        </m:r>
        <m:r>
          <m:t>(</m:t>
        </m:r>
        <m:r>
          <m:t>5</m:t>
        </m:r>
        <m:r>
          <m:t>,</m:t>
        </m:r>
        <m:r>
          <m:t>5</m:t>
        </m:r>
        <m:r>
          <m:t>)</m:t>
        </m:r>
        <m:r>
          <m:t>,</m:t>
        </m:r>
        <m:r>
          <m:t>(</m:t>
        </m:r>
        <m:r>
          <m:t>6</m:t>
        </m:r>
        <m:r>
          <m:t>,</m:t>
        </m:r>
        <m:r>
          <m:t>4</m:t>
        </m:r>
        <m:r>
          <m:t>)</m:t>
        </m:r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titik. Saling lepas: </w:t>
      </w:r>
      <m:oMath>
        <m:r>
          <m:t>P</m:t>
        </m:r>
        <m:r>
          <m:t>=</m:t>
        </m:r>
        <m:f>
          <m:fPr>
            <m:type m:val="bar"/>
          </m:fPr>
          <m:num>
            <m:r>
              <m:t>4</m:t>
            </m:r>
            <m:r>
              <m:t>+</m:t>
            </m:r>
            <m:r>
              <m:t>3</m:t>
            </m:r>
          </m:num>
          <m:den>
            <m:r>
              <m:t>3</m:t>
            </m:r>
            <m:r>
              <m:t>6</m:t>
            </m:r>
          </m:den>
        </m:f>
        <m: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3</m:t>
            </m:r>
            <m:r>
              <m:t>6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Peluang Amir lulus ujian adalah </w:t>
      </w:r>
      <m:oMath>
        <m:r>
          <m:t>0</m:t>
        </m:r>
        <m:r>
          <m:t>.</m:t>
        </m:r>
        <m:r>
          <m:t>8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peluang Budi lulus ujian adalah </w:t>
      </w:r>
      <m:oMath>
        <m:r>
          <m:t>0</m:t>
        </m:r>
        <m:r>
          <m:t>.</m:t>
        </m:r>
        <m:r>
          <m:t>7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>. Jika hasil ujian keduanya saling bebas, peluang Amir dan Budi KEDUANYA lulus ujian adalah...</w:t>
      </w:r>
    </w:p>
    <w:p>
      <w:pPr>
        <w:spacing w:before="0" w:after="20"/>
        <w:ind w:left="576"/>
      </w:pPr>
      <m:oMath>
        <m:r>
          <m:t>0</m:t>
        </m:r>
        <m:r>
          <m:t>.</m:t>
        </m:r>
        <m:r>
          <m:t>6</m:t>
        </m:r>
        <m:r>
          <m:t>0</m:t>
        </m:r>
      </m:oMath>
    </w:p>
    <w:p>
      <w:pPr>
        <w:spacing w:before="0" w:after="20"/>
        <w:ind w:left="576"/>
      </w:pPr>
      <m:oMath>
        <m:r>
          <m:t>0</m:t>
        </m:r>
        <m:r>
          <m:t>.</m:t>
        </m:r>
        <m:r>
          <m:t>7</m:t>
        </m:r>
        <m:r>
          <m:t>0</m:t>
        </m:r>
      </m:oMath>
    </w:p>
    <w:p>
      <w:pPr>
        <w:spacing w:before="0" w:after="20"/>
        <w:ind w:left="576"/>
      </w:pPr>
      <m:oMath>
        <m:r>
          <m:t>0</m:t>
        </m:r>
        <m:r>
          <m:t>.</m:t>
        </m:r>
        <m:r>
          <m:t>8</m:t>
        </m:r>
        <m:r>
          <m:t>0</m:t>
        </m:r>
      </m:oMath>
    </w:p>
    <w:p>
      <w:pPr>
        <w:spacing w:before="0" w:after="20"/>
        <w:ind w:left="576"/>
      </w:pPr>
      <m:oMath>
        <m:r>
          <m:t>0</m:t>
        </m:r>
        <m:r>
          <m:t>.</m:t>
        </m:r>
        <m:r>
          <m:t>5</m:t>
        </m:r>
        <m:r>
          <m:t>5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Saling bebas: </w:t>
      </w:r>
      <m:oMath>
        <m:r>
          <m:t>P</m:t>
        </m:r>
        <m:r>
          <m:t>(</m:t>
        </m:r>
        <m:r>
          <m:t>A</m:t>
        </m:r>
        <m:r>
          <m:t>∩</m:t>
        </m:r>
        <m:r>
          <m:t>B</m:t>
        </m:r>
        <m:r>
          <m:t>)</m:t>
        </m:r>
        <m:r>
          <m:t>=</m:t>
        </m:r>
        <m:r>
          <m:t>P</m:t>
        </m:r>
        <m:r>
          <m:t>(</m:t>
        </m:r>
        <m:r>
          <m:t>A</m:t>
        </m:r>
        <m:r>
          <m:t>)</m:t>
        </m:r>
        <m:r>
          <m:t>×</m:t>
        </m:r>
        <m:r>
          <m:t>P</m:t>
        </m:r>
        <m:r>
          <m:t>(</m:t>
        </m:r>
        <m:r>
          <m:t>B</m:t>
        </m:r>
        <m:r>
          <m:t>)</m:t>
        </m:r>
        <m:r>
          <m:t>=</m:t>
        </m:r>
        <m:r>
          <m:t>0</m:t>
        </m:r>
        <m:r>
          <m:t>.</m:t>
        </m:r>
        <m:r>
          <m:t>8</m:t>
        </m:r>
        <m:r>
          <m:t>×</m:t>
        </m:r>
        <m:r>
          <m:t>0</m:t>
        </m:r>
        <m:r>
          <m:t>.</m:t>
        </m:r>
        <m:r>
          <m:t>7</m:t>
        </m:r>
        <m:r>
          <m:t>5</m:t>
        </m:r>
        <m:r>
          <m:t>=</m:t>
        </m:r>
        <m:r>
          <m:t>0</m:t>
        </m:r>
        <m:r>
          <m:t>.</m:t>
        </m:r>
        <m:r>
          <m:t>6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Dalam sebuah kotak terdapat 4 bola hitam dan 6 bola putih. Dua bola diambil satu per satu tanpa pengembalian. Peluang bola pertama hitam dan bola kedua putih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4</m:t>
            </m:r>
          </m:num>
          <m:den>
            <m:r>
              <m:t>1</m:t>
            </m:r>
            <m:r>
              <m:t>5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6</m:t>
            </m:r>
          </m:num>
          <m:den>
            <m:r>
              <m:t>2</m:t>
            </m:r>
            <m:r>
              <m:t>5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2</m:t>
            </m:r>
          </m:num>
          <m:den>
            <m:r>
              <m:t>9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  <m:r>
              <m:t>2</m:t>
            </m:r>
          </m:num>
          <m:den>
            <m:r>
              <m:t>4</m:t>
            </m:r>
            <m:r>
              <m:t>5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Peluang pertama hitam = </w:t>
      </w:r>
      <m:oMath>
        <m:f>
          <m:fPr>
            <m:type m:val="bar"/>
          </m:fPr>
          <m:num>
            <m:r>
              <m:t>4</m:t>
            </m:r>
          </m:num>
          <m:den>
            <m:r>
              <m:t>1</m:t>
            </m:r>
            <m:r>
              <m:t>0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Peluang kedua putih bersyarat = </w:t>
      </w:r>
      <m:oMath>
        <m:f>
          <m:fPr>
            <m:type m:val="bar"/>
          </m:fPr>
          <m:num>
            <m:r>
              <m:t>6</m:t>
            </m:r>
          </m:num>
          <m:den>
            <m:r>
              <m:t>9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Peluang total = </w:t>
      </w:r>
      <m:oMath>
        <m:f>
          <m:fPr>
            <m:type m:val="bar"/>
          </m:fPr>
          <m:num>
            <m:r>
              <m:t>4</m:t>
            </m:r>
          </m:num>
          <m:den>
            <m:r>
              <m:t>1</m:t>
            </m:r>
            <m:r>
              <m:t>0</m:t>
            </m:r>
          </m:den>
        </m:f>
        <m:r>
          <m:t>×</m:t>
        </m:r>
        <m:f>
          <m:fPr>
            <m:type m:val="bar"/>
          </m:fPr>
          <m:num>
            <m:r>
              <m:t>6</m:t>
            </m:r>
          </m:num>
          <m:den>
            <m:r>
              <m:t>9</m:t>
            </m:r>
          </m:den>
        </m:f>
        <m: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t>×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1</m:t>
            </m:r>
            <m:r>
              <m:t>5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3: Teori Peluang Majemuk dan Peluang Bersyarat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Kaidah Pencacahan: Permutasi dan Kombinasi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susunan posisi jabatan dan pemilihan anggota delegasi menggunakan faktorial.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Peluang Kejadian Tunggal dan Frekuensi Harapan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</w:t>
      </w:r>
      <m:oMath>
        <m:r>
          <m:t>P</m:t>
        </m:r>
        <m:r>
          <m:t>(</m:t>
        </m:r>
        <m:r>
          <m:t>A</m:t>
        </m:r>
        <m:r>
          <m:t>)</m:t>
        </m:r>
        <m:r>
          <m:t>=</m:t>
        </m:r>
        <m:f>
          <m:fPr>
            <m:type m:val="bar"/>
          </m:fPr>
          <m:num>
            <m:r>
              <m:t>n</m:t>
            </m:r>
            <m:r>
              <m:t>(</m:t>
            </m:r>
            <m:r>
              <m:t>A</m:t>
            </m:r>
            <m:r>
              <m:t>)</m:t>
            </m:r>
          </m:num>
          <m:den>
            <m:r>
              <m:t>n</m:t>
            </m:r>
            <m:r>
              <m:t>(</m:t>
            </m:r>
            <m:r>
              <m:t>S</m:t>
            </m:r>
            <m:r>
              <m:t>)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frekuensi harapan </w:t>
      </w:r>
      <m:oMath>
        <m:sSub>
          <m:e>
            <m:r>
              <m:t>F</m:t>
            </m:r>
          </m:e>
          <m:sub>
            <m:r>
              <m:t>h</m:t>
            </m:r>
          </m:sub>
        </m:sSub>
        <m:r>
          <m:t>=</m:t>
        </m:r>
        <m:r>
          <m:t>n</m:t>
        </m:r>
        <m:r>
          <m:t>·</m:t>
        </m:r>
        <m:r>
          <m:t>P</m:t>
        </m:r>
        <m:r>
          <m:t>(</m:t>
        </m:r>
        <m:r>
          <m:t>A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pelemparan dadu/koin.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Peluang Kejadian Majemuk Saling Lepas dan Saling Bebas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operasi gabungan peluang saling asing dengan peluang irisan kejadian independen.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Peluang Bersyarat dan Teorema Bayes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peluang pengambilan bola berturut-turut tanpa pengembalian menggunakan diagram pohon.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Teori peluang mengukur derajat ketidakpastian suatu kejadian acak secara matematis pada interval nilai </w:t>
      </w:r>
      <m:oMath>
        <m:r>
          <m:t>[</m:t>
        </m:r>
        <m:r>
          <m:t>0</m:t>
        </m:r>
        <m:r>
          <m:t>,</m:t>
        </m:r>
        <m:r>
          <m:t>1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Kaidah pencacahan permutasi (memperhatikan urutan) dan kombinasi (tanpa memperhatikan urutan) menjadi dasar penentuan ukuran ruang sampel </w:t>
      </w:r>
      <m:oMath>
        <m:r>
          <m:t>n</m:t>
        </m:r>
        <m:r>
          <m:t>(</m:t>
        </m:r>
        <m:r>
          <m:t>S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titik sampel kejadian </w:t>
      </w:r>
      <m:oMath>
        <m:r>
          <m:t>n</m:t>
        </m:r>
        <m:r>
          <m:t>(</m:t>
        </m:r>
        <m:r>
          <m:t>A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Peluang kejadian majemuk menganalisis hubungan dua atau lebih kejadian: kejadian saling lepas (tidak dapat terjadi bersamaan, </w:t>
      </w:r>
      <m:oMath>
        <m:r>
          <m:t>P</m:t>
        </m:r>
        <m:r>
          <m:t>(</m:t>
        </m:r>
        <m:r>
          <m:t>A</m:t>
        </m:r>
        <m:r>
          <m:t>∩</m:t>
        </m:r>
        <m:r>
          <m:t>B</m:t>
        </m:r>
        <m:r>
          <m:t>)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), kejadian tidak saling lepas (</w:t>
      </w:r>
      <m:oMath>
        <m:r>
          <m:t>P</m:t>
        </m:r>
        <m:r>
          <m:t>(</m:t>
        </m:r>
        <m:r>
          <m:t>A</m:t>
        </m:r>
        <m:r>
          <m:t>∪</m:t>
        </m:r>
        <m:r>
          <m:t>B</m:t>
        </m:r>
        <m:r>
          <m:t>)</m:t>
        </m:r>
        <m:r>
          <m:t>=</m:t>
        </m:r>
        <m:r>
          <m:t>P</m:t>
        </m:r>
        <m:r>
          <m:t>(</m:t>
        </m:r>
        <m:r>
          <m:t>A</m:t>
        </m:r>
        <m:r>
          <m:t>)</m:t>
        </m:r>
        <m:r>
          <m:t>+</m:t>
        </m:r>
        <m:r>
          <m:t>P</m:t>
        </m:r>
        <m:r>
          <m:t>(</m:t>
        </m:r>
        <m:r>
          <m:t>B</m:t>
        </m:r>
        <m:r>
          <m:t>)</m:t>
        </m:r>
        <m:r>
          <m:t>-</m:t>
        </m:r>
        <m:r>
          <m:t>P</m:t>
        </m:r>
        <m:r>
          <m:t>(</m:t>
        </m:r>
        <m:r>
          <m:t>A</m:t>
        </m:r>
        <m:r>
          <m:t>∩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>), serta kejadian saling bebas (</w:t>
      </w:r>
      <m:oMath>
        <m:r>
          <m:t>P</m:t>
        </m:r>
        <m:r>
          <m:t>(</m:t>
        </m:r>
        <m:r>
          <m:t>A</m:t>
        </m:r>
        <m:r>
          <m:t>∩</m:t>
        </m:r>
        <m:r>
          <m:t>B</m:t>
        </m:r>
        <m:r>
          <m:t>)</m:t>
        </m:r>
        <m:r>
          <m:t>=</m:t>
        </m:r>
        <m:r>
          <m:t>P</m:t>
        </m:r>
        <m:r>
          <m:t>(</m:t>
        </m:r>
        <m:r>
          <m:t>A</m:t>
        </m:r>
        <m:r>
          <m:t>)</m:t>
        </m:r>
        <m:r>
          <m:t>·</m:t>
        </m:r>
        <m:r>
          <m:t>P</m:t>
        </m:r>
        <m:r>
          <m:t>(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di mana terjadinya peristiwa </w:t>
      </w:r>
      <m:oMath>
        <m:r>
          <m:t>A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tidak mempengaruhi peluang peristiwa </w:t>
      </w:r>
      <m:oMath>
        <m:r>
          <m:t>B</m:t>
        </m:r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Peluang bersyarat (*conditional probability*) </w:t>
      </w:r>
      <m:oMath>
        <m:r>
          <m:t>P</m:t>
        </m:r>
        <m:r>
          <m:t>(</m:t>
        </m:r>
        <m:r>
          <m:t>A</m:t>
        </m:r>
        <m:r>
          <m:t>|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menganalisis peluang kejadian </w:t>
      </w:r>
      <m:oMath>
        <m:r>
          <m:t>A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syarat kejadian </w:t>
      </w:r>
      <m:oMath>
        <m:r>
          <m:t>B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telah terjadi sebelumnya. Teorema Bayes memperluas konsep ini untuk pemodelan inferensi probabilistik dalam kecerdasan buatan dan diagnosa medis.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Permutasi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Susunan berurutan dari sebagian atau seluruh objek yang memperhatikan urutan posisi (</w:t>
            </w:r>
            <m:oMath>
              <m:r>
                <m:t>P</m:t>
              </m:r>
              <m:r>
                <m:t>(</m:t>
              </m:r>
              <m:r>
                <m:t>n</m:t>
              </m:r>
              <m:r>
                <m:t>,</m:t>
              </m:r>
              <m:r>
                <m:t>r</m:t>
              </m:r>
              <m:r>
                <m:t>)</m:t>
              </m:r>
              <m: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t>!</m:t>
                  </m:r>
                </m:num>
                <m:den>
                  <m:r>
                    <m:t>(</m:t>
                  </m:r>
                  <m:r>
                    <m:t>n</m:t>
                  </m:r>
                  <m:r>
                    <m:t>-</m:t>
                  </m:r>
                  <m:r>
                    <m:t>r</m:t>
                  </m:r>
                  <m:r>
                    <m:t>)</m:t>
                  </m:r>
                  <m:r>
                    <m:t>!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Kombinasi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Pilihan sekumpulan objek tanpa memperhatikan urutan penataannya (</w:t>
            </w:r>
            <m:oMath>
              <m:r>
                <m:t>C</m:t>
              </m:r>
              <m:r>
                <m:t>(</m:t>
              </m:r>
              <m:r>
                <m:t>n</m:t>
              </m:r>
              <m:r>
                <m:t>,</m:t>
              </m:r>
              <m:r>
                <m:t>r</m:t>
              </m:r>
              <m:r>
                <m:t>)</m:t>
              </m:r>
              <m: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t>!</m:t>
                  </m:r>
                </m:num>
                <m:den>
                  <m:r>
                    <m:t>r</m:t>
                  </m:r>
                  <m:r>
                    <m:t>!</m:t>
                  </m:r>
                  <m:r>
                    <m:t>(</m:t>
                  </m:r>
                  <m:r>
                    <m:t>n</m:t>
                  </m:r>
                  <m:r>
                    <m:t>-</m:t>
                  </m:r>
                  <m:r>
                    <m:t>r</m:t>
                  </m:r>
                  <m:r>
                    <m:t>)</m:t>
                  </m:r>
                  <m:r>
                    <m:t>!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Kejadian Saling Lepas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Dua peristiwa yang mustahil terjadi secara bersama-sama dalam satu percobaan acak (</w:t>
            </w:r>
            <m:oMath>
              <m:r>
                <m:t>A</m:t>
              </m:r>
              <m:r>
                <m:t>∩</m:t>
              </m:r>
              <m:r>
                <m:t>B</m:t>
              </m:r>
              <m:r>
                <m:t>=</m:t>
              </m:r>
              <m:r>
                <m:t>emptyset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Kejadian Saling Bebas (Independen)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Dua peristiwa di mana terjadinya peristiwa pertama sama sekali tidak mempengaruhi peluang terjadinya peristiwa kedua (</w:t>
            </w:r>
            <m:oMath>
              <m:r>
                <m:t>P</m:t>
              </m:r>
              <m:r>
                <m:t>(</m:t>
              </m:r>
              <m:r>
                <m:t>A</m:t>
              </m:r>
              <m:r>
                <m:t>∩</m:t>
              </m:r>
              <m:r>
                <m:t>B</m:t>
              </m:r>
              <m:r>
                <m:t>)</m:t>
              </m:r>
              <m:r>
                <m:t>=</m:t>
              </m:r>
              <m:r>
                <m:t>P</m:t>
              </m:r>
              <m:r>
                <m:t>(</m:t>
              </m:r>
              <m:r>
                <m:t>A</m:t>
              </m:r>
              <m:r>
                <m:t>)</m:t>
              </m:r>
              <m:r>
                <m:t>·</m:t>
              </m:r>
              <m:r>
                <m:t>P</m:t>
              </m:r>
              <m:r>
                <m:t>(</m:t>
              </m:r>
              <m:r>
                <m:t>B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Peluang Bersyarat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Peluang terjadinya suatu peristiwa </w:t>
            </w:r>
            <m:oMath>
              <m:r>
                <m:t>A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apabila diketahui peristiwa </w:t>
            </w:r>
            <m:oMath>
              <m:r>
                <m:t>B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telah terjadi terlebih dahulu (</w:t>
            </w:r>
            <m:oMath>
              <m:r>
                <m:t>P</m:t>
              </m:r>
              <m:r>
                <m:t>(</m:t>
              </m:r>
              <m:r>
                <m:t>A</m:t>
              </m:r>
              <m:r>
                <m:t>|</m:t>
              </m:r>
              <m:r>
                <m:t>B</m:t>
              </m:r>
              <m:r>
                <m:t>)</m:t>
              </m:r>
              <m:r>
                <m:t>=</m:t>
              </m:r>
              <m:f>
                <m:fPr>
                  <m:type m:val="bar"/>
                </m:fPr>
                <m:num>
                  <m:r>
                    <m:t>P</m:t>
                  </m:r>
                  <m:r>
                    <m:t>(</m:t>
                  </m:r>
                  <m:r>
                    <m:t>A</m:t>
                  </m:r>
                  <m:r>
                    <m:t>∩</m:t>
                  </m:r>
                  <m:r>
                    <m:t>B</m:t>
                  </m:r>
                  <m:r>
                    <m:t>)</m:t>
                  </m:r>
                </m:num>
                <m:den>
                  <m:r>
                    <m:t>P</m:t>
                  </m:r>
                  <m:r>
                    <m:t>(</m:t>
                  </m:r>
                  <m:r>
                    <m:t>B</m:t>
                  </m:r>
                  <m:r>
                    <m:t>)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