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Statistika Data Berkelompok dan Ukuran Penyebaran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dan menginterpretasikan data berkelompok dalam bentuk tabel frekuensi, histogram, dan ogive.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ukuran pemusatan (mean, median, modus) dan ukuran letak data berkelompok.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ukuran penyebaran (varians dan simpangan baku) untuk penarikan kesimpulan statistik.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Penyajian data berkelompok (tabel distribusi frekuensi, histogram, poligon, ogive), ukuran pemusatan data (rata-rata hitung/mean, median, modus), ukuran letak (kuartil </w:t>
      </w:r>
      <m:oMath>
        <m:sSub>
          <m:e>
            <m:r>
              <m:t>Q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, desil, persentil), serta ukuran penyebaran (jangkauan interkuartil, simpangan rata-rata, varians, dan simpangan baku).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Penyusunan Tabel Distribusi Frekuensi, Histogram, dan Ogive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banyak kelas (aturan Sturges: </w:t>
      </w:r>
      <m:oMath>
        <m:r>
          <m:t>k</m:t>
        </m:r>
        <m:r>
          <m:t>=</m:t>
        </m:r>
        <m:r>
          <m:t>1</m:t>
        </m:r>
        <m:r>
          <m:t>+</m:t>
        </m:r>
        <m:r>
          <m:t>3</m:t>
        </m:r>
        <m:r>
          <m:t>.</m:t>
        </m:r>
        <m:r>
          <m:t>3</m:t>
        </m:r>
        <m:r>
          <m:t>log 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 dan panjang interval kelas 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Ukuran Pemusatan Data Berkelompok (Mean, Median, Modus)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nilai rata-rata metode coding/titik tengah, median kelas tengah, dan modus selisih frekuensi.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Ukuran Letak Data Berkelompok (Kuartil, Desil, dan Persentil)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batas kuartil bawah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, kuartil atas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, dan desil menggunakan interpolasi frekuensi kumulatif.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Ukuran Penyebaran Data (Jangkauan Kuartil, Varians, dan Simpangan Baku)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deviasi standar untuk mengevaluasi homogenitas data hasil pengujian mutu.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Data distribusi nilai ujian: Kelas interval </w:t>
      </w:r>
      <m:oMath>
        <m:r>
          <m:t>6</m:t>
        </m:r>
        <m:r>
          <m:t>1</m:t>
        </m:r>
        <m:r>
          <m:t>-</m:t>
        </m:r>
        <m:r>
          <m:t>7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(frekuensi 8), </w:t>
      </w:r>
      <m:oMath>
        <m:r>
          <m:t>7</m:t>
        </m:r>
        <m:r>
          <m:t>1</m:t>
        </m:r>
        <m:r>
          <m:t>-</m:t>
        </m:r>
        <m:r>
          <m:t>8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(frekuensi 12), </w:t>
      </w:r>
      <m:oMath>
        <m:r>
          <m:t>8</m:t>
        </m:r>
        <m:r>
          <m:t>1</m:t>
        </m:r>
        <m:r>
          <m:t>-</m:t>
        </m:r>
        <m:r>
          <m:t>9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(frekuensi 10). Modus dari data kelas </w:t>
      </w:r>
      <m:oMath>
        <m:r>
          <m:t>7</m:t>
        </m:r>
        <m:r>
          <m:t>1</m:t>
        </m:r>
        <m:r>
          <m:t>-</m:t>
        </m:r>
        <m:r>
          <m:t>8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sSub>
          <m:e>
            <m:r>
              <m:t>L</m:t>
            </m:r>
          </m:e>
          <m:sub>
            <m:r>
              <m:t>b</m:t>
            </m:r>
          </m:sub>
        </m:sSub>
        <m:r>
          <m:t>=</m:t>
        </m:r>
        <m:r>
          <m:t>7</m:t>
        </m:r>
        <m:r>
          <m:t>0</m:t>
        </m:r>
        <m:r>
          <m:t>.</m:t>
        </m:r>
        <m:r>
          <m:t>5</m:t>
        </m:r>
        <m:r>
          <m:t>,</m:t>
        </m:r>
        <m:r>
          <m:t>p</m:t>
        </m:r>
        <m:r>
          <m:t>=</m:t>
        </m:r>
        <m:r>
          <m:t>1</m:t>
        </m:r>
        <m:r>
          <m:t>0</m:t>
        </m:r>
        <m:r>
          <m:t>,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t>=</m:t>
        </m:r>
        <m:r>
          <m:t>1</m:t>
        </m:r>
        <m:r>
          <m:t>2</m:t>
        </m:r>
        <m:r>
          <m:t>-</m:t>
        </m:r>
        <m:r>
          <m:t>8</m:t>
        </m:r>
        <m:r>
          <m:t>=</m:t>
        </m:r>
        <m:r>
          <m:t>4</m:t>
        </m:r>
        <m:r>
          <m:t>,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t>=</m:t>
        </m:r>
        <m:r>
          <m:t>1</m:t>
        </m:r>
        <m:r>
          <m:t>2</m:t>
        </m:r>
        <m:r>
          <m:t>-</m:t>
        </m:r>
        <m:r>
          <m:t>1</m:t>
        </m:r>
        <m:r>
          <m:t>0</m:t>
        </m:r>
        <m:r>
          <m:t>=</m:t>
        </m:r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>) adalah...</w:t>
      </w:r>
    </w:p>
    <w:p>
      <w:pPr>
        <w:spacing w:before="0" w:after="20"/>
        <w:ind w:left="576"/>
      </w:pPr>
      <m:oMath>
        <m:r>
          <m:t>7</m:t>
        </m:r>
        <m:r>
          <m:t>7</m:t>
        </m:r>
        <m:r>
          <m:t>.</m:t>
        </m:r>
        <m:r>
          <m:t>1</m:t>
        </m:r>
        <m:r>
          <m:t>7</m:t>
        </m:r>
      </m:oMath>
    </w:p>
    <w:p>
      <w:pPr>
        <w:spacing w:before="0" w:after="20"/>
        <w:ind w:left="576"/>
      </w:pPr>
      <m:oMath>
        <m:r>
          <m:t>7</m:t>
        </m:r>
        <m:r>
          <m:t>5</m:t>
        </m:r>
        <m:r>
          <m:t>.</m:t>
        </m:r>
        <m:r>
          <m:t>5</m:t>
        </m:r>
        <m:r>
          <m:t>0</m:t>
        </m:r>
      </m:oMath>
    </w:p>
    <w:p>
      <w:pPr>
        <w:spacing w:before="0" w:after="20"/>
        <w:ind w:left="576"/>
      </w:pPr>
      <m:oMath>
        <m:r>
          <m:t>7</m:t>
        </m:r>
        <m:r>
          <m:t>6</m:t>
        </m:r>
        <m:r>
          <m:t>.</m:t>
        </m:r>
        <m:r>
          <m:t>2</m:t>
        </m:r>
        <m:r>
          <m:t>5</m:t>
        </m:r>
      </m:oMath>
    </w:p>
    <w:p>
      <w:pPr>
        <w:spacing w:before="0" w:after="20"/>
        <w:ind w:left="576"/>
      </w:pPr>
      <m:oMath>
        <m:r>
          <m:t>7</m:t>
        </m:r>
        <m:r>
          <m:t>8</m:t>
        </m:r>
        <m:r>
          <m:t>.</m:t>
        </m:r>
        <m:r>
          <m:t>0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M</m:t>
        </m:r>
        <m:r>
          <m:t>o</m:t>
        </m:r>
        <m:r>
          <m:t>=</m:t>
        </m:r>
        <m:sSub>
          <m:e>
            <m:r>
              <m:t>L</m:t>
            </m:r>
          </m:e>
          <m:sub>
            <m:r>
              <m:t>b</m:t>
            </m:r>
          </m:sub>
        </m:sSub>
        <m:r>
          <m:t>+</m:t>
        </m:r>
        <m:r>
          <m:t>(</m:t>
        </m:r>
        <m:f>
          <m:fPr>
            <m:type m:val="bar"/>
          </m:fPr>
          <m:num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  <m:r>
              <m:t>+</m:t>
            </m:r>
            <m:sSub>
              <m:e>
                <m:r>
                  <m:t>d</m:t>
                </m:r>
              </m:e>
              <m:sub>
                <m:r>
                  <m:t>2</m:t>
                </m:r>
              </m:sub>
            </m:sSub>
          </m:den>
        </m:f>
        <m:r>
          <m:t>)</m:t>
        </m:r>
        <m:r>
          <m:t>p</m:t>
        </m:r>
        <m:r>
          <m:t>=</m:t>
        </m:r>
        <m:r>
          <m:t>7</m:t>
        </m:r>
        <m:r>
          <m:t>0</m:t>
        </m:r>
        <m:r>
          <m:t>.</m:t>
        </m:r>
        <m:r>
          <m:t>5</m:t>
        </m:r>
        <m:r>
          <m:t>+</m:t>
        </m:r>
        <m:r>
          <m:t>(</m:t>
        </m:r>
        <m:f>
          <m:fPr>
            <m:type m:val="bar"/>
          </m:fPr>
          <m:num>
            <m:r>
              <m:t>4</m:t>
            </m:r>
          </m:num>
          <m:den>
            <m:r>
              <m:t>4</m:t>
            </m:r>
            <m:r>
              <m:t>+</m:t>
            </m:r>
            <m:r>
              <m:t>2</m:t>
            </m:r>
          </m:den>
        </m:f>
        <m:r>
          <m:t>)</m:t>
        </m:r>
        <m:r>
          <m:t>1</m:t>
        </m:r>
        <m:r>
          <m:t>0</m:t>
        </m:r>
        <m:r>
          <m:t>=</m:t>
        </m:r>
        <m:r>
          <m:t>7</m:t>
        </m:r>
        <m:r>
          <m:t>0</m:t>
        </m:r>
        <m:r>
          <m:t>.</m:t>
        </m:r>
        <m:r>
          <m:t>5</m:t>
        </m:r>
        <m:r>
          <m:t>+</m:t>
        </m:r>
        <m:f>
          <m:fPr>
            <m:type m:val="bar"/>
          </m:fPr>
          <m:num>
            <m:r>
              <m:t>4</m:t>
            </m:r>
            <m:r>
              <m:t>0</m:t>
            </m:r>
          </m:num>
          <m:den>
            <m:r>
              <m:t>6</m:t>
            </m:r>
          </m:den>
        </m:f>
        <m:r>
          <m:t>=</m:t>
        </m:r>
        <m:r>
          <m:t>7</m:t>
        </m:r>
        <m:r>
          <m:t>0</m:t>
        </m:r>
        <m:r>
          <m:t>.</m:t>
        </m:r>
        <m:r>
          <m:t>5</m:t>
        </m:r>
        <m:r>
          <m:t>+</m:t>
        </m:r>
        <m:r>
          <m:t>6</m:t>
        </m:r>
        <m:r>
          <m:t>.</m:t>
        </m:r>
        <m:r>
          <m:t>6</m:t>
        </m:r>
        <m:r>
          <m:t>7</m:t>
        </m:r>
        <m:r>
          <m:t>=</m:t>
        </m:r>
        <m:r>
          <m:t>7</m:t>
        </m:r>
        <m:r>
          <m:t>7</m:t>
        </m:r>
        <m:r>
          <m:t>.</m:t>
        </m:r>
        <m:r>
          <m:t>1</m:t>
        </m:r>
        <m:r>
          <m:t>7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Rumus aturan Sturges yang digunakan untuk menentukan banyaknya kelas interval (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dari sekumpulan data sebanyak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k</m:t>
        </m:r>
        <m:r>
          <m:t>=</m:t>
        </m:r>
        <m:r>
          <m:t>1</m:t>
        </m:r>
        <m:r>
          <m:t>+</m:t>
        </m:r>
        <m:r>
          <m:t>3</m:t>
        </m:r>
        <m:r>
          <m:t>.</m:t>
        </m:r>
        <m:r>
          <m:t>3</m:t>
        </m:r>
        <m:r>
          <m:t>log </m:t>
        </m:r>
        <m:r>
          <m:t>(</m:t>
        </m:r>
        <m:r>
          <m:t>n</m:t>
        </m:r>
        <m:r>
          <m:t>)</m:t>
        </m:r>
      </m:oMath>
    </w:p>
    <w:p>
      <w:pPr>
        <w:spacing w:before="0" w:after="20"/>
        <w:ind w:left="576"/>
      </w:pPr>
      <m:oMath>
        <m:r>
          <m:t>k</m:t>
        </m:r>
        <m:r>
          <m:t>=</m:t>
        </m:r>
        <m:r>
          <m:t>1</m:t>
        </m:r>
        <m:r>
          <m:t>+</m:t>
        </m:r>
        <m:r>
          <m:t>3</m:t>
        </m:r>
        <m:r>
          <m:t>.</m:t>
        </m:r>
        <m:r>
          <m:t>3</m:t>
        </m:r>
        <m:r>
          <m:t>n</m:t>
        </m:r>
      </m:oMath>
    </w:p>
    <w:p>
      <w:pPr>
        <w:spacing w:before="0" w:after="20"/>
        <w:ind w:left="576"/>
      </w:pPr>
      <m:oMath>
        <m:r>
          <m:t>k</m:t>
        </m:r>
        <m:r>
          <m:t>=</m:t>
        </m:r>
        <m:r>
          <m:t>2</m:t>
        </m:r>
        <m:r>
          <m:t>log </m:t>
        </m:r>
        <m:r>
          <m:t>(</m:t>
        </m:r>
        <m:r>
          <m:t>n</m:t>
        </m:r>
        <m:r>
          <m:t>)</m:t>
        </m:r>
        <m:r>
          <m:t>+</m:t>
        </m:r>
        <m:r>
          <m:t>1</m:t>
        </m:r>
      </m:oMath>
    </w:p>
    <w:p>
      <w:pPr>
        <w:spacing w:before="0" w:after="20"/>
        <w:ind w:left="576"/>
      </w:pPr>
      <m:oMath>
        <m:r>
          <m:t>k</m:t>
        </m:r>
        <m:r>
          <m:t>=</m:t>
        </m:r>
        <m:rad>
          <m:radPr>
            <m:degHide m:val="1"/>
          </m:radPr>
          <m:deg/>
          <m:e>
            <m:r>
              <m:t>n</m:t>
            </m:r>
          </m:e>
        </m:rad>
        <m:r>
          <m:t>+</m:t>
        </m:r>
        <m:r>
          <m:t>3</m:t>
        </m:r>
        <m:r>
          <m:t>.</m:t>
        </m:r>
        <m:r>
          <m:t>3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Aturan empiris Sturges: </w:t>
      </w:r>
      <m:oMath>
        <m:r>
          <m:t>k</m:t>
        </m:r>
        <m:r>
          <m:t>=</m:t>
        </m:r>
        <m:r>
          <m:t>1</m:t>
        </m:r>
        <m:r>
          <m:t>+</m:t>
        </m:r>
        <m:r>
          <m:t>3</m:t>
        </m:r>
        <m:r>
          <m:t>.</m:t>
        </m:r>
        <m:r>
          <m:t>3</m:t>
        </m:r>
        <m:r>
          <m:t>2</m:t>
        </m:r>
        <m:r>
          <m:t>2</m:t>
        </m:r>
        <m:sSub>
          <m:e>
            <m:r>
              <m:t>log </m:t>
            </m:r>
          </m:e>
          <m:sub>
            <m:r>
              <m:t>1</m:t>
            </m:r>
            <m:r>
              <m:t>0</m:t>
            </m:r>
          </m:sub>
        </m:sSub>
        <m:r>
          <m:t>(</m:t>
        </m:r>
        <m:r>
          <m:t>n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untuk menentukan banyak kelas distribusi frekuensi.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data tunggal: </w:t>
      </w:r>
      <m:oMath>
        <m:r>
          <m:t>4</m:t>
        </m:r>
        <m:r>
          <m:t>,</m:t>
        </m:r>
        <m:r>
          <m:t>6</m:t>
        </m:r>
        <m:r>
          <m:t>,</m:t>
        </m:r>
        <m:r>
          <m:t>8</m:t>
        </m:r>
        <m:r>
          <m:t>,</m:t>
        </m:r>
        <m:r>
          <m:t>2</m:t>
        </m:r>
        <m:r>
          <m:t>,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Nilai rata-rata </w:t>
      </w:r>
      <m:oMath>
        <m:r>
          <m:t>bar</m:t>
        </m:r>
        <m:r>
          <m:t>x</m:t>
        </m:r>
        <m:r>
          <m:t>=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>. Nilai Simpangan Rata-rata (</w:t>
      </w:r>
      <m:oMath>
        <m:r>
          <m:t>S</m:t>
        </m:r>
        <m:r>
          <m:t>R</m:t>
        </m:r>
        <m:r>
          <m:t>=</m:t>
        </m:r>
        <m:f>
          <m:fPr>
            <m:type m:val="bar"/>
          </m:fPr>
          <m:num>
            <m:r>
              <m:t>Σ</m:t>
            </m:r>
            <m:r>
              <m:t>|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t>-</m:t>
            </m:r>
            <m:r>
              <m:t>bar</m:t>
            </m:r>
            <m:r>
              <m:t>x</m:t>
            </m:r>
            <m:r>
              <m:t>|</m:t>
            </m:r>
          </m:num>
          <m:den>
            <m:r>
              <m:t>n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 dari data tersebut adalah...</w:t>
      </w:r>
    </w:p>
    <w:p>
      <w:pPr>
        <w:spacing w:before="0" w:after="20"/>
        <w:ind w:left="576"/>
      </w:pPr>
      <m:oMath>
        <m:r>
          <m:t>1</m:t>
        </m:r>
        <m:r>
          <m:t>.</m:t>
        </m:r>
        <m:r>
          <m:t>6</m:t>
        </m:r>
      </m:oMath>
    </w:p>
    <w:p>
      <w:pPr>
        <w:spacing w:before="0" w:after="20"/>
        <w:ind w:left="576"/>
      </w:pPr>
      <m:oMath>
        <m:r>
          <m:t>2</m:t>
        </m:r>
        <m:r>
          <m:t>.</m:t>
        </m:r>
        <m:r>
          <m:t>0</m:t>
        </m:r>
      </m:oMath>
    </w:p>
    <w:p>
      <w:pPr>
        <w:spacing w:before="0" w:after="20"/>
        <w:ind w:left="576"/>
      </w:pPr>
      <m:oMath>
        <m:r>
          <m:t>1</m:t>
        </m:r>
        <m:r>
          <m:t>.</m:t>
        </m:r>
        <m:r>
          <m:t>2</m:t>
        </m:r>
      </m:oMath>
    </w:p>
    <w:p>
      <w:pPr>
        <w:spacing w:before="0" w:after="20"/>
        <w:ind w:left="576"/>
      </w:pPr>
      <m:oMath>
        <m:r>
          <m:t>1</m:t>
        </m:r>
        <m:r>
          <m:t>.</m:t>
        </m:r>
        <m:r>
          <m:t>8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Σ</m:t>
        </m:r>
        <m:r>
          <m:t>|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-</m:t>
        </m:r>
        <m:r>
          <m:t>bar</m:t>
        </m:r>
        <m:r>
          <m:t>x</m:t>
        </m:r>
        <m:r>
          <m:t>|</m:t>
        </m:r>
        <m:r>
          <m:t>=</m:t>
        </m:r>
        <m:r>
          <m:t>|</m:t>
        </m:r>
        <m:r>
          <m:t>4</m:t>
        </m:r>
        <m:r>
          <m:t>-</m:t>
        </m:r>
        <m:r>
          <m:t>5</m:t>
        </m:r>
        <m:r>
          <m:t>|</m:t>
        </m:r>
        <m:r>
          <m:t>+</m:t>
        </m:r>
        <m:r>
          <m:t>|</m:t>
        </m:r>
        <m:r>
          <m:t>6</m:t>
        </m:r>
        <m:r>
          <m:t>-</m:t>
        </m:r>
        <m:r>
          <m:t>5</m:t>
        </m:r>
        <m:r>
          <m:t>|</m:t>
        </m:r>
        <m:r>
          <m:t>+</m:t>
        </m:r>
        <m:r>
          <m:t>|</m:t>
        </m:r>
        <m:r>
          <m:t>8</m:t>
        </m:r>
        <m:r>
          <m:t>-</m:t>
        </m:r>
        <m:r>
          <m:t>5</m:t>
        </m:r>
        <m:r>
          <m:t>|</m:t>
        </m:r>
        <m:r>
          <m:t>+</m:t>
        </m:r>
        <m:r>
          <m:t>|</m:t>
        </m:r>
        <m:r>
          <m:t>2</m:t>
        </m:r>
        <m:r>
          <m:t>-</m:t>
        </m:r>
        <m:r>
          <m:t>5</m:t>
        </m:r>
        <m:r>
          <m:t>|</m:t>
        </m:r>
        <m:r>
          <m:t>+</m:t>
        </m:r>
        <m:r>
          <m:t>|</m:t>
        </m:r>
        <m:r>
          <m:t>5</m:t>
        </m:r>
        <m:r>
          <m:t>-</m:t>
        </m:r>
        <m:r>
          <m:t>5</m:t>
        </m:r>
        <m:r>
          <m:t>|</m:t>
        </m:r>
        <m:r>
          <m:t>=</m:t>
        </m:r>
        <m:r>
          <m:t>1</m:t>
        </m:r>
        <m:r>
          <m:t>+</m:t>
        </m:r>
        <m:r>
          <m:t>1</m:t>
        </m:r>
        <m:r>
          <m:t>+</m:t>
        </m:r>
        <m:r>
          <m:t>3</m:t>
        </m:r>
        <m:r>
          <m:t>+</m:t>
        </m:r>
        <m:r>
          <m:t>3</m:t>
        </m:r>
        <m:r>
          <m:t>+</m:t>
        </m:r>
        <m:r>
          <m:t>0</m:t>
        </m:r>
        <m:r>
          <m:t>=</m:t>
        </m:r>
        <m:r>
          <m:t>8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S</m:t>
        </m:r>
        <m:r>
          <m:t>R</m:t>
        </m:r>
        <m: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</m:den>
        </m:f>
        <m:r>
          <m:t>=</m:t>
        </m:r>
        <m:r>
          <m:t>1</m:t>
        </m:r>
        <m:r>
          <m:t>.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semua nilai dalam suatu data statistik dikalikan </w:t>
      </w:r>
      <m:oMath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kemudian dikurangi </w:t>
      </w:r>
      <m:oMath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nilai simpangan baku data yang baru 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2 kali simpangan baku semula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2 kali simpangan baku semula dikurangi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Tetap sama tidak berubah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4 kali simpangan baku semula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Ukuran penyebaran (simpangan baku) hanya terpengaruh oleh operasi perkalian/pembagian skala (</w:t>
      </w:r>
      <m:oMath>
        <m:r>
          <m:t>|</m:t>
        </m:r>
        <m:r>
          <m:t>k</m:t>
        </m:r>
        <m:r>
          <m:t>|</m:t>
        </m:r>
        <m:r>
          <m:t>·</m:t>
        </m:r>
        <m:r>
          <m:t>S</m:t>
        </m:r>
        <m:r>
          <m:t>=</m:t>
        </m:r>
        <m:r>
          <m:t>2</m:t>
        </m:r>
        <m:r>
          <m:t>S</m:t>
        </m:r>
      </m:oMath>
      <w:r>
        <w:rPr>
          <w:rFonts w:ascii="Calibri" w:hAnsi="Calibri"/>
          <w:b w:val="0"/>
          <w:i/>
          <w:color w:val="64748B"/>
          <w:sz w:val="17"/>
        </w:rPr>
        <w:t>), dan tidak terpengaruh operasi penjumlahan/pengurangan pergeseran.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Median dari tabel frekuensi yang memiliki total </w:t>
      </w:r>
      <m:oMath>
        <m:r>
          <m:t>N</m:t>
        </m:r>
        <m:r>
          <m:t>=</m:t>
        </m:r>
        <m:r>
          <m:t>4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data terletak pada kelas yang memuat datum ke-...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Datum ke-20 (interpolasi frekuensi kumulatif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Datum ke-10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Datum ke-30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Datum ke-40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Median membagi data menjadi dua bagian sama besar sehingga letak kelas median ditentukan oleh indeks datum ke-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N</m:t>
        </m:r>
        <m:r>
          <m:t>=</m:t>
        </m:r>
        <m:f>
          <m:fPr>
            <m:type m:val="bar"/>
          </m:fPr>
          <m:num>
            <m:r>
              <m:t>4</m:t>
            </m:r>
            <m:r>
              <m:t>0</m:t>
            </m:r>
          </m:num>
          <m:den>
            <m:r>
              <m:t>2</m:t>
            </m:r>
          </m:den>
        </m:f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Statistika Data Berkelompok dan Ukuran Penyebaran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Penyusunan Tabel Distribusi Frekuensi, Histogram, dan Ogive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banyak kelas (aturan Sturges: </w:t>
      </w:r>
      <m:oMath>
        <m:r>
          <m:t>k</m:t>
        </m:r>
        <m:r>
          <m:t>=</m:t>
        </m:r>
        <m:r>
          <m:t>1</m:t>
        </m:r>
        <m:r>
          <m:t>+</m:t>
        </m:r>
        <m:r>
          <m:t>3</m:t>
        </m:r>
        <m:r>
          <m:t>.</m:t>
        </m:r>
        <m:r>
          <m:t>3</m:t>
        </m:r>
        <m:r>
          <m:t>log 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 dan panjang interval kelas 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Ukuran Pemusatan Data Berkelompok (Mean, Median, Modus)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nilai rata-rata metode coding/titik tengah, median kelas tengah, dan modus selisih frekuensi.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Ukuran Letak Data Berkelompok (Kuartil, Desil, dan Persentil)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batas kuartil bawah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, kuartil atas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, dan desil menggunakan interpolasi frekuensi kumulatif.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Ukuran Penyebaran Data (Jangkauan Kuartil, Varians, dan Simpangan Baku)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deviasi standar untuk mengevaluasi homogenitas data hasil pengujian mutu.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Statistika inferensial dan deskriptif data berkelompok mengolah dataset berukuran besar yang dikelompokkan ke dalam interval-interval kelas. Penyajian visual data melalui histogram dan kurva *ogive* kumulatif mempermudah identifikasi tren distribusi populasi.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Ukuran pemusatan data berkelompok meliputi Rata-rata (</w:t>
      </w:r>
      <m:oMath>
        <m:r>
          <m:t>bar</m:t>
        </m:r>
        <m:r>
          <m:t>x</m:t>
        </m:r>
        <m:r>
          <m:t>=</m:t>
        </m:r>
        <m:f>
          <m:fPr>
            <m:type m:val="bar"/>
          </m:fPr>
          <m:num>
            <m:r>
              <m:t>Σ</m:t>
            </m:r>
            <m:sSub>
              <m:e>
                <m:r>
                  <m:t>f</m:t>
                </m:r>
              </m:e>
              <m:sub>
                <m:r>
                  <m:t>i</m:t>
                </m:r>
              </m:sub>
            </m:sSub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num>
          <m:den>
            <m:r>
              <m:t>Σ</m:t>
            </m:r>
            <m:sSub>
              <m:e>
                <m:r>
                  <m:t>f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atau metode rata-rata sementara), Median (</w:t>
      </w:r>
      <m:oMath>
        <m:r>
          <m:t>M</m:t>
        </m:r>
        <m:r>
          <m:t>e</m:t>
        </m:r>
        <m:r>
          <m:t>=</m:t>
        </m:r>
        <m:sSub>
          <m:e>
            <m:r>
              <m:t>L</m:t>
            </m:r>
          </m:e>
          <m:sub>
            <m:r>
              <m:t>b</m:t>
            </m:r>
          </m:sub>
        </m:sSub>
        <m:r>
          <m:t>+</m:t>
        </m:r>
        <m:r>
          <m:t>(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N</m:t>
            </m:r>
            <m:r>
              <m:t>-</m:t>
            </m:r>
            <m:r>
              <m:t>Σ</m:t>
            </m:r>
            <m:sSub>
              <m:e>
                <m:r>
                  <m:t>f</m:t>
                </m:r>
              </m:e>
              <m:sub>
                <m:r>
                  <m:t>k</m:t>
                </m:r>
              </m:sub>
            </m:sSub>
          </m:num>
          <m:den>
            <m:sSub>
              <m:e>
                <m:r>
                  <m:t>f</m:t>
                </m:r>
              </m:e>
              <m:sub>
                <m:r>
                  <m:t>m</m:t>
                </m:r>
                <m:r>
                  <m:t>e</m:t>
                </m:r>
              </m:sub>
            </m:sSub>
          </m:den>
        </m:f>
        <m:r>
          <m:t>)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), dan Modus (</w:t>
      </w:r>
      <m:oMath>
        <m:r>
          <m:t>M</m:t>
        </m:r>
        <m:r>
          <m:t>o</m:t>
        </m:r>
        <m:r>
          <m:t>=</m:t>
        </m:r>
        <m:sSub>
          <m:e>
            <m:r>
              <m:t>L</m:t>
            </m:r>
          </m:e>
          <m:sub>
            <m:r>
              <m:t>b</m:t>
            </m:r>
          </m:sub>
        </m:sSub>
        <m:r>
          <m:t>+</m:t>
        </m:r>
        <m:r>
          <m:t>(</m:t>
        </m:r>
        <m:f>
          <m:fPr>
            <m:type m:val="bar"/>
          </m:fPr>
          <m:num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  <m:r>
              <m:t>+</m:t>
            </m:r>
            <m:sSub>
              <m:e>
                <m:r>
                  <m:t>d</m:t>
                </m:r>
              </m:e>
              <m:sub>
                <m:r>
                  <m:t>2</m:t>
                </m:r>
              </m:sub>
            </m:sSub>
          </m:den>
        </m:f>
        <m:r>
          <m:t>)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Ukuran letak (Kuartil, Desil, Persentil) dan ukuran penyebaran seperti Simpangan Baku (</w:t>
      </w:r>
      <m:oMath>
        <m:r>
          <m:t>S</m:t>
        </m:r>
        <m:r>
          <m:t>=</m:t>
        </m:r>
        <m:rad>
          <m:radPr>
            <m:degHide m:val="1"/>
          </m:radPr>
          <m:deg/>
          <m:e>
            <m:f>
              <m:fPr>
                <m:type m:val="bar"/>
              </m:fPr>
              <m:num>
                <m:r>
                  <m:t>Σ</m:t>
                </m:r>
                <m:sSub>
                  <m:e>
                    <m:r>
                      <m:t>f</m:t>
                    </m:r>
                  </m:e>
                  <m:sub>
                    <m:r>
                      <m:t>i</m:t>
                    </m:r>
                  </m:sub>
                </m:sSub>
                <m: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t>-</m:t>
                </m:r>
                <m:r>
                  <m:t>bar</m:t>
                </m:r>
                <m:r>
                  <m:t>x</m:t>
                </m:r>
                <m:sSup>
                  <m:e>
                    <m:r>
                      <m:t>)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N</m:t>
                </m:r>
              </m:den>
            </m:f>
          </m:e>
        </m:rad>
      </m:oMath>
      <w:r>
        <w:rPr>
          <w:rFonts w:ascii="Calibri" w:hAnsi="Calibri"/>
          <w:b w:val="0"/>
          <w:i w:val="0"/>
          <w:color w:val="000000"/>
          <w:sz w:val="19"/>
        </w:rPr>
        <w:t>) serta Varians mengukur derajat keragaman data di sekitar nilai rata-rata, yang mendasari analisis risiko finansial dan kendali mutu industri.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Tepi Bawah Kelas (</w:t>
            </w:r>
            <m:oMath>
              <m:sSub>
                <m:e>
                  <m:r>
                    <m:t>L</m:t>
                  </m:r>
                </m:e>
                <m:sub>
                  <m:r>
                    <m:t>b</m:t>
                  </m:r>
                </m:sub>
              </m:sSub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Batas bawah nyata dari suatu interval kelas data berkelompok (</w:t>
            </w:r>
            <m:oMath>
              <m:sSub>
                <m:e>
                  <m:r>
                    <m:t>L</m:t>
                  </m:r>
                </m:e>
                <m:sub>
                  <m:r>
                    <m:t>b</m:t>
                  </m:r>
                </m:sub>
              </m:sSub>
              <m:r>
                <m:t>=</m:t>
              </m:r>
              <m:r>
                <m:t>B</m:t>
              </m:r>
              <m:r>
                <m:t>-</m:t>
              </m:r>
              <m:r>
                <m:t>0</m:t>
              </m:r>
              <m:r>
                <m:t>.</m:t>
              </m:r>
              <m:r>
                <m:t>5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Panjang Kelas (</w:t>
            </w:r>
            <m:oMath>
              <m:r>
                <m:t>p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Rentang lebar nilai dalam satu interval kelas distribusi frekuensi (</w:t>
            </w:r>
            <m:oMath>
              <m:r>
                <m:t>p</m:t>
              </m:r>
              <m:r>
                <m:t>=</m:t>
              </m:r>
              <m:r>
                <m:t>T</m:t>
              </m:r>
              <m:r>
                <m:t>-</m:t>
              </m:r>
              <m:r>
                <m:t>T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Ogive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garis yang menggambarkan distribusi frekuensi kumulatif kurang dari (ogive positif) atau lebih dari (ogive negatif).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Simpangan Baku (Standar Deviasi)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Akar kuadrat dari varians yang mengukur seberapa jauh sebaran titik-titik data terhadap nilai rata-rata hitungnya.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Kuartil Data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Nilai-nilai pembagi yang membagi sekumpulan data terurut menjadi empat bagian yang sama banyak (</w:t>
            </w:r>
            <m:oMath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t>,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t>,</m:t>
              </m:r>
              <m:sSub>
                <m:e>
                  <m:r>
                    <m:t>Q</m:t>
                  </m:r>
                </m:e>
                <m:sub>
                  <m:r>
                    <m:t>3</m:t>
                  </m:r>
                </m:sub>
              </m:sSub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