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Geometri Ruang (Dimensi Tiga)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kedudukan titik, garis, dan bidang dalam bangun ruang tiga dimensi.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jarak titik ke titik, titik ke garis, dan titik ke bidang pada kubus, balok, dan limas.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besar sudut antargaris dan antarbidang dalam pemecahan masalah geometri kontekstual.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Kedudukan titik, garis, dan bidang dalam ruang tiga dimensi, perhitungan jarak titik ke titik, titik ke garis, dan titik ke bidang pada kubus/balok/limas menggunakan teorema Pythagoras dan perbandingan luas segitiga, serta penentuan sudut antargaris dan antarbidang.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Kedudukan Titik, Garis, dan Bidang dalam Ruang Tiga Dimensi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konsep garis sejajar, berpotongan, bersilangan, dan bidang sejajar/tegak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Perhitungan Jarak Titik ke Titik dan Titik ke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diagonal bidang (</w:t>
      </w:r>
      <m:oMath>
        <m:r>
          <m:t>s</m:t>
        </m:r>
        <m:rad>
          <m:radPr>
            <m:degHide m:val="1"/>
          </m:radPr>
          <m:deg/>
          <m:e>
            <m:r>
              <m:t>2</m:t>
            </m:r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>), diagonal ruang (</w:t>
      </w:r>
      <m:oMath>
        <m:r>
          <m:t>s</m:t>
        </m:r>
        <m:rad>
          <m:radPr>
            <m:degHide m:val="1"/>
          </m:radPr>
          <m:deg/>
          <m:e>
            <m:r>
              <m:t>3</m:t>
            </m:r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>), dan jarak ke ruas garis kubus.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Perhitungan Jarak Titik ke Bidang pada Bangun Ruang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panjang ruas garis proyeksi titik ke bidang alas/diagonal pada kubus dan limas beraturan.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Besar Sudut Antargaris dan Sudut Antarbidang (Sudut Bidang Tumpu)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sinus, kosinus, dan tangen sudut yang dibentuk oleh dua bidang yang berpotongan.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kubus </w:t>
      </w:r>
      <m:oMath>
        <m:r>
          <m:t>A</m:t>
        </m:r>
        <m:r>
          <m:t>B</m:t>
        </m:r>
        <m:r>
          <m:t>C</m:t>
        </m:r>
        <m:r>
          <m:t>D</m:t>
        </m:r>
        <m:r>
          <m:t>.</m:t>
        </m:r>
        <m:r>
          <m:t>E</m:t>
        </m:r>
        <m:r>
          <m:t>F</m:t>
        </m:r>
        <m:r>
          <m:t>G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panjang rusuk </w:t>
      </w:r>
      <m:oMath>
        <m:r>
          <m:t>6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Jarak titik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ke garis diagonal ruang </w:t>
      </w:r>
      <m:oMath>
        <m:r>
          <m:t>C</m:t>
        </m:r>
        <m:r>
          <m:t>E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3</m:t>
        </m:r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2</m:t>
        </m:r>
        <m:rad>
          <m:radPr>
            <m:degHide m:val="1"/>
          </m:radPr>
          <m:deg/>
          <m:e>
            <m:r>
              <m:t>3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3</m:t>
        </m:r>
        <m:rad>
          <m:radPr>
            <m:degHide m:val="1"/>
          </m:radPr>
          <m:deg/>
          <m:e>
            <m:r>
              <m:t>2</m:t>
            </m:r>
          </m:e>
        </m:rad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Pada segitiga siku-siku </w:t>
      </w:r>
      <m:oMath>
        <m:r>
          <m:t>A</m:t>
        </m:r>
        <m:r>
          <m:t>C</m:t>
        </m:r>
        <m:r>
          <m:t>E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di </w:t>
      </w:r>
      <m:oMath>
        <m:r>
          <m:t>A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A</m:t>
        </m:r>
        <m:r>
          <m:t>C</m:t>
        </m:r>
        <m:r>
          <m:t>=</m:t>
        </m:r>
        <m:r>
          <m:t>6</m:t>
        </m:r>
        <m:rad>
          <m:radPr>
            <m:degHide m:val="1"/>
          </m:radPr>
          <m:deg/>
          <m:e>
            <m:r>
              <m:t>2</m:t>
            </m:r>
          </m:e>
        </m:rad>
        <m:r>
          <m:t>,</m:t>
        </m:r>
        <m:r>
          <m:t>A</m:t>
        </m:r>
        <m:r>
          <m:t>E</m:t>
        </m:r>
        <m:r>
          <m:t>=</m:t>
        </m:r>
        <m:r>
          <m:t>6</m:t>
        </m:r>
        <m:r>
          <m:t>,</m:t>
        </m:r>
        <m:r>
          <m:t>C</m:t>
        </m:r>
        <m:r>
          <m:t>E</m:t>
        </m:r>
        <m:r>
          <m:t>=</m:t>
        </m:r>
        <m:r>
          <m:t>6</m:t>
        </m:r>
        <m:rad>
          <m:radPr>
            <m:degHide m:val="1"/>
          </m:radPr>
          <m:deg/>
          <m:e>
            <m:r>
              <m:t>3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. Luas </w:t>
      </w:r>
      <m:oMath>
        <m:r>
          <m:t>triangle</m:t>
        </m:r>
        <m:r>
          <m:t>A</m:t>
        </m:r>
        <m:r>
          <m:t>C</m:t>
        </m:r>
        <m:r>
          <m:t>E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t>C</m:t>
        </m:r>
        <m:r>
          <m:t>×</m:t>
        </m:r>
        <m:r>
          <m:t>A</m:t>
        </m:r>
        <m:r>
          <m:t>E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C</m:t>
        </m:r>
        <m:r>
          <m:t>E</m:t>
        </m:r>
        <m:r>
          <m:t>×</m:t>
        </m:r>
        <m:r>
          <m:t>d</m:t>
        </m:r>
        <m:r>
          <m:t>→</m:t>
        </m:r>
        <m:r>
          <m:t>d</m:t>
        </m:r>
        <m:r>
          <m:t>=</m:t>
        </m:r>
        <m:f>
          <m:fPr>
            <m:type m:val="bar"/>
          </m:fPr>
          <m:num>
            <m:r>
              <m:t>A</m:t>
            </m:r>
            <m:r>
              <m:t>C</m:t>
            </m:r>
            <m:r>
              <m:t>×</m:t>
            </m:r>
            <m:r>
              <m:t>A</m:t>
            </m:r>
            <m:r>
              <m:t>E</m:t>
            </m:r>
          </m:num>
          <m:den>
            <m:r>
              <m:t>C</m:t>
            </m:r>
            <m:r>
              <m:t>E</m:t>
            </m:r>
          </m:den>
        </m:f>
        <m:r>
          <m:t>=</m:t>
        </m:r>
        <m:f>
          <m:fPr>
            <m:type m:val="bar"/>
          </m:fPr>
          <m:num>
            <m:r>
              <m:t>6</m:t>
            </m:r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  <m:r>
              <m:t>×</m:t>
            </m:r>
            <m:r>
              <m:t>6</m:t>
            </m:r>
          </m:num>
          <m:den>
            <m:r>
              <m:t>6</m:t>
            </m:r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=</m:t>
        </m:r>
        <m:f>
          <m:fPr>
            <m:type m:val="bar"/>
          </m:fPr>
          <m:num>
            <m:r>
              <m:t>6</m:t>
            </m:r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</m:num>
          <m:den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=</m:t>
        </m:r>
        <m:r>
          <m:t>2</m:t>
        </m:r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kubus </w:t>
      </w:r>
      <m:oMath>
        <m:r>
          <m:t>A</m:t>
        </m:r>
        <m:r>
          <m:t>B</m:t>
        </m:r>
        <m:r>
          <m:t>C</m:t>
        </m:r>
        <m:r>
          <m:t>D</m:t>
        </m:r>
        <m:r>
          <m:t>.</m:t>
        </m:r>
        <m:r>
          <m:t>E</m:t>
        </m:r>
        <m:r>
          <m:t>F</m:t>
        </m:r>
        <m:r>
          <m:t>G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panjang rusuk </w:t>
      </w:r>
      <m:oMath>
        <m:r>
          <m:t>8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jarak titik </w:t>
      </w:r>
      <m:oMath>
        <m:r>
          <m:t>E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ke bidang diagonal </w:t>
      </w:r>
      <m:oMath>
        <m:r>
          <m:t>B</m:t>
        </m:r>
        <m:r>
          <m:t>D</m:t>
        </m:r>
        <m:r>
          <m:t>H</m:t>
        </m:r>
        <m:r>
          <m:t>F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4</m:t>
        </m:r>
        <m:rad>
          <m:radPr>
            <m:degHide m:val="1"/>
          </m:radPr>
          <m:deg/>
          <m:e>
            <m:r>
              <m:t>2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4</m:t>
        </m:r>
        <m:rad>
          <m:radPr>
            <m:degHide m:val="1"/>
          </m:radPr>
          <m:deg/>
          <m:e>
            <m:r>
              <m:t>3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8</m:t>
        </m:r>
        <m:rad>
          <m:radPr>
            <m:degHide m:val="1"/>
          </m:radPr>
          <m:deg/>
          <m:e>
            <m:r>
              <m:t>2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2</m:t>
        </m:r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Proyeksi titik </w:t>
      </w:r>
      <m:oMath>
        <m:r>
          <m:t>E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ke bidang </w:t>
      </w:r>
      <m:oMath>
        <m:r>
          <m:t>B</m:t>
        </m:r>
        <m:r>
          <m:t>D</m:t>
        </m:r>
        <m:r>
          <m:t>H</m:t>
        </m:r>
        <m:r>
          <m:t>F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adalah titik pusat diagonal bidang atas </w:t>
      </w:r>
      <m:oMath>
        <m:r>
          <m:t>E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yaitu titik </w:t>
      </w:r>
      <m:oMath>
        <m:r>
          <m:t>O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jaraknya adalah </w:t>
      </w:r>
      <m:oMath>
        <m:r>
          <m:t>E</m:t>
        </m:r>
        <m:r>
          <m:t>O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E</m:t>
        </m:r>
        <m:r>
          <m:t>G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(</m:t>
        </m:r>
        <m:r>
          <m:t>8</m:t>
        </m:r>
        <m:rad>
          <m:radPr>
            <m:degHide m:val="1"/>
          </m:radPr>
          <m:deg/>
          <m:e>
            <m:r>
              <m:t>2</m:t>
            </m:r>
          </m:e>
        </m:rad>
        <m:r>
          <m:t>)</m:t>
        </m:r>
        <m:r>
          <m:t>=</m:t>
        </m:r>
        <m:r>
          <m:t>4</m:t>
        </m:r>
        <m:rad>
          <m:radPr>
            <m:degHide m:val="1"/>
          </m:radPr>
          <m:deg/>
          <m:e>
            <m:r>
              <m:t>2</m:t>
            </m:r>
          </m:e>
        </m:rad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limas beraturan </w:t>
      </w:r>
      <m:oMath>
        <m:r>
          <m:t>T</m:t>
        </m:r>
        <m:r>
          <m:t>.</m:t>
        </m:r>
        <m:r>
          <m:t>A</m:t>
        </m:r>
        <m:r>
          <m:t>B</m:t>
        </m:r>
        <m:r>
          <m:t>C</m:t>
        </m:r>
        <m:r>
          <m:t>D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alas persegi berusuk </w:t>
      </w:r>
      <m:oMath>
        <m:r>
          <m:t>6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panjang rusuk tegak </w:t>
      </w:r>
      <m:oMath>
        <m:r>
          <m:t>T</m:t>
        </m:r>
        <m:r>
          <m:t>A</m:t>
        </m:r>
        <m:r>
          <m:t>=</m:t>
        </m:r>
        <m:r>
          <m:t>5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. Tinggi limas tersebut adalah...</w:t>
      </w:r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7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1</m:t>
            </m:r>
            <m:r>
              <m:t>4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4</m:t>
        </m:r>
        <m:r>
          <m:t>c</m:t>
        </m:r>
      </m:oMath>
    </w:p>
    <w:p>
      <w:pPr>
        <w:spacing w:before="0" w:after="20"/>
        <w:ind w:left="576"/>
      </w:pPr>
      <m:oMath>
        <m:r>
          <m:t>3</m:t>
        </m:r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Diagonal alas </w:t>
      </w:r>
      <m:oMath>
        <m:r>
          <m:t>A</m:t>
        </m:r>
        <m:r>
          <m:t>C</m:t>
        </m:r>
        <m:r>
          <m:t>=</m:t>
        </m:r>
        <m:r>
          <m:t>6</m:t>
        </m:r>
        <m:rad>
          <m:radPr>
            <m:degHide m:val="1"/>
          </m:radPr>
          <m:deg/>
          <m:e>
            <m:r>
              <m:t>2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, jarak pusat alas </w:t>
      </w:r>
      <m:oMath>
        <m:r>
          <m:t>A</m:t>
        </m:r>
        <m:r>
          <m:t>O</m:t>
        </m:r>
        <m:r>
          <m:t>=</m:t>
        </m:r>
        <m:r>
          <m:t>3</m:t>
        </m:r>
        <m:rad>
          <m:radPr>
            <m:degHide m:val="1"/>
          </m:radPr>
          <m:deg/>
          <m:e>
            <m:r>
              <m:t>2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. Tinggi </w:t>
      </w:r>
      <m:oMath>
        <m:r>
          <m:t>t</m:t>
        </m:r>
        <m:r>
          <m:t>=</m:t>
        </m:r>
        <m:r>
          <m:t>T</m:t>
        </m:r>
        <m:r>
          <m:t>O</m:t>
        </m:r>
        <m:r>
          <m:t>=</m:t>
        </m:r>
        <m:rad>
          <m:radPr>
            <m:degHide m:val="1"/>
          </m:radPr>
          <m:deg/>
          <m:e>
            <m:r>
              <m:t>T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A</m:t>
            </m:r>
            <m:sSup>
              <m:e>
                <m:r>
                  <m:t>O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(</m:t>
            </m:r>
            <m:r>
              <m:t>3</m:t>
            </m:r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2</m:t>
            </m:r>
            <m:r>
              <m:t>5</m:t>
            </m:r>
            <m:r>
              <m:t>-</m:t>
            </m:r>
            <m:r>
              <m:t>1</m:t>
            </m:r>
            <m:r>
              <m:t>8</m:t>
            </m:r>
          </m:e>
        </m:rad>
        <m:r>
          <m:t>=</m:t>
        </m:r>
        <m:rad>
          <m:radPr>
            <m:degHide m:val="1"/>
          </m:radPr>
          <m:deg/>
          <m:e>
            <m:r>
              <m:t>7</m:t>
            </m:r>
          </m:e>
        </m:rad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kubus </w:t>
      </w:r>
      <m:oMath>
        <m:r>
          <m:t>A</m:t>
        </m:r>
        <m:r>
          <m:t>B</m:t>
        </m:r>
        <m:r>
          <m:t>C</m:t>
        </m:r>
        <m:r>
          <m:t>D</m:t>
        </m:r>
        <m:r>
          <m:t>.</m:t>
        </m:r>
        <m:r>
          <m:t>E</m:t>
        </m:r>
        <m:r>
          <m:t>F</m:t>
        </m:r>
        <m:r>
          <m:t>G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nilai kosinus sudut yang dibentuk oleh garis </w:t>
      </w:r>
      <m:oMath>
        <m:r>
          <m:t>A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(diagonal ruang) dengan bidang alas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ad>
          <m:radPr>
            <m:degHide m:val="1"/>
          </m:radPr>
          <m:deg/>
          <m:e>
            <m:r>
              <m:t>6</m:t>
            </m:r>
          </m:e>
        </m:rad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ad>
          <m:radPr>
            <m:degHide m:val="1"/>
          </m:radPr>
          <m:deg/>
          <m:e>
            <m:r>
              <m:t>3</m:t>
            </m:r>
          </m:e>
        </m:rad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1"/>
          </m:radPr>
          <m:deg/>
          <m:e>
            <m:r>
              <m:t>2</m:t>
            </m:r>
          </m:e>
        </m:rad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1"/>
          </m:radPr>
          <m:deg/>
          <m:e>
            <m:r>
              <m:t>3</m:t>
            </m:r>
          </m:e>
        </m:rad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Proyeksi </w:t>
      </w:r>
      <m:oMath>
        <m:r>
          <m:t>A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pada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adalah </w:t>
      </w:r>
      <m:oMath>
        <m:r>
          <m:t>A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Sudut </w:t>
      </w:r>
      <m:oMath>
        <m:r>
          <m:t>θ</m:t>
        </m:r>
        <m:r>
          <m:t>=</m:t>
        </m:r>
        <m:r>
          <m:t>∠</m:t>
        </m:r>
        <m:r>
          <m:t>C</m:t>
        </m:r>
        <m:r>
          <m:t>A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cos </m:t>
        </m:r>
        <m:r>
          <m:t>θ</m:t>
        </m:r>
        <m:r>
          <m:t>=</m:t>
        </m:r>
        <m:f>
          <m:fPr>
            <m:type m:val="bar"/>
          </m:fPr>
          <m:num>
            <m:r>
              <m:t>A</m:t>
            </m:r>
            <m:r>
              <m:t>C</m:t>
            </m:r>
          </m:num>
          <m:den>
            <m:r>
              <m:t>A</m:t>
            </m:r>
            <m:r>
              <m:t>G</m:t>
            </m:r>
          </m:den>
        </m:f>
        <m:r>
          <m:t>=</m:t>
        </m:r>
        <m:f>
          <m:fPr>
            <m:type m:val="bar"/>
          </m:fPr>
          <m:num>
            <m:r>
              <m:t>s</m:t>
            </m:r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</m:num>
          <m:den>
            <m:r>
              <m:t>s</m:t>
            </m:r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=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2</m:t>
                </m:r>
              </m:e>
            </m:rad>
          </m:num>
          <m:den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ad>
          <m:radPr>
            <m:degHide m:val="1"/>
          </m:radPr>
          <m:deg/>
          <m:e>
            <m:r>
              <m:t>6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kubus </w:t>
      </w:r>
      <m:oMath>
        <m:r>
          <m:t>A</m:t>
        </m:r>
        <m:r>
          <m:t>B</m:t>
        </m:r>
        <m:r>
          <m:t>C</m:t>
        </m:r>
        <m:r>
          <m:t>D</m:t>
        </m:r>
        <m:r>
          <m:t>.</m:t>
        </m:r>
        <m:r>
          <m:t>E</m:t>
        </m:r>
        <m:r>
          <m:t>F</m:t>
        </m:r>
        <m:r>
          <m:t>G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rusuk </w:t>
      </w:r>
      <m:oMath>
        <m:r>
          <m:t>4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Titik 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terletak di tengah rusuk </w:t>
      </w:r>
      <m:oMath>
        <m:r>
          <m:t>C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Jarak titik 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ke garis </w:t>
      </w:r>
      <m:oMath>
        <m:r>
          <m:t>H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2</m:t>
        </m:r>
        <m:rad>
          <m:radPr>
            <m:degHide m:val="1"/>
          </m:radPr>
          <m:deg/>
          <m:e>
            <m:r>
              <m:t>3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>
          <m:t>2</m:t>
        </m:r>
        <m:rad>
          <m:radPr>
            <m:degHide m:val="1"/>
          </m:radPr>
          <m:deg/>
          <m:e>
            <m:r>
              <m:t>2</m:t>
            </m:r>
          </m:e>
        </m:rad>
        <m:r>
          <m:t>c</m:t>
        </m:r>
      </m:oMath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3</m:t>
            </m:r>
          </m:e>
        </m:rad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Menggunakan segitiga </w:t>
      </w:r>
      <m:oMath>
        <m:r>
          <m:t>H</m:t>
        </m:r>
        <m:r>
          <m:t>P</m:t>
        </m:r>
        <m:r>
          <m:t>B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jarak titik </w:t>
      </w:r>
      <m:oMath>
        <m:r>
          <m:t>P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tegak lurus ke garis diagonal ruang </w:t>
      </w:r>
      <m:oMath>
        <m:r>
          <m:t>H</m:t>
        </m:r>
        <m:r>
          <m:t>B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dihitung melalui aturan kosinus menghasilkan panjang </w:t>
      </w:r>
      <m:oMath>
        <m:rad>
          <m:radPr>
            <m:degHide m:val="1"/>
          </m:radPr>
          <m:deg/>
          <m:e>
            <m:r>
              <m:t>6</m:t>
            </m:r>
          </m:e>
        </m:rad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1: Geometri Ruang (Dimensi Tiga)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Kedudukan Titik, Garis, dan Bidang dalam Ruang Tiga Dimensi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konsep garis sejajar, berpotongan, bersilangan, dan bidang sejajar/tegak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Perhitungan Jarak Titik ke Titik dan Titik ke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diagonal bidang (</w:t>
      </w:r>
      <m:oMath>
        <m:r>
          <m:t>s</m:t>
        </m:r>
        <m:rad>
          <m:radPr>
            <m:degHide m:val="1"/>
          </m:radPr>
          <m:deg/>
          <m:e>
            <m:r>
              <m:t>2</m:t>
            </m:r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>), diagonal ruang (</w:t>
      </w:r>
      <m:oMath>
        <m:r>
          <m:t>s</m:t>
        </m:r>
        <m:rad>
          <m:radPr>
            <m:degHide m:val="1"/>
          </m:radPr>
          <m:deg/>
          <m:e>
            <m:r>
              <m:t>3</m:t>
            </m:r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>), dan jarak ke ruas garis kubus.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Perhitungan Jarak Titik ke Bidang pada Bangun Ruang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panjang ruas garis proyeksi titik ke bidang alas/diagonal pada kubus dan limas beraturan.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Besar Sudut Antargaris dan Sudut Antarbidang (Sudut Bidang Tumpu)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sinus, kosinus, dan tangen sudut yang dibentuk oleh dua bidang yang berpotongan.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Geometri dimensi tiga mengkaji relasi spasial antara titik, garis, dan bidang pada bangun ruang beraturan. Penguasaan konsep proyeksi tegak lurus (*orthogonal projection*) menjadi dasar fundamental dalam menentukan jarak terpendek antarelemen geometri ruang.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Perhitungan jarak titik ke garis dan titik ke bidang diselesaikan dengan merancang segitiga bantu yang memuat unsur jarak tersebut. Penerapan Teorema Pythagoras, rumus luas segitiga (</w:t>
      </w:r>
      <m:oMath>
        <m:r>
          <m:t>L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aturan kosinus mempermudah penentuan panjang ruas garis proyeksi secara presisi.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Analisis sudut antargaris bersilangan dan sudut antarbidang (sudut dihedral) melatih kemampuan penalaran visual-spasial tingkat tinggi yang krusial dalam bidang arsitektur, rekayasa sipil bangunan tahan gempa, dan pemodelan objek grafika 3D.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Proyeksi Ortogonal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Pemetaan tegak lurus suatu titik atau garis ke sebuah bidang datar sehingga membentuk sudut </w:t>
            </w:r>
            <m:oMath>
              <m:r>
                <m:t>9</m:t>
              </m:r>
              <m:sSup>
                <m:e>
                  <m:r>
                    <m:t>0</m:t>
                  </m:r>
                </m:e>
                <m:sup>
                  <m:r>
                    <m:t>°</m:t>
                  </m:r>
                </m:sup>
              </m:sSup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terhadap bidang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Diagonal Ruang Kubus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Ruas garis yang menghubungkan dua titik sudut yang saling berhadapan di dalam ruang kubus yang memiliki panjang </w:t>
            </w:r>
            <m:oMath>
              <m:r>
                <m:t>d</m:t>
              </m:r>
              <m:r>
                <m:t>=</m:t>
              </m:r>
              <m:r>
                <m:t>s</m:t>
              </m:r>
              <m:rad>
                <m:radPr>
                  <m:degHide m:val="1"/>
                </m:radPr>
                <m:deg/>
                <m:e>
                  <m:r>
                    <m:t>3</m:t>
                  </m:r>
                </m:e>
              </m:rad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Bersilangan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garis lurus dalam ruang tiga dimensi yang tidak sejajar dan tidak akan pernah berpotongan karena terletak pada bidang yang berlainan.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Jarak Titik ke Bidang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Panjang ruas garis tegak lurus yang ditarik dari suatu titik menuju titik proyeksinya pada bidang sasaran.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Antarbidang (Dihedral)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dibentuk oleh dua garis yang masing-masing terletak pada kedua bidang dan tegak lurus terhadap garis potong persekutuan kedua bidang.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