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Matriks dan Transformasi Geometri Terapan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Pemodelan Matematika Terapan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kalkulasi teknis, kalkulator saintifik/spreadsheet, instrumen ukur presisi,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Matriks dan Transformasi Geometri Terapan dalam konteks operasional kejuruan secara komprehensif.</w:t>
      </w:r>
    </w:p>
    <w:p>
      <w:pPr>
        <w:pStyle w:val="ListNumber"/>
      </w:pPr>
      <w:r>
        <w:rPr>
          <w:rFonts w:ascii="Calibri" w:hAnsi="Calibri"/>
          <w:b w:val="0"/>
          <w:i w:val="0"/>
          <w:color w:val="000000"/>
          <w:sz w:val="19"/>
        </w:rPr>
        <w:t>Menerapkan prosedur kerja dan teknik pemecahan masalah terkait Matriks dan Transformasi Geometri Terapan secara mandiri dan presisi.</w:t>
      </w:r>
    </w:p>
    <w:p>
      <w:pPr>
        <w:pStyle w:val="ListNumber"/>
      </w:pPr>
      <w:r>
        <w:rPr>
          <w:rFonts w:ascii="Calibri" w:hAnsi="Calibri"/>
          <w:b w:val="0"/>
          <w:i w:val="0"/>
          <w:color w:val="000000"/>
          <w:sz w:val="19"/>
        </w:rPr>
        <w:t>Mengevaluasi hasil kerja, kepatuhan SOP, dan keselamatan kerja (K3) pada aktivitas pembelajaran Matriks dan Transformasi Geometri Terapan.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Operasi penjumlahan, perkalian, invers matriks, serta transformasi translasi, rotasi, dan dilatasi pada desain grafika komputer.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Matriks dan Transformasi Geometri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Matriks dan Transformasi Geometri Terapan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Matriks dan Transformasi Geometri Terapan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Matriks dan Transformasi Geometri Terapan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Matriks dan Transformasi Geometri Terapan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Matriks dan Transformasi Geometri Terapan?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Matriks dan Transformasi Geometri Terapan.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Matriks dan Transformasi Geometri Terapan?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Matriks dan Transformasi Geometri Terapan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Matematika • Bab 3: Matriks dan Transformasi Geometri Terapan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Matriks dan Transformasi Geometri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Matriks dan Transformasi Geometri Terapan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Matriks dan Transformasi Geometri Terapan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Matriks dan Transformasi Geometri Terapan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Matriks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Matriks dan Transformasi Geometri Terapan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Transformasi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Geometri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