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Lingkaran dan Garis Singgung Mekanika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Lingkaran dan Garis Singgung Mekanika dalam konteks operasional kejuruan secara komprehensif.</w:t>
      </w:r>
    </w:p>
    <w:p>
      <w:pPr>
        <w:pStyle w:val="ListNumber"/>
      </w:pPr>
      <w:r>
        <w:rPr>
          <w:rFonts w:ascii="Calibri" w:hAnsi="Calibri"/>
          <w:b w:val="0"/>
          <w:i w:val="0"/>
          <w:color w:val="000000"/>
          <w:sz w:val="19"/>
        </w:rPr>
        <w:t>Menerapkan prosedur kerja dan teknik pemecahan masalah terkait Lingkaran dan Garis Singgung Mekanika secara mandiri dan presisi.</w:t>
      </w:r>
    </w:p>
    <w:p>
      <w:pPr>
        <w:pStyle w:val="ListNumber"/>
      </w:pPr>
      <w:r>
        <w:rPr>
          <w:rFonts w:ascii="Calibri" w:hAnsi="Calibri"/>
          <w:b w:val="0"/>
          <w:i w:val="0"/>
          <w:color w:val="000000"/>
          <w:sz w:val="19"/>
        </w:rPr>
        <w:t>Mengevaluasi hasil kerja, kepatuhan SOP, dan keselamatan kerja (K3) pada aktivitas pembelajaran Lingkaran dan Garis Singgung Mekanika.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Persamaan lingkaran berpusat (a,b), posisi titik terhadap lingkaran, dan aplikasi garis singgung pada roda gigi transmisi mesin.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Lingkaran dan Garis Singgung Mekanika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Lingkaran dan Garis Singgung Mekanika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Lingkaran dan Garis Singgung Mekanika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Lingkaran dan Garis Singgung Mekanika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Lingkaran dan Garis Singgung Mekanika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Lingkaran dan Garis Singgung Mekanika?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Lingkaran dan Garis Singgung Mekanika.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Lingkaran dan Garis Singgung Mekanika?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Lingkaran dan Garis Singgung Mekanika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2: Lingkaran dan Garis Singgung Mekanika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Lingkaran dan Garis Singgung Mekanika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Lingkaran dan Garis Singgung Mekanika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Lingkaran dan Garis Singgung Mekanika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Lingkaran dan Garis Singgung Mekanika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Lingkaran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Lingkaran dan Garis Singgung Mekanika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Singgung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