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Transformasi Geometri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konsep translasi, refleksi, rotasi, dan dilatasi pada bidang koordinat.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merepresentasikan transformasi geometri ke dalam bentuk matriks.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bayangan titik, garis, dan kurva akibat komposisi transformasi geometri.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Pembelajaran 4 transformasi geometri dasar (translasi pergeseran, refleksi pencerminan, rotasi perputaran sudut 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dilatasi perbesaran faktor skala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), representasi matriks transformasi, dan komposisi dua transformasi berturutan.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Translasi (Pergeseran Objek Geometri)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koordinat bayangan titik dan persamaan bayangan garis akibat pergeseran vektor </w:t>
      </w:r>
      <m:oMath>
        <m:r>
          <m:t>T</m:t>
        </m:r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Refleksi (Pencerminan terhadap Sumbu dan Garis)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Menganalisis matriks refleksi terhadap sumbu koordinat dan garis </w:t>
      </w:r>
      <m:oMath>
        <m:r>
          <m:t>y</m:t>
        </m:r>
        <m:r>
          <m:t>=</m:t>
        </m:r>
        <m:r>
          <m:t>±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Rotasi (Perputaran Sudut $\theta$) dan Dilatasi (Faktor Skala $k$)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Menerapkan matriks rotasi </w:t>
      </w:r>
      <m:oMath>
        <m:d>
          <m:dPr>
            <m:begChr m:val="("/>
            <m:endChr m:val=")"/>
          </m:dPr>
          <m:e>
            <m:m>
              <m:mr>
                <m:e>
                  <m:r>
                    <m:t>cos </m:t>
                  </m:r>
                  <m:r>
                    <m:t>θ</m:t>
                  </m:r>
                </m:e>
                <m:e>
                  <m:r>
                    <m:t>-</m:t>
                  </m:r>
                  <m:r>
                    <m:t>sin </m:t>
                  </m:r>
                  <m:r>
                    <m:t>θ</m:t>
                  </m:r>
                </m:e>
              </m:mr>
              <m:mr>
                <m:e>
                  <m:r>
                    <m:t>sin </m:t>
                  </m:r>
                  <m:r>
                    <m:t>θ</m:t>
                  </m:r>
                </m:e>
                <m:e>
                  <m:r>
                    <m:t>cos </m:t>
                  </m:r>
                  <m:r>
                    <m:t>θ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dilatasi </w:t>
      </w:r>
      <m:oMath>
        <m:r>
          <m:t>[</m:t>
        </m:r>
        <m:r>
          <m:t>O</m:t>
        </m:r>
        <m:r>
          <m:t>,</m:t>
        </m:r>
        <m:r>
          <m:t>k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Komposisi Transformasi Geometri dengan Matriks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bayangan kurva parabola atau lingkaran akibat dua transformasi berurutan.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Bayangan titik </w:t>
      </w:r>
      <m:oMath>
        <m:r>
          <m:t>P</m:t>
        </m:r>
        <m:r>
          <m:t>(</m:t>
        </m:r>
        <m:r>
          <m:t>3</m:t>
        </m:r>
        <m:r>
          <m:t>,</m:t>
        </m:r>
        <m:r>
          <m:t>-</m:t>
        </m:r>
        <m:r>
          <m:t>5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ditranslasikan oleh vektor </w:t>
      </w:r>
      <m:oMath>
        <m:r>
          <m:t>T</m:t>
        </m:r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-</m:t>
                  </m:r>
                  <m:r>
                    <m:t>2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1</m:t>
        </m:r>
        <m:r>
          <m:t>,</m:t>
        </m:r>
        <m:r>
          <m:t>-</m:t>
        </m:r>
        <m:r>
          <m:t>1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5</m:t>
        </m:r>
        <m:r>
          <m:t>,</m:t>
        </m:r>
        <m:r>
          <m:t>-</m:t>
        </m:r>
        <m:r>
          <m:t>9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-</m:t>
        </m:r>
        <m:r>
          <m:t>6</m:t>
        </m:r>
        <m:r>
          <m:t>,</m:t>
        </m:r>
        <m:r>
          <m:t>-</m:t>
        </m:r>
        <m:r>
          <m:t>2</m:t>
        </m:r>
        <m:r>
          <m:t>0</m:t>
        </m:r>
        <m:r>
          <m:t>)</m:t>
        </m:r>
      </m:oMath>
    </w:p>
    <w:p>
      <w:pPr>
        <w:spacing w:before="0" w:after="20"/>
        <w:ind w:left="576"/>
      </w:pPr>
      <m:oMath>
        <m:r>
          <m:t>P</m:t>
        </m:r>
        <m:r>
          <m:t>'</m:t>
        </m:r>
        <m:r>
          <m:t>(</m:t>
        </m:r>
        <m:r>
          <m:t>1</m:t>
        </m:r>
        <m:r>
          <m:t>,</m:t>
        </m:r>
        <m:r>
          <m:t>-</m:t>
        </m:r>
        <m:r>
          <m:t>9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x</m:t>
        </m:r>
        <m:r>
          <m:t>'</m:t>
        </m:r>
        <m:r>
          <m:t>=</m:t>
        </m:r>
        <m:r>
          <m:t>3</m:t>
        </m:r>
        <m:r>
          <m:t>+</m:t>
        </m:r>
        <m:r>
          <m:t>(</m:t>
        </m:r>
        <m:r>
          <m:t>-</m:t>
        </m:r>
        <m:r>
          <m:t>2</m:t>
        </m:r>
        <m:r>
          <m:t>)</m:t>
        </m:r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y</m:t>
        </m:r>
        <m:r>
          <m:t>'</m:t>
        </m:r>
        <m:r>
          <m:t>=</m:t>
        </m:r>
        <m:r>
          <m:t>-</m:t>
        </m:r>
        <m:r>
          <m:t>5</m:t>
        </m:r>
        <m:r>
          <m:t>+</m:t>
        </m:r>
        <m:r>
          <m:t>4</m:t>
        </m:r>
        <m:r>
          <m:t>=</m:t>
        </m:r>
        <m:r>
          <m:t>-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Koordinat bayangan </w:t>
      </w:r>
      <m:oMath>
        <m:r>
          <m:t>=</m:t>
        </m:r>
        <m:r>
          <m:t>P</m:t>
        </m:r>
        <m:r>
          <m:t>'</m:t>
        </m:r>
        <m:r>
          <m:t>(</m:t>
        </m:r>
        <m:r>
          <m:t>1</m:t>
        </m:r>
        <m:r>
          <m:t>,</m:t>
        </m:r>
        <m:r>
          <m:t>-</m:t>
        </m:r>
        <m:r>
          <m:t>1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Titik </w:t>
      </w:r>
      <m:oMath>
        <m:r>
          <m:t>A</m:t>
        </m:r>
        <m:r>
          <m:t>(</m:t>
        </m:r>
        <m:r>
          <m:t>-</m:t>
        </m:r>
        <m:r>
          <m:t>4</m:t>
        </m:r>
        <m:r>
          <m:t>,</m:t>
        </m:r>
        <m:r>
          <m:t>7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direfleksikan terhadap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Koordinat bayangan titik </w:t>
      </w:r>
      <m:oMath>
        <m:r>
          <m:t>A</m:t>
        </m:r>
        <m:r>
          <m:t>'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7</m:t>
        </m:r>
        <m:r>
          <m:t>,</m:t>
        </m:r>
        <m:r>
          <m:t>-</m:t>
        </m:r>
        <m:r>
          <m:t>4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-</m:t>
        </m:r>
        <m:r>
          <m:t>7</m:t>
        </m:r>
        <m:r>
          <m:t>,</m:t>
        </m:r>
        <m:r>
          <m:t>4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4</m:t>
        </m:r>
        <m:r>
          <m:t>,</m:t>
        </m:r>
        <m:r>
          <m:t>-</m:t>
        </m:r>
        <m:r>
          <m:t>7</m:t>
        </m:r>
        <m:r>
          <m:t>)</m:t>
        </m:r>
      </m:oMath>
    </w:p>
    <w:p>
      <w:pPr>
        <w:spacing w:before="0" w:after="20"/>
        <w:ind w:left="576"/>
      </w:pPr>
      <m:oMath>
        <m:r>
          <m:t>A</m:t>
        </m:r>
        <m:r>
          <m:t>'</m:t>
        </m:r>
        <m:r>
          <m:t>(</m:t>
        </m:r>
        <m:r>
          <m:t>-</m:t>
        </m:r>
        <m:r>
          <m:t>4</m:t>
        </m:r>
        <m:r>
          <m:t>,</m:t>
        </m:r>
        <m:r>
          <m:t>-</m:t>
        </m:r>
        <m:r>
          <m:t>7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Refleksi terhadap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menukar posisi koordinat: </w:t>
      </w:r>
      <m:oMath>
        <m:r>
          <m:t>(</m:t>
        </m:r>
        <m:r>
          <m:t>x</m:t>
        </m:r>
        <m:r>
          <m:t>,</m:t>
        </m:r>
        <m:r>
          <m:t>y</m:t>
        </m:r>
        <m:r>
          <m:t>)</m:t>
        </m:r>
        <m:r>
          <m:t>→</m:t>
        </m:r>
        <m:r>
          <m:t>(</m:t>
        </m:r>
        <m:r>
          <m:t>y</m:t>
        </m:r>
        <m:r>
          <m:t>,</m:t>
        </m:r>
        <m:r>
          <m:t>x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</w:t>
      </w:r>
      <m:oMath>
        <m:r>
          <m:t>(</m:t>
        </m:r>
        <m:r>
          <m:t>-</m:t>
        </m:r>
        <m:r>
          <m:t>4</m:t>
        </m:r>
        <m:r>
          <m:t>,</m:t>
        </m:r>
        <m:r>
          <m:t>7</m:t>
        </m:r>
        <m:r>
          <m:t>)</m:t>
        </m:r>
        <m:r>
          <m:t>→</m:t>
        </m:r>
        <m:r>
          <m:t>(</m:t>
        </m:r>
        <m:r>
          <m:t>7</m:t>
        </m:r>
        <m:r>
          <m:t>,</m:t>
        </m:r>
        <m:r>
          <m:t>-</m:t>
        </m:r>
        <m:r>
          <m:t>4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Bayangan titik </w:t>
      </w:r>
      <m:oMath>
        <m:r>
          <m:t>B</m:t>
        </m:r>
        <m:r>
          <m:t>(</m:t>
        </m:r>
        <m:r>
          <m:t>6</m:t>
        </m:r>
        <m:r>
          <m:t>,</m:t>
        </m:r>
        <m:r>
          <m:t>2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setelah dirotasikan sebesar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berlawanan arah jarum jam terhadap pusat rotasi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B</m:t>
        </m:r>
        <m:r>
          <m:t>'</m:t>
        </m:r>
        <m:r>
          <m:t>(</m:t>
        </m:r>
        <m:r>
          <m:t>-</m:t>
        </m:r>
        <m:r>
          <m:t>2</m:t>
        </m:r>
        <m:r>
          <m:t>,</m:t>
        </m:r>
        <m:r>
          <m:t>6</m:t>
        </m:r>
        <m:r>
          <m:t>)</m:t>
        </m:r>
      </m:oMath>
    </w:p>
    <w:p>
      <w:pPr>
        <w:spacing w:before="0" w:after="20"/>
        <w:ind w:left="576"/>
      </w:pPr>
      <m:oMath>
        <m:r>
          <m:t>B</m:t>
        </m:r>
        <m:r>
          <m:t>'</m:t>
        </m:r>
        <m:r>
          <m:t>(</m:t>
        </m:r>
        <m:r>
          <m:t>2</m:t>
        </m:r>
        <m:r>
          <m:t>,</m:t>
        </m:r>
        <m:r>
          <m:t>-</m:t>
        </m:r>
        <m:r>
          <m:t>6</m:t>
        </m:r>
        <m:r>
          <m:t>)</m:t>
        </m:r>
      </m:oMath>
    </w:p>
    <w:p>
      <w:pPr>
        <w:spacing w:before="0" w:after="20"/>
        <w:ind w:left="576"/>
      </w:pPr>
      <m:oMath>
        <m:r>
          <m:t>B</m:t>
        </m:r>
        <m:r>
          <m:t>'</m:t>
        </m:r>
        <m:r>
          <m:t>(</m:t>
        </m:r>
        <m:r>
          <m:t>-</m:t>
        </m:r>
        <m:r>
          <m:t>6</m:t>
        </m:r>
        <m:r>
          <m:t>,</m:t>
        </m:r>
        <m:r>
          <m:t>-</m:t>
        </m:r>
        <m:r>
          <m:t>2</m:t>
        </m:r>
        <m:r>
          <m:t>)</m:t>
        </m:r>
      </m:oMath>
    </w:p>
    <w:p>
      <w:pPr>
        <w:spacing w:before="0" w:after="20"/>
        <w:ind w:left="576"/>
      </w:pPr>
      <m:oMath>
        <m:r>
          <m:t>B</m:t>
        </m:r>
        <m:r>
          <m:t>'</m:t>
        </m:r>
        <m:r>
          <m:t>(</m:t>
        </m:r>
        <m:r>
          <m:t>2</m:t>
        </m:r>
        <m:r>
          <m:t>,</m:t>
        </m:r>
        <m:r>
          <m:t>6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Rotasi </w:t>
      </w:r>
      <m:oMath>
        <m:r>
          <m:t>[</m:t>
        </m:r>
        <m:r>
          <m:t>O</m:t>
        </m:r>
        <m:r>
          <m:t>,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]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memetakan </w:t>
      </w:r>
      <m:oMath>
        <m:r>
          <m:t>(</m:t>
        </m:r>
        <m:r>
          <m:t>x</m:t>
        </m:r>
        <m:r>
          <m:t>,</m:t>
        </m:r>
        <m:r>
          <m:t>y</m:t>
        </m:r>
        <m:r>
          <m:t>)</m:t>
        </m:r>
        <m:r>
          <m:t>→</m:t>
        </m:r>
        <m:r>
          <m:t>(</m:t>
        </m:r>
        <m:r>
          <m:t>-</m:t>
        </m:r>
        <m:r>
          <m:t>y</m:t>
        </m:r>
        <m:r>
          <m:t>,</m:t>
        </m:r>
        <m:r>
          <m:t>x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Maka </w:t>
      </w:r>
      <m:oMath>
        <m:r>
          <m:t>(</m:t>
        </m:r>
        <m:r>
          <m:t>6</m:t>
        </m:r>
        <m:r>
          <m:t>,</m:t>
        </m:r>
        <m:r>
          <m:t>2</m:t>
        </m:r>
        <m:r>
          <m:t>)</m:t>
        </m:r>
        <m:r>
          <m:t>→</m:t>
        </m:r>
        <m:r>
          <m:t>(</m:t>
        </m:r>
        <m:r>
          <m:t>-</m:t>
        </m:r>
        <m:r>
          <m:t>2</m:t>
        </m:r>
        <m:r>
          <m:t>,</m:t>
        </m:r>
        <m:r>
          <m:t>6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Bayangan garis </w:t>
      </w:r>
      <m:oMath>
        <m:r>
          <m:t>2</m:t>
        </m:r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setelah didilatasikan dengan faktor skala </w:t>
      </w:r>
      <m:oMath>
        <m:r>
          <m:t>k</m:t>
        </m:r>
        <m:r>
          <m:t>=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pusat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1</m:t>
        </m:r>
        <m:r>
          <m:t>2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4</m:t>
        </m:r>
        <m:r>
          <m:t>x</m:t>
        </m:r>
        <m:r>
          <m:t>-</m:t>
        </m:r>
        <m:r>
          <m:t>6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2</m:t>
        </m:r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3</m:t>
        </m:r>
        <m:r>
          <m:t>=</m:t>
        </m:r>
        <m:r>
          <m:t>0</m:t>
        </m:r>
      </m:oMath>
    </w:p>
    <w:p>
      <w:pPr>
        <w:spacing w:before="0" w:after="20"/>
        <w:ind w:left="576"/>
      </w:pPr>
      <m:oMath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6</m:t>
        </m:r>
        <m:r>
          <m:t>=</m:t>
        </m:r>
        <m:r>
          <m:t>0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Dilatasi </w:t>
      </w:r>
      <m:oMath>
        <m:r>
          <m:t>[</m:t>
        </m:r>
        <m:r>
          <m:t>O</m:t>
        </m:r>
        <m:r>
          <m:t>,</m:t>
        </m:r>
        <m:r>
          <m:t>2</m:t>
        </m:r>
        <m:r>
          <m:t>]</m:t>
        </m:r>
        <m:r>
          <m:t>→</m:t>
        </m:r>
        <m:r>
          <m:t>x</m:t>
        </m:r>
        <m:r>
          <m:t>'</m:t>
        </m:r>
        <m:r>
          <m:t>=</m:t>
        </m:r>
        <m:r>
          <m:t>2</m:t>
        </m:r>
        <m:r>
          <m:t>x</m:t>
        </m:r>
        <m:r>
          <m:t>→</m:t>
        </m:r>
        <m:r>
          <m:t>x</m:t>
        </m:r>
        <m:r>
          <m:t>=</m:t>
        </m:r>
        <m:f>
          <m:fPr>
            <m:type m:val="bar"/>
          </m:fPr>
          <m:num>
            <m:r>
              <m:t>x</m:t>
            </m:r>
            <m:r>
              <m:t>'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y</m:t>
        </m:r>
        <m:r>
          <m:t>=</m:t>
        </m:r>
        <m:f>
          <m:fPr>
            <m:type m:val="bar"/>
          </m:fPr>
          <m:num>
            <m:r>
              <m:t>y</m:t>
            </m:r>
            <m:r>
              <m:t>'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Substitusi: </w:t>
      </w:r>
      <m:oMath>
        <m:r>
          <m:t>2</m:t>
        </m:r>
        <m:r>
          <m:t>(</m:t>
        </m:r>
        <m:f>
          <m:fPr>
            <m:type m:val="bar"/>
          </m:fPr>
          <m:num>
            <m:r>
              <m:t>x</m:t>
            </m:r>
            <m:r>
              <m:t>'</m:t>
            </m:r>
          </m:num>
          <m:den>
            <m:r>
              <m:t>2</m:t>
            </m:r>
          </m:den>
        </m:f>
        <m:r>
          <m:t>)</m:t>
        </m:r>
        <m:r>
          <m:t>-</m:t>
        </m:r>
        <m:r>
          <m:t>3</m:t>
        </m:r>
        <m:r>
          <m:t>(</m:t>
        </m:r>
        <m:f>
          <m:fPr>
            <m:type m:val="bar"/>
          </m:fPr>
          <m:num>
            <m:r>
              <m:t>y</m:t>
            </m:r>
            <m:r>
              <m:t>'</m:t>
            </m:r>
          </m:num>
          <m:den>
            <m:r>
              <m:t>2</m:t>
            </m:r>
          </m:den>
        </m:f>
        <m:r>
          <m:t>)</m:t>
        </m:r>
        <m:r>
          <m:t>+</m:t>
        </m:r>
        <m:r>
          <m:t>6</m:t>
        </m:r>
        <m:r>
          <m:t>=</m:t>
        </m:r>
        <m:r>
          <m:t>0</m:t>
        </m:r>
        <m:r>
          <m:t>→</m:t>
        </m:r>
        <m:r>
          <m:t>x</m:t>
        </m:r>
        <m:r>
          <m:t>'</m:t>
        </m:r>
        <m:r>
          <m:t>-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  <m:r>
          <m:t>y</m:t>
        </m:r>
        <m:r>
          <m:t>'</m:t>
        </m:r>
        <m:r>
          <m:t>+</m:t>
        </m:r>
        <m:r>
          <m:t>6</m:t>
        </m:r>
        <m:r>
          <m:t>=</m:t>
        </m:r>
        <m:r>
          <m:t>0</m:t>
        </m:r>
        <m:r>
          <m:t>→</m:t>
        </m:r>
        <m:r>
          <m:t>2</m:t>
        </m:r>
        <m:r>
          <m:t>x</m:t>
        </m:r>
        <m:r>
          <m:t>-</m:t>
        </m:r>
        <m:r>
          <m:t>3</m:t>
        </m:r>
        <m:r>
          <m:t>y</m:t>
        </m:r>
        <m:r>
          <m:t>+</m:t>
        </m:r>
        <m:r>
          <m:t>1</m:t>
        </m:r>
        <m:r>
          <m:t>2</m:t>
        </m:r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Titik </w:t>
      </w:r>
      <m:oMath>
        <m:r>
          <m:t>C</m:t>
        </m:r>
        <m:r>
          <m:t>(</m:t>
        </m:r>
        <m:r>
          <m:t>2</m:t>
        </m:r>
        <m:r>
          <m:t>,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dicerminkan terhadap sumbu-X lalu dilanjutkan dengan rotasi </w:t>
      </w:r>
      <m:oMath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Koordinat akhir bayangan titik </w:t>
      </w:r>
      <m:oMath>
        <m:r>
          <m:t>C</m:t>
        </m:r>
        <m:r>
          <m:t>'</m:t>
        </m:r>
        <m:r>
          <m:t>'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C</m:t>
        </m:r>
        <m:r>
          <m:t>'</m:t>
        </m:r>
        <m:r>
          <m:t>'</m:t>
        </m:r>
        <m:r>
          <m:t>(</m:t>
        </m:r>
        <m:r>
          <m:t>-</m:t>
        </m:r>
        <m:r>
          <m:t>2</m:t>
        </m:r>
        <m:r>
          <m:t>,</m:t>
        </m:r>
        <m:r>
          <m:t>1</m:t>
        </m:r>
        <m:r>
          <m:t>)</m:t>
        </m:r>
      </m:oMath>
    </w:p>
    <w:p>
      <w:pPr>
        <w:spacing w:before="0" w:after="20"/>
        <w:ind w:left="576"/>
      </w:pPr>
      <m:oMath>
        <m:r>
          <m:t>C</m:t>
        </m:r>
        <m:r>
          <m:t>'</m:t>
        </m:r>
        <m:r>
          <m:t>'</m:t>
        </m:r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)</m:t>
        </m:r>
      </m:oMath>
    </w:p>
    <w:p>
      <w:pPr>
        <w:spacing w:before="0" w:after="20"/>
        <w:ind w:left="576"/>
      </w:pPr>
      <m:oMath>
        <m:r>
          <m:t>C</m:t>
        </m:r>
        <m:r>
          <m:t>'</m:t>
        </m:r>
        <m:r>
          <m:t>'</m:t>
        </m:r>
        <m:r>
          <m:t>(</m:t>
        </m:r>
        <m:r>
          <m:t>-</m:t>
        </m:r>
        <m:r>
          <m:t>2</m:t>
        </m:r>
        <m:r>
          <m:t>,</m:t>
        </m:r>
        <m:r>
          <m:t>-</m:t>
        </m:r>
        <m:r>
          <m:t>1</m:t>
        </m:r>
        <m:r>
          <m:t>)</m:t>
        </m:r>
      </m:oMath>
    </w:p>
    <w:p>
      <w:pPr>
        <w:spacing w:before="0" w:after="20"/>
        <w:ind w:left="576"/>
      </w:pPr>
      <m:oMath>
        <m:r>
          <m:t>C</m:t>
        </m:r>
        <m:r>
          <m:t>'</m:t>
        </m:r>
        <m:r>
          <m:t>'</m:t>
        </m:r>
        <m:r>
          <m:t>(</m:t>
        </m:r>
        <m:r>
          <m:t>1</m:t>
        </m:r>
        <m:r>
          <m:t>,</m:t>
        </m:r>
        <m:r>
          <m:t>2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Cermin sumbu-X: </w:t>
      </w:r>
      <m:oMath>
        <m:r>
          <m:t>(</m:t>
        </m:r>
        <m:r>
          <m:t>2</m:t>
        </m:r>
        <m:r>
          <m:t>,</m:t>
        </m:r>
        <m:r>
          <m:t>1</m:t>
        </m:r>
        <m:r>
          <m:t>)</m:t>
        </m:r>
        <m:r>
          <m:t>→</m:t>
        </m:r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Rotasi </w:t>
      </w:r>
      <m:oMath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: </w:t>
      </w:r>
      <m:oMath>
        <m:r>
          <m:t>(</m:t>
        </m:r>
        <m:r>
          <m:t>x</m:t>
        </m:r>
        <m:r>
          <m:t>,</m:t>
        </m:r>
        <m:r>
          <m:t>y</m:t>
        </m:r>
        <m:r>
          <m:t>)</m:t>
        </m:r>
        <m:r>
          <m:t>→</m:t>
        </m:r>
        <m:r>
          <m:t>(</m:t>
        </m:r>
        <m:r>
          <m:t>-</m:t>
        </m:r>
        <m:r>
          <m:t>x</m:t>
        </m:r>
        <m:r>
          <m:t>,</m:t>
        </m:r>
        <m:r>
          <m:t>-</m:t>
        </m:r>
        <m:r>
          <m:t>y</m:t>
        </m:r>
        <m:r>
          <m:t>)</m:t>
        </m:r>
        <m:r>
          <m:t>→</m:t>
        </m:r>
        <m:r>
          <m:t>(</m:t>
        </m:r>
        <m:r>
          <m:t>-</m:t>
        </m:r>
        <m:r>
          <m:t>2</m:t>
        </m:r>
        <m:r>
          <m:t>,</m:t>
        </m:r>
        <m:r>
          <m:t>-</m:t>
        </m:r>
        <m:r>
          <m:t>(</m:t>
        </m:r>
        <m:r>
          <m:t>-</m:t>
        </m:r>
        <m:r>
          <m:t>1</m:t>
        </m:r>
        <m:r>
          <m:t>)</m:t>
        </m:r>
        <m:r>
          <m:t>)</m:t>
        </m:r>
        <m:r>
          <m:t>=</m:t>
        </m:r>
        <m:r>
          <m:t>(</m:t>
        </m:r>
        <m:r>
          <m:t>-</m:t>
        </m:r>
        <m:r>
          <m:t>2</m:t>
        </m:r>
        <m:r>
          <m:t>,</m:t>
        </m:r>
        <m:r>
          <m:t>1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Transformasi Geometri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Translasi (Pergeseran Objek Geometri)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koordinat bayangan titik dan persamaan bayangan garis akibat pergeseran vektor </w:t>
      </w:r>
      <m:oMath>
        <m:r>
          <m:t>T</m:t>
        </m:r>
        <m:r>
          <m:t>(</m:t>
        </m:r>
        <m:r>
          <m:t>a</m:t>
        </m:r>
        <m:r>
          <m:t>,</m:t>
        </m:r>
        <m:r>
          <m:t>b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Refleksi (Pencerminan terhadap Sumbu dan Garis)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Menganalisis matriks refleksi terhadap sumbu koordinat dan garis </w:t>
      </w:r>
      <m:oMath>
        <m:r>
          <m:t>y</m:t>
        </m:r>
        <m:r>
          <m:t>=</m:t>
        </m:r>
        <m:r>
          <m:t>±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Rotasi (Perputaran Sudut $\theta$) dan Dilatasi (Faktor Skala $k$)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Menerapkan matriks rotasi </w:t>
      </w:r>
      <m:oMath>
        <m:d>
          <m:dPr>
            <m:begChr m:val="("/>
            <m:endChr m:val=")"/>
          </m:dPr>
          <m:e>
            <m:m>
              <m:mr>
                <m:e>
                  <m:r>
                    <m:t>cos </m:t>
                  </m:r>
                  <m:r>
                    <m:t>θ</m:t>
                  </m:r>
                </m:e>
                <m:e>
                  <m:r>
                    <m:t>-</m:t>
                  </m:r>
                  <m:r>
                    <m:t>sin </m:t>
                  </m:r>
                  <m:r>
                    <m:t>θ</m:t>
                  </m:r>
                </m:e>
              </m:mr>
              <m:mr>
                <m:e>
                  <m:r>
                    <m:t>sin </m:t>
                  </m:r>
                  <m:r>
                    <m:t>θ</m:t>
                  </m:r>
                </m:e>
                <m:e>
                  <m:r>
                    <m:t>cos </m:t>
                  </m:r>
                  <m:r>
                    <m:t>θ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dilatasi </w:t>
      </w:r>
      <m:oMath>
        <m:r>
          <m:t>[</m:t>
        </m:r>
        <m:r>
          <m:t>O</m:t>
        </m:r>
        <m:r>
          <m:t>,</m:t>
        </m:r>
        <m:r>
          <m:t>k</m:t>
        </m:r>
        <m:r>
          <m:t>]</m:t>
        </m:r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Komposisi Transformasi Geometri dengan Matriks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bayangan kurva parabola atau lingkaran akibat dua transformasi berurutan.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Transformasi geometri mengkaji pemetaan posisi titik, garis, kurva, atau bangun geometri dari posisi awal </w:t>
      </w:r>
      <m:oMath>
        <m:r>
          <m:t>(</m:t>
        </m:r>
        <m:r>
          <m:t>x</m:t>
        </m:r>
        <m:r>
          <m:t>,</m:t>
        </m:r>
        <m:r>
          <m:t>y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menuju posisi bayangan </w:t>
      </w:r>
      <m:oMath>
        <m:r>
          <m:t>(</m:t>
        </m:r>
        <m:r>
          <m:t>x</m:t>
        </m:r>
        <m:r>
          <m:t>'</m:t>
        </m:r>
        <m:r>
          <m:t>,</m:t>
        </m:r>
        <m:r>
          <m:t>y</m:t>
        </m:r>
        <m:r>
          <m:t>'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bidang koordinat Cartesius. Konsep ini mendasari teknologi pemrosesan citra, desain CAD arsitektur, dan animasi grafis komputer.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Translasi menggeser objek sejauh vektor </w:t>
      </w:r>
      <m:oMath>
        <m:r>
          <m:t>T</m:t>
        </m:r>
        <m:r>
          <m:t>=</m:t>
        </m:r>
        <m:d>
          <m:dPr>
            <m:begChr m:val="("/>
            <m:endChr m:val=")"/>
          </m:dPr>
          <m:e>
            <m:m>
              <m:mr>
                <m:e>
                  <m:r>
                    <m:t>a</m:t>
                  </m:r>
                </m:e>
              </m:mr>
              <m:mr>
                <m:e>
                  <m:r>
                    <m:t>b</m:t>
                  </m:r>
                </m:e>
              </m:mr>
            </m:m>
          </m:e>
        </m:d>
      </m:oMath>
      <w:r>
        <w:rPr>
          <w:rFonts w:ascii="Calibri" w:hAnsi="Calibri"/>
          <w:b w:val="0"/>
          <w:i w:val="0"/>
          <w:color w:val="000000"/>
          <w:sz w:val="19"/>
        </w:rPr>
        <w:t xml:space="preserve">. Refleksi mencerminkan objek terhadap sumbu-X, sumbu-Y, garis </w:t>
      </w:r>
      <m:oMath>
        <m:r>
          <m:t>y</m:t>
        </m:r>
        <m:r>
          <m:t>=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garis </w:t>
      </w:r>
      <m:oMath>
        <m:r>
          <m:t>y</m:t>
        </m:r>
        <m:r>
          <m:t>=</m:t>
        </m:r>
        <m:r>
          <m:t>-</m:t>
        </m:r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titik asal </w:t>
      </w:r>
      <m:oMath>
        <m:r>
          <m:t>O</m:t>
        </m:r>
        <m:r>
          <m:t>(</m:t>
        </m:r>
        <m:r>
          <m:t>0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atau garis sebarang </w:t>
      </w:r>
      <m:oMath>
        <m:r>
          <m:t>x</m:t>
        </m:r>
        <m:r>
          <m:t>=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y</m:t>
        </m:r>
        <m:r>
          <m:t>=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Rotasi memutar objek sebesar sudut </w:t>
      </w:r>
      <m:oMath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pusat rotasi, sedangkan dilatasi mengubah ukuran objek dengan faktor skala </w:t>
      </w:r>
      <m:oMath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Komposisi transformasi geometri dieksekusi secara elegan melalui perkalian matriks transformasi berurutan: </w:t>
      </w:r>
      <m:oMath>
        <m:r>
          <m:t>M</m:t>
        </m:r>
        <m:r>
          <m:t>=</m:t>
        </m:r>
        <m:sSub>
          <m:e>
            <m:r>
              <m:t>M</m:t>
            </m:r>
          </m:e>
          <m:sub>
            <m:r>
              <m:t>2</m:t>
            </m:r>
          </m:sub>
        </m:sSub>
        <m:r>
          <m:t>×</m:t>
        </m:r>
        <m:sSub>
          <m:e>
            <m:r>
              <m:t>M</m:t>
            </m:r>
          </m:e>
          <m:sub>
            <m:r>
              <m:t>1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Translasi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geometri yang memindahkan semua titik pada bangun datar sepanjang garis lurus dengan jarak dan arah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Refleksi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memetakan setiap titik pada bangun datar dengan menggunakan sifat bayangan cermin datar.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Rotasi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Transformasi geometri yang memutar setiap titik pada bangun sebesar sudut </w:t>
            </w:r>
            <m:oMath>
              <m:r>
                <m:t>α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tertentu terhadap suatu titik pusat rotasi.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Dilatasi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Transformasi yang mengubah ukuran (memperbesar atau memperkecil) suatu bangun geometri tanpa mengubah bentuk aslinya.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Matriks Transformasi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Matriks persegi yang jika dikalikan dengan koordinat titik asal akan menghasilkan koordinat titik bayangan transformasi.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