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Matriks dan Operasinya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melakukan operasi aljabar pada matriks (penjumlahan, pengurangan, perkalian skalar, dan perkalian matriks).</w:t>
      </w:r>
    </w:p>
    <w:p>
      <w:pPr>
        <w:pStyle w:val="ListNumber"/>
      </w:pPr>
      <w:r>
        <w:rPr>
          <w:rFonts w:ascii="Calibri" w:hAnsi="Calibri"/>
          <w:b w:val="0"/>
          <w:i w:val="0"/>
          <w:color w:val="000000"/>
          <w:sz w:val="19"/>
        </w:rPr>
        <w:t xml:space="preserve">Peserta didik mampu menghitung determinan dan invers matriks ordo </w:t>
      </w:r>
      <m:oMath>
        <m:r>
          <m:t>2</m:t>
        </m:r>
        <m:r>
          <m:t>×</m:t>
        </m:r>
        <m:r>
          <m:t>2</m:t>
        </m:r>
      </m:oMath>
      <w:r>
        <w:rPr>
          <w:rFonts w:ascii="Calibri" w:hAnsi="Calibri"/>
          <w:b w:val="0"/>
          <w:i w:val="0"/>
          <w:color w:val="000000"/>
          <w:sz w:val="19"/>
        </w:rPr>
        <w:t xml:space="preserve"> dan </w:t>
      </w:r>
      <m:oMath>
        <m:r>
          <m:t>3</m:t>
        </m:r>
        <m:r>
          <m:t>×</m:t>
        </m:r>
        <m:r>
          <m:t>3</m:t>
        </m:r>
      </m:oMath>
      <w:r>
        <w:rPr>
          <w:rFonts w:ascii="Calibri" w:hAnsi="Calibri"/>
          <w:b w:val="0"/>
          <w:i w:val="0"/>
          <w:color w:val="000000"/>
          <w:sz w:val="19"/>
        </w:rPr>
        <w:t>.</w:t>
      </w:r>
    </w:p>
    <w:p>
      <w:pPr>
        <w:pStyle w:val="ListNumber"/>
      </w:pPr>
      <w:r>
        <w:rPr>
          <w:rFonts w:ascii="Calibri" w:hAnsi="Calibri"/>
          <w:b w:val="0"/>
          <w:i w:val="0"/>
          <w:color w:val="000000"/>
          <w:sz w:val="19"/>
        </w:rPr>
        <w:t>Peserta didik mampu menyelesaikan masalah kontekstual SPLDV/SPLTV menggunakan persamaan matriks.</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ordo matriks, jenis-jenis matriks, transpos matriks, kesamaan dua matriks, operasi penjumlahan, pengurangan, perkalian skalar, perkalian dua matriks (</w:t>
      </w:r>
      <m:oMath>
        <m:sSub>
          <m:e>
            <m:r>
              <m:t>A</m:t>
            </m:r>
          </m:e>
          <m:sub>
            <m:r>
              <m:t>m</m:t>
            </m:r>
            <m:r>
              <m:t>×</m:t>
            </m:r>
            <m:r>
              <m:t>n</m:t>
            </m:r>
          </m:sub>
        </m:sSub>
        <m:r>
          <m:t>×</m:t>
        </m:r>
        <m:sSub>
          <m:e>
            <m:r>
              <m:t>B</m:t>
            </m:r>
          </m:e>
          <m:sub>
            <m:r>
              <m:t>n</m:t>
            </m:r>
            <m:r>
              <m:t>×</m:t>
            </m:r>
            <m:r>
              <m:t>p</m:t>
            </m:r>
          </m:sub>
        </m:sSub>
      </m:oMath>
      <w:r>
        <w:rPr>
          <w:rFonts w:ascii="Calibri" w:hAnsi="Calibri"/>
          <w:b w:val="0"/>
          <w:i w:val="0"/>
          <w:color w:val="000000"/>
          <w:sz w:val="19"/>
        </w:rPr>
        <w:t>), determinan (</w:t>
      </w:r>
      <m:oMath>
        <m:r>
          <m:t>2</m:t>
        </m:r>
        <m:r>
          <m:t>×</m:t>
        </m:r>
        <m:r>
          <m:t>2</m:t>
        </m:r>
      </m:oMath>
      <w:r>
        <w:rPr>
          <w:rFonts w:ascii="Calibri" w:hAnsi="Calibri"/>
          <w:b w:val="0"/>
          <w:i w:val="0"/>
          <w:color w:val="000000"/>
          <w:sz w:val="19"/>
        </w:rPr>
        <w:t xml:space="preserve"> dan </w:t>
      </w:r>
      <m:oMath>
        <m:r>
          <m:t>3</m:t>
        </m:r>
        <m:r>
          <m:t>×</m:t>
        </m:r>
        <m:r>
          <m:t>3</m:t>
        </m:r>
      </m:oMath>
      <w:r>
        <w:rPr>
          <w:rFonts w:ascii="Calibri" w:hAnsi="Calibri"/>
          <w:b w:val="0"/>
          <w:i w:val="0"/>
          <w:color w:val="000000"/>
          <w:sz w:val="19"/>
        </w:rPr>
        <w:t>), dan invers matriks persegi.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Notasi, Ordo, dan Jenis-Jenis Matriks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matriks persegi, matriks identitas (</w:t>
      </w:r>
      <m:oMath>
        <m:r>
          <m:t>I</m:t>
        </m:r>
      </m:oMath>
      <w:r>
        <w:rPr>
          <w:rFonts w:ascii="Calibri" w:hAnsi="Calibri"/>
          <w:b w:val="0"/>
          <w:i w:val="0"/>
          <w:color w:val="000000"/>
          <w:sz w:val="18"/>
        </w:rPr>
        <w:t>), matriks diagonal, matriks segitiga, dan operasi transpos (</w:t>
      </w:r>
      <m:oMath>
        <m:sSup>
          <m:e>
            <m:r>
              <m:t>A</m:t>
            </m:r>
          </m:e>
          <m:sup>
            <m:r>
              <m:t>T</m:t>
            </m:r>
          </m:sup>
        </m:sSup>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Operasi Aritmetika Matriks (Penjumlahan dan Perkalian)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hasil penjumlahan matriks berordo sama dan perkalian matriks menggunakan perkalian titik baris-kolom.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Determinan Matriks Ordo $2 \times 2$ dan $3 \times 3$</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Menghitung determinan dengan metode diagonal utama-samping dan metode Sarrus serta ekspansi kofaktor.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Invers Matriks dan Penyelesaian Sistem Persamaan Linear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 xml:space="preserve">Eksplorasi Konseptual: Menentukan matriks invers </w:t>
      </w:r>
      <m:oMath>
        <m:sSup>
          <m:e>
            <m:r>
              <m:t>A</m:t>
            </m:r>
          </m:e>
          <m:sup>
            <m:r>
              <m:t>-</m:t>
            </m:r>
            <m:r>
              <m:t>1</m:t>
            </m:r>
          </m:sup>
        </m:sSup>
      </m:oMath>
      <w:r>
        <w:rPr>
          <w:rFonts w:ascii="Calibri" w:hAnsi="Calibri"/>
          <w:b w:val="0"/>
          <w:i w:val="0"/>
          <w:color w:val="000000"/>
          <w:sz w:val="18"/>
        </w:rPr>
        <w:t xml:space="preserve"> dan menyelesaikan persamaan matriks </w:t>
      </w:r>
      <m:oMath>
        <m:r>
          <m:t>A</m:t>
        </m:r>
        <m:r>
          <m:t>X</m:t>
        </m:r>
        <m:r>
          <m:t>=</m:t>
        </m:r>
        <m:r>
          <m:t>B</m:t>
        </m:r>
        <m:r>
          <m:t>→</m:t>
        </m:r>
        <m:r>
          <m:t>X</m:t>
        </m:r>
        <m:r>
          <m:t>=</m:t>
        </m:r>
        <m:sSup>
          <m:e>
            <m:r>
              <m:t>A</m:t>
            </m:r>
          </m:e>
          <m:sup>
            <m:r>
              <m:t>-</m:t>
            </m:r>
            <m:r>
              <m:t>1</m:t>
            </m:r>
          </m:sup>
        </m:sSup>
        <m:r>
          <m:t>B</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 xml:space="preserve">Diketahui matriks </w:t>
      </w:r>
      <m:oMath>
        <m:r>
          <m:t>A</m:t>
        </m:r>
        <m:r>
          <m:t>=</m:t>
        </m:r>
        <m:d>
          <m:dPr>
            <m:begChr m:val="("/>
            <m:endChr m:val=")"/>
          </m:dPr>
          <m:e>
            <m:m>
              <m:mr>
                <m:e>
                  <m:r>
                    <m:t>2</m:t>
                  </m:r>
                </m:e>
                <m:e>
                  <m:r>
                    <m:t>3</m:t>
                  </m:r>
                </m:e>
              </m:mr>
              <m:mr>
                <m:e>
                  <m:r>
                    <m:t>-</m:t>
                  </m:r>
                  <m:r>
                    <m:t>1</m:t>
                  </m:r>
                </m:e>
                <m:e>
                  <m:r>
                    <m:t>4</m:t>
                  </m:r>
                </m:e>
              </m:mr>
            </m:m>
          </m:e>
        </m:d>
      </m:oMath>
      <w:r>
        <w:rPr>
          <w:rFonts w:ascii="Calibri" w:hAnsi="Calibri"/>
          <w:b w:val="0"/>
          <w:i w:val="0"/>
          <w:color w:val="000000"/>
          <w:sz w:val="19"/>
        </w:rPr>
        <w:t xml:space="preserve"> dan </w:t>
      </w:r>
      <m:oMath>
        <m:r>
          <m:t>B</m:t>
        </m:r>
        <m:r>
          <m:t>=</m:t>
        </m:r>
        <m:d>
          <m:dPr>
            <m:begChr m:val="("/>
            <m:endChr m:val=")"/>
          </m:dPr>
          <m:e>
            <m:m>
              <m:mr>
                <m:e>
                  <m:r>
                    <m:t>1</m:t>
                  </m:r>
                </m:e>
                <m:e>
                  <m:r>
                    <m:t>-</m:t>
                  </m:r>
                  <m:r>
                    <m:t>2</m:t>
                  </m:r>
                </m:e>
              </m:mr>
              <m:mr>
                <m:e>
                  <m:r>
                    <m:t>3</m:t>
                  </m:r>
                </m:e>
                <m:e>
                  <m:r>
                    <m:t>0</m:t>
                  </m:r>
                </m:e>
              </m:mr>
            </m:m>
          </m:e>
        </m:d>
      </m:oMath>
      <w:r>
        <w:rPr>
          <w:rFonts w:ascii="Calibri" w:hAnsi="Calibri"/>
          <w:b w:val="0"/>
          <w:i w:val="0"/>
          <w:color w:val="000000"/>
          <w:sz w:val="19"/>
        </w:rPr>
        <w:t xml:space="preserve">. Hasil perkalian matriks </w:t>
      </w:r>
      <m:oMath>
        <m:r>
          <m:t>A</m:t>
        </m:r>
        <m:r>
          <m:t>×</m:t>
        </m:r>
        <m:r>
          <m:t>B</m:t>
        </m:r>
      </m:oMath>
      <w:r>
        <w:rPr>
          <w:rFonts w:ascii="Calibri" w:hAnsi="Calibri"/>
          <w:b w:val="0"/>
          <w:i w:val="0"/>
          <w:color w:val="000000"/>
          <w:sz w:val="19"/>
        </w:rPr>
        <w:t xml:space="preserve"> adalah...</w:t>
      </w:r>
    </w:p>
    <w:p>
      <w:pPr>
        <w:spacing w:before="0" w:after="20"/>
        <w:ind w:left="576"/>
      </w:pPr>
      <m:oMath>
        <m:d>
          <m:dPr>
            <m:begChr m:val="("/>
            <m:endChr m:val=")"/>
          </m:dPr>
          <m:e>
            <m:m>
              <m:mr>
                <m:e>
                  <m:r>
                    <m:t>1</m:t>
                  </m:r>
                  <m:r>
                    <m:t>1</m:t>
                  </m:r>
                </m:e>
                <m:e>
                  <m:r>
                    <m:t>-</m:t>
                  </m:r>
                  <m:r>
                    <m:t>4</m:t>
                  </m:r>
                </m:e>
              </m:mr>
              <m:mr>
                <m:e>
                  <m:r>
                    <m:t>1</m:t>
                  </m:r>
                  <m:r>
                    <m:t>1</m:t>
                  </m:r>
                </m:e>
                <m:e>
                  <m:r>
                    <m:t>2</m:t>
                  </m:r>
                </m:e>
              </m:mr>
            </m:m>
          </m:e>
        </m:d>
      </m:oMath>
    </w:p>
    <w:p>
      <w:pPr>
        <w:spacing w:before="0" w:after="20"/>
        <w:ind w:left="576"/>
      </w:pPr>
      <m:oMath>
        <m:d>
          <m:dPr>
            <m:begChr m:val="("/>
            <m:endChr m:val=")"/>
          </m:dPr>
          <m:e>
            <m:m>
              <m:mr>
                <m:e>
                  <m:r>
                    <m:t>1</m:t>
                  </m:r>
                  <m:r>
                    <m:t>1</m:t>
                  </m:r>
                </m:e>
                <m:e>
                  <m:r>
                    <m:t>-</m:t>
                  </m:r>
                  <m:r>
                    <m:t>4</m:t>
                  </m:r>
                </m:e>
              </m:mr>
              <m:mr>
                <m:e>
                  <m:r>
                    <m:t>7</m:t>
                  </m:r>
                </m:e>
                <m:e>
                  <m:r>
                    <m:t>2</m:t>
                  </m:r>
                </m:e>
              </m:mr>
            </m:m>
          </m:e>
        </m:d>
      </m:oMath>
    </w:p>
    <w:p>
      <w:pPr>
        <w:spacing w:before="0" w:after="20"/>
        <w:ind w:left="576"/>
      </w:pPr>
      <m:oMath>
        <m:d>
          <m:dPr>
            <m:begChr m:val="("/>
            <m:endChr m:val=")"/>
          </m:dPr>
          <m:e>
            <m:m>
              <m:mr>
                <m:e>
                  <m:r>
                    <m:t>2</m:t>
                  </m:r>
                </m:e>
                <m:e>
                  <m:r>
                    <m:t>-</m:t>
                  </m:r>
                  <m:r>
                    <m:t>6</m:t>
                  </m:r>
                </m:e>
              </m:mr>
              <m:mr>
                <m:e>
                  <m:r>
                    <m:t>-</m:t>
                  </m:r>
                  <m:r>
                    <m:t>3</m:t>
                  </m:r>
                </m:e>
                <m:e>
                  <m:r>
                    <m:t>0</m:t>
                  </m:r>
                </m:e>
              </m:mr>
            </m:m>
          </m:e>
        </m:d>
      </m:oMath>
    </w:p>
    <w:p>
      <w:pPr>
        <w:spacing w:before="0" w:after="20"/>
        <w:ind w:left="576"/>
      </w:pPr>
      <m:oMath>
        <m:d>
          <m:dPr>
            <m:begChr m:val="("/>
            <m:endChr m:val=")"/>
          </m:dPr>
          <m:e>
            <m:m>
              <m:mr>
                <m:e>
                  <m:r>
                    <m:t>8</m:t>
                  </m:r>
                </m:e>
                <m:e>
                  <m:r>
                    <m:t>-</m:t>
                  </m:r>
                  <m:r>
                    <m:t>4</m:t>
                  </m:r>
                </m:e>
              </m:mr>
              <m:mr>
                <m:e>
                  <m:r>
                    <m:t>1</m:t>
                  </m:r>
                  <m:r>
                    <m:t>1</m:t>
                  </m:r>
                </m:e>
                <m:e>
                  <m:r>
                    <m:t>2</m:t>
                  </m:r>
                </m:e>
              </m:mr>
            </m:m>
          </m:e>
        </m:d>
      </m:oMath>
    </w:p>
    <w:p>
      <w:pPr>
        <w:spacing w:before="20" w:after="80"/>
        <w:ind w:left="576"/>
      </w:pPr>
      <w:r>
        <w:rPr>
          <w:rFonts w:ascii="Calibri" w:hAnsi="Calibri"/>
          <w:i/>
          <w:color w:val="64748B"/>
          <w:sz w:val="17"/>
        </w:rPr>
        <w:t xml:space="preserve">Kunci Jawaban: A — Pembahasan: </w:t>
      </w:r>
      <m:oMath>
        <m:r>
          <m:t>A</m:t>
        </m:r>
        <m:r>
          <m:t>×</m:t>
        </m:r>
        <m:r>
          <m:t>B</m:t>
        </m:r>
        <m:r>
          <m:t>=</m:t>
        </m:r>
        <m:d>
          <m:dPr>
            <m:begChr m:val="("/>
            <m:endChr m:val=")"/>
          </m:dPr>
          <m:e>
            <m:m>
              <m:mr>
                <m:e>
                  <m:r>
                    <m:t>2</m:t>
                  </m:r>
                  <m:r>
                    <m:t>(</m:t>
                  </m:r>
                  <m:r>
                    <m:t>1</m:t>
                  </m:r>
                  <m:r>
                    <m:t>)</m:t>
                  </m:r>
                  <m:r>
                    <m:t>+</m:t>
                  </m:r>
                  <m:r>
                    <m:t>3</m:t>
                  </m:r>
                  <m:r>
                    <m:t>(</m:t>
                  </m:r>
                  <m:r>
                    <m:t>3</m:t>
                  </m:r>
                  <m:r>
                    <m:t>)</m:t>
                  </m:r>
                </m:e>
                <m:e>
                  <m:r>
                    <m:t>2</m:t>
                  </m:r>
                  <m:r>
                    <m:t>(</m:t>
                  </m:r>
                  <m:r>
                    <m:t>-</m:t>
                  </m:r>
                  <m:r>
                    <m:t>2</m:t>
                  </m:r>
                  <m:r>
                    <m:t>)</m:t>
                  </m:r>
                  <m:r>
                    <m:t>+</m:t>
                  </m:r>
                  <m:r>
                    <m:t>3</m:t>
                  </m:r>
                  <m:r>
                    <m:t>(</m:t>
                  </m:r>
                  <m:r>
                    <m:t>0</m:t>
                  </m:r>
                  <m:r>
                    <m:t>)</m:t>
                  </m:r>
                </m:e>
              </m:mr>
              <m:mr>
                <m:e>
                  <m:r>
                    <m:t>-</m:t>
                  </m:r>
                  <m:r>
                    <m:t>1</m:t>
                  </m:r>
                  <m:r>
                    <m:t>(</m:t>
                  </m:r>
                  <m:r>
                    <m:t>1</m:t>
                  </m:r>
                  <m:r>
                    <m:t>)</m:t>
                  </m:r>
                  <m:r>
                    <m:t>+</m:t>
                  </m:r>
                  <m:r>
                    <m:t>4</m:t>
                  </m:r>
                  <m:r>
                    <m:t>(</m:t>
                  </m:r>
                  <m:r>
                    <m:t>3</m:t>
                  </m:r>
                  <m:r>
                    <m:t>)</m:t>
                  </m:r>
                </m:e>
                <m:e>
                  <m:r>
                    <m:t>-</m:t>
                  </m:r>
                  <m:r>
                    <m:t>1</m:t>
                  </m:r>
                  <m:r>
                    <m:t>(</m:t>
                  </m:r>
                  <m:r>
                    <m:t>-</m:t>
                  </m:r>
                  <m:r>
                    <m:t>2</m:t>
                  </m:r>
                  <m:r>
                    <m:t>)</m:t>
                  </m:r>
                  <m:r>
                    <m:t>+</m:t>
                  </m:r>
                  <m:r>
                    <m:t>4</m:t>
                  </m:r>
                  <m:r>
                    <m:t>(</m:t>
                  </m:r>
                  <m:r>
                    <m:t>0</m:t>
                  </m:r>
                  <m:r>
                    <m:t>)</m:t>
                  </m:r>
                </m:e>
              </m:mr>
            </m:m>
          </m:e>
        </m:d>
        <m:r>
          <m:t>=</m:t>
        </m:r>
        <m:d>
          <m:dPr>
            <m:begChr m:val="("/>
            <m:endChr m:val=")"/>
          </m:dPr>
          <m:e>
            <m:m>
              <m:mr>
                <m:e>
                  <m:r>
                    <m:t>2</m:t>
                  </m:r>
                  <m:r>
                    <m:t>+</m:t>
                  </m:r>
                  <m:r>
                    <m:t>9</m:t>
                  </m:r>
                </m:e>
                <m:e>
                  <m:r>
                    <m:t>-</m:t>
                  </m:r>
                  <m:r>
                    <m:t>4</m:t>
                  </m:r>
                  <m:r>
                    <m:t>+</m:t>
                  </m:r>
                  <m:r>
                    <m:t>0</m:t>
                  </m:r>
                </m:e>
              </m:mr>
              <m:mr>
                <m:e>
                  <m:r>
                    <m:t>-</m:t>
                  </m:r>
                  <m:r>
                    <m:t>1</m:t>
                  </m:r>
                  <m:r>
                    <m:t>+</m:t>
                  </m:r>
                  <m:r>
                    <m:t>1</m:t>
                  </m:r>
                  <m:r>
                    <m:t>2</m:t>
                  </m:r>
                </m:e>
                <m:e>
                  <m:r>
                    <m:t>2</m:t>
                  </m:r>
                  <m:r>
                    <m:t>+</m:t>
                  </m:r>
                  <m:r>
                    <m:t>0</m:t>
                  </m:r>
                </m:e>
              </m:mr>
            </m:m>
          </m:e>
        </m:d>
        <m:r>
          <m:t>=</m:t>
        </m:r>
        <m:d>
          <m:dPr>
            <m:begChr m:val="("/>
            <m:endChr m:val=")"/>
          </m:dPr>
          <m:e>
            <m:m>
              <m:mr>
                <m:e>
                  <m:r>
                    <m:t>1</m:t>
                  </m:r>
                  <m:r>
                    <m:t>1</m:t>
                  </m:r>
                </m:e>
                <m:e>
                  <m:r>
                    <m:t>-</m:t>
                  </m:r>
                  <m:r>
                    <m:t>4</m:t>
                  </m:r>
                </m:e>
              </m:mr>
              <m:mr>
                <m:e>
                  <m:r>
                    <m:t>1</m:t>
                  </m:r>
                  <m:r>
                    <m:t>1</m:t>
                  </m:r>
                </m:e>
                <m:e>
                  <m:r>
                    <m:t>2</m:t>
                  </m:r>
                </m:e>
              </m:mr>
            </m:m>
          </m:e>
        </m:d>
      </m:oMath>
      <w:r>
        <w:rPr>
          <w:rFonts w:ascii="Calibri" w:hAnsi="Calibri"/>
          <w:b w:val="0"/>
          <w:i/>
          <w:color w:val="64748B"/>
          <w:sz w:val="17"/>
        </w:rPr>
        <w:t>.</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Determinan dari matriks </w:t>
      </w:r>
      <m:oMath>
        <m:r>
          <m:t>M</m:t>
        </m:r>
        <m:r>
          <m:t>=</m:t>
        </m:r>
        <m:d>
          <m:dPr>
            <m:begChr m:val="("/>
            <m:endChr m:val=")"/>
          </m:dPr>
          <m:e>
            <m:m>
              <m:mr>
                <m:e>
                  <m:r>
                    <m:t>5</m:t>
                  </m:r>
                </m:e>
                <m:e>
                  <m:r>
                    <m:t>-</m:t>
                  </m:r>
                  <m:r>
                    <m:t>3</m:t>
                  </m:r>
                </m:e>
              </m:mr>
              <m:mr>
                <m:e>
                  <m:r>
                    <m:t>2</m:t>
                  </m:r>
                </m:e>
                <m:e>
                  <m:r>
                    <m:t>4</m:t>
                  </m:r>
                </m:e>
              </m:mr>
            </m:m>
          </m:e>
        </m:d>
      </m:oMath>
      <w:r>
        <w:rPr>
          <w:rFonts w:ascii="Calibri" w:hAnsi="Calibri"/>
          <w:b w:val="0"/>
          <w:i w:val="0"/>
          <w:color w:val="000000"/>
          <w:sz w:val="19"/>
        </w:rPr>
        <w:t xml:space="preserve"> adalah...</w:t>
      </w:r>
    </w:p>
    <w:p>
      <w:pPr>
        <w:spacing w:before="0" w:after="20"/>
        <w:ind w:left="576"/>
      </w:pPr>
      <w:r>
        <w:rPr>
          <w:rFonts w:ascii="Calibri" w:hAnsi="Calibri"/>
          <w:b w:val="0"/>
          <w:i w:val="0"/>
          <w:color w:val="000000"/>
          <w:sz w:val="18"/>
        </w:rPr>
        <w:t>14</w:t>
      </w:r>
    </w:p>
    <w:p>
      <w:pPr>
        <w:spacing w:before="0" w:after="20"/>
        <w:ind w:left="576"/>
      </w:pPr>
      <w:r>
        <w:rPr>
          <w:rFonts w:ascii="Calibri" w:hAnsi="Calibri"/>
          <w:b w:val="0"/>
          <w:i w:val="0"/>
          <w:color w:val="000000"/>
          <w:sz w:val="18"/>
        </w:rPr>
        <w:t>26</w:t>
      </w:r>
    </w:p>
    <w:p>
      <w:pPr>
        <w:spacing w:before="0" w:after="20"/>
        <w:ind w:left="576"/>
      </w:pPr>
      <w:r>
        <w:rPr>
          <w:rFonts w:ascii="Calibri" w:hAnsi="Calibri"/>
          <w:b w:val="0"/>
          <w:i w:val="0"/>
          <w:color w:val="000000"/>
          <w:sz w:val="18"/>
        </w:rPr>
        <w:t>23</w:t>
      </w:r>
    </w:p>
    <w:p>
      <w:pPr>
        <w:spacing w:before="0" w:after="20"/>
        <w:ind w:left="576"/>
      </w:pPr>
      <w:r>
        <w:rPr>
          <w:rFonts w:ascii="Calibri" w:hAnsi="Calibri"/>
          <w:b w:val="0"/>
          <w:i w:val="0"/>
          <w:color w:val="000000"/>
          <w:sz w:val="18"/>
        </w:rPr>
        <w:t>-14</w:t>
      </w:r>
    </w:p>
    <w:p>
      <w:pPr>
        <w:spacing w:before="20" w:after="80"/>
        <w:ind w:left="576"/>
      </w:pPr>
      <w:r>
        <w:rPr>
          <w:rFonts w:ascii="Calibri" w:hAnsi="Calibri"/>
          <w:i/>
          <w:color w:val="64748B"/>
          <w:sz w:val="17"/>
        </w:rPr>
        <w:t xml:space="preserve">Kunci Jawaban: B — Pembahasan: </w:t>
      </w:r>
      <m:oMath>
        <m:r>
          <m:t>det</m:t>
        </m:r>
        <m:r>
          <m:t>(</m:t>
        </m:r>
        <m:r>
          <m:t>M</m:t>
        </m:r>
        <m:r>
          <m:t>)</m:t>
        </m:r>
        <m:r>
          <m:t>=</m:t>
        </m:r>
        <m:r>
          <m:t>(</m:t>
        </m:r>
        <m:r>
          <m:t>5</m:t>
        </m:r>
        <m:r>
          <m:t>)</m:t>
        </m:r>
        <m:r>
          <m:t>(</m:t>
        </m:r>
        <m:r>
          <m:t>4</m:t>
        </m:r>
        <m:r>
          <m:t>)</m:t>
        </m:r>
        <m:r>
          <m:t>-</m:t>
        </m:r>
        <m:r>
          <m:t>(</m:t>
        </m:r>
        <m:r>
          <m:t>-</m:t>
        </m:r>
        <m:r>
          <m:t>3</m:t>
        </m:r>
        <m:r>
          <m:t>)</m:t>
        </m:r>
        <m:r>
          <m:t>(</m:t>
        </m:r>
        <m:r>
          <m:t>2</m:t>
        </m:r>
        <m:r>
          <m:t>)</m:t>
        </m:r>
        <m:r>
          <m:t>=</m:t>
        </m:r>
        <m:r>
          <m:t>2</m:t>
        </m:r>
        <m:r>
          <m:t>0</m:t>
        </m:r>
        <m:r>
          <m:t>-</m:t>
        </m:r>
        <m:r>
          <m:t>(</m:t>
        </m:r>
        <m:r>
          <m:t>-</m:t>
        </m:r>
        <m:r>
          <m:t>6</m:t>
        </m:r>
        <m:r>
          <m:t>)</m:t>
        </m:r>
        <m:r>
          <m:t>=</m:t>
        </m:r>
        <m:r>
          <m:t>2</m:t>
        </m:r>
        <m:r>
          <m:t>0</m:t>
        </m:r>
        <m:r>
          <m:t>+</m:t>
        </m:r>
        <m:r>
          <m:t>6</m:t>
        </m:r>
        <m:r>
          <m:t>=</m:t>
        </m:r>
        <m:r>
          <m:t>2</m:t>
        </m:r>
        <m:r>
          <m:t>6</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Invers dari matriks </w:t>
      </w:r>
      <m:oMath>
        <m:r>
          <m:t>P</m:t>
        </m:r>
        <m:r>
          <m:t>=</m:t>
        </m:r>
        <m:d>
          <m:dPr>
            <m:begChr m:val="("/>
            <m:endChr m:val=")"/>
          </m:dPr>
          <m:e>
            <m:m>
              <m:mr>
                <m:e>
                  <m:r>
                    <m:t>3</m:t>
                  </m:r>
                </m:e>
                <m:e>
                  <m:r>
                    <m:t>1</m:t>
                  </m:r>
                </m:e>
              </m:mr>
              <m:mr>
                <m:e>
                  <m:r>
                    <m:t>5</m:t>
                  </m:r>
                </m:e>
                <m:e>
                  <m:r>
                    <m:t>2</m:t>
                  </m:r>
                </m:e>
              </m:mr>
            </m:m>
          </m:e>
        </m:d>
      </m:oMath>
      <w:r>
        <w:rPr>
          <w:rFonts w:ascii="Calibri" w:hAnsi="Calibri"/>
          <w:b w:val="0"/>
          <w:i w:val="0"/>
          <w:color w:val="000000"/>
          <w:sz w:val="19"/>
        </w:rPr>
        <w:t xml:space="preserve"> adalah...</w:t>
      </w:r>
    </w:p>
    <w:p>
      <w:pPr>
        <w:spacing w:before="0" w:after="20"/>
        <w:ind w:left="576"/>
      </w:pPr>
      <m:oMath>
        <m:d>
          <m:dPr>
            <m:begChr m:val="("/>
            <m:endChr m:val=")"/>
          </m:dPr>
          <m:e>
            <m:m>
              <m:mr>
                <m:e>
                  <m:r>
                    <m:t>2</m:t>
                  </m:r>
                </m:e>
                <m:e>
                  <m:r>
                    <m:t>-</m:t>
                  </m:r>
                  <m:r>
                    <m:t>1</m:t>
                  </m:r>
                </m:e>
              </m:mr>
              <m:mr>
                <m:e>
                  <m:r>
                    <m:t>-</m:t>
                  </m:r>
                  <m:r>
                    <m:t>5</m:t>
                  </m:r>
                </m:e>
                <m:e>
                  <m:r>
                    <m:t>3</m:t>
                  </m:r>
                </m:e>
              </m:mr>
            </m:m>
          </m:e>
        </m:d>
      </m:oMath>
    </w:p>
    <w:p>
      <w:pPr>
        <w:spacing w:before="0" w:after="20"/>
        <w:ind w:left="576"/>
      </w:pPr>
      <m:oMath>
        <m:d>
          <m:dPr>
            <m:begChr m:val="("/>
            <m:endChr m:val=")"/>
          </m:dPr>
          <m:e>
            <m:m>
              <m:mr>
                <m:e>
                  <m:r>
                    <m:t>2</m:t>
                  </m:r>
                </m:e>
                <m:e>
                  <m:r>
                    <m:t>1</m:t>
                  </m:r>
                </m:e>
              </m:mr>
              <m:mr>
                <m:e>
                  <m:r>
                    <m:t>5</m:t>
                  </m:r>
                </m:e>
                <m:e>
                  <m:r>
                    <m:t>3</m:t>
                  </m:r>
                </m:e>
              </m:mr>
            </m:m>
          </m:e>
        </m:d>
      </m:oMath>
    </w:p>
    <w:p>
      <w:pPr>
        <w:spacing w:before="0" w:after="20"/>
        <w:ind w:left="576"/>
      </w:pPr>
      <m:oMath>
        <m:d>
          <m:dPr>
            <m:begChr m:val="("/>
            <m:endChr m:val=")"/>
          </m:dPr>
          <m:e>
            <m:m>
              <m:mr>
                <m:e>
                  <m:r>
                    <m:t>-</m:t>
                  </m:r>
                  <m:r>
                    <m:t>2</m:t>
                  </m:r>
                </m:e>
                <m:e>
                  <m:r>
                    <m:t>1</m:t>
                  </m:r>
                </m:e>
              </m:mr>
              <m:mr>
                <m:e>
                  <m:r>
                    <m:t>5</m:t>
                  </m:r>
                </m:e>
                <m:e>
                  <m:r>
                    <m:t>-</m:t>
                  </m:r>
                  <m:r>
                    <m:t>3</m:t>
                  </m:r>
                </m:e>
              </m:mr>
            </m:m>
          </m:e>
        </m:d>
      </m:oMath>
    </w:p>
    <w:p>
      <w:pPr>
        <w:spacing w:before="0" w:after="20"/>
        <w:ind w:left="576"/>
      </w:pPr>
      <m:oMath>
        <m:d>
          <m:dPr>
            <m:begChr m:val="("/>
            <m:endChr m:val=")"/>
          </m:dPr>
          <m:e>
            <m:m>
              <m:mr>
                <m:e>
                  <m:r>
                    <m:t>3</m:t>
                  </m:r>
                </m:e>
                <m:e>
                  <m:r>
                    <m:t>-</m:t>
                  </m:r>
                  <m:r>
                    <m:t>1</m:t>
                  </m:r>
                </m:e>
              </m:mr>
              <m:mr>
                <m:e>
                  <m:r>
                    <m:t>-</m:t>
                  </m:r>
                  <m:r>
                    <m:t>5</m:t>
                  </m:r>
                </m:e>
                <m:e>
                  <m:r>
                    <m:t>2</m:t>
                  </m:r>
                </m:e>
              </m:mr>
            </m:m>
          </m:e>
        </m:d>
      </m:oMath>
    </w:p>
    <w:p>
      <w:pPr>
        <w:spacing w:before="20" w:after="80"/>
        <w:ind w:left="576"/>
      </w:pPr>
      <w:r>
        <w:rPr>
          <w:rFonts w:ascii="Calibri" w:hAnsi="Calibri"/>
          <w:i/>
          <w:color w:val="64748B"/>
          <w:sz w:val="17"/>
        </w:rPr>
        <w:t xml:space="preserve">Kunci Jawaban: A — Pembahasan: </w:t>
      </w:r>
      <m:oMath>
        <m:r>
          <m:t>det</m:t>
        </m:r>
        <m:r>
          <m:t>(</m:t>
        </m:r>
        <m:r>
          <m:t>P</m:t>
        </m:r>
        <m:r>
          <m:t>)</m:t>
        </m:r>
        <m:r>
          <m:t>=</m:t>
        </m:r>
        <m:r>
          <m:t>3</m:t>
        </m:r>
        <m:r>
          <m:t>(</m:t>
        </m:r>
        <m:r>
          <m:t>2</m:t>
        </m:r>
        <m:r>
          <m:t>)</m:t>
        </m:r>
        <m:r>
          <m:t>-</m:t>
        </m:r>
        <m:r>
          <m:t>1</m:t>
        </m:r>
        <m:r>
          <m:t>(</m:t>
        </m:r>
        <m:r>
          <m:t>5</m:t>
        </m:r>
        <m:r>
          <m:t>)</m:t>
        </m:r>
        <m:r>
          <m:t>=</m:t>
        </m:r>
        <m:r>
          <m:t>6</m:t>
        </m:r>
        <m:r>
          <m:t>-</m:t>
        </m:r>
        <m:r>
          <m:t>5</m:t>
        </m:r>
        <m:r>
          <m:t>=</m:t>
        </m:r>
        <m:r>
          <m:t>1</m:t>
        </m:r>
      </m:oMath>
      <w:r>
        <w:rPr>
          <w:rFonts w:ascii="Calibri" w:hAnsi="Calibri"/>
          <w:b w:val="0"/>
          <w:i/>
          <w:color w:val="64748B"/>
          <w:sz w:val="17"/>
        </w:rPr>
        <w:t xml:space="preserve">. </w:t>
      </w:r>
      <m:oMath>
        <m:sSup>
          <m:e>
            <m:r>
              <m:t>P</m:t>
            </m:r>
          </m:e>
          <m:sup>
            <m:r>
              <m:t>-</m:t>
            </m:r>
            <m:r>
              <m:t>1</m:t>
            </m:r>
          </m:sup>
        </m:sSup>
        <m:r>
          <m:t>=</m:t>
        </m:r>
        <m:f>
          <m:fPr>
            <m:type m:val="bar"/>
          </m:fPr>
          <m:num>
            <m:r>
              <m:t>1</m:t>
            </m:r>
          </m:num>
          <m:den>
            <m:r>
              <m:t>1</m:t>
            </m:r>
          </m:den>
        </m:f>
        <m:d>
          <m:dPr>
            <m:begChr m:val="("/>
            <m:endChr m:val=")"/>
          </m:dPr>
          <m:e>
            <m:m>
              <m:mr>
                <m:e>
                  <m:r>
                    <m:t>2</m:t>
                  </m:r>
                </m:e>
                <m:e>
                  <m:r>
                    <m:t>-</m:t>
                  </m:r>
                  <m:r>
                    <m:t>1</m:t>
                  </m:r>
                </m:e>
              </m:mr>
              <m:mr>
                <m:e>
                  <m:r>
                    <m:t>-</m:t>
                  </m:r>
                  <m:r>
                    <m:t>5</m:t>
                  </m:r>
                </m:e>
                <m:e>
                  <m:r>
                    <m:t>3</m:t>
                  </m:r>
                </m:e>
              </m:mr>
            </m:m>
          </m:e>
        </m:d>
        <m:r>
          <m:t>=</m:t>
        </m:r>
        <m:d>
          <m:dPr>
            <m:begChr m:val="("/>
            <m:endChr m:val=")"/>
          </m:dPr>
          <m:e>
            <m:m>
              <m:mr>
                <m:e>
                  <m:r>
                    <m:t>2</m:t>
                  </m:r>
                </m:e>
                <m:e>
                  <m:r>
                    <m:t>-</m:t>
                  </m:r>
                  <m:r>
                    <m:t>1</m:t>
                  </m:r>
                </m:e>
              </m:mr>
              <m:mr>
                <m:e>
                  <m:r>
                    <m:t>-</m:t>
                  </m:r>
                  <m:r>
                    <m:t>5</m:t>
                  </m:r>
                </m:e>
                <m:e>
                  <m:r>
                    <m:t>3</m:t>
                  </m:r>
                </m:e>
              </m:mr>
            </m:m>
          </m:e>
        </m:d>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 xml:space="preserve">Nilai </w:t>
      </w:r>
      <m:oMath>
        <m:r>
          <m:t>x</m:t>
        </m:r>
      </m:oMath>
      <w:r>
        <w:rPr>
          <w:rFonts w:ascii="Calibri" w:hAnsi="Calibri"/>
          <w:b w:val="0"/>
          <w:i w:val="0"/>
          <w:color w:val="000000"/>
          <w:sz w:val="19"/>
        </w:rPr>
        <w:t xml:space="preserve"> yang memenuhi agar matriks </w:t>
      </w:r>
      <m:oMath>
        <m:r>
          <m:t>K</m:t>
        </m:r>
        <m:r>
          <m:t>=</m:t>
        </m:r>
        <m:d>
          <m:dPr>
            <m:begChr m:val="("/>
            <m:endChr m:val=")"/>
          </m:dPr>
          <m:e>
            <m:m>
              <m:mr>
                <m:e>
                  <m:r>
                    <m:t>x</m:t>
                  </m:r>
                </m:e>
                <m:e>
                  <m:r>
                    <m:t>6</m:t>
                  </m:r>
                </m:e>
              </m:mr>
              <m:mr>
                <m:e>
                  <m:r>
                    <m:t>2</m:t>
                  </m:r>
                </m:e>
                <m:e>
                  <m:r>
                    <m:t>4</m:t>
                  </m:r>
                </m:e>
              </m:mr>
            </m:m>
          </m:e>
        </m:d>
      </m:oMath>
      <w:r>
        <w:rPr>
          <w:rFonts w:ascii="Calibri" w:hAnsi="Calibri"/>
          <w:b w:val="0"/>
          <w:i w:val="0"/>
          <w:color w:val="000000"/>
          <w:sz w:val="19"/>
        </w:rPr>
        <w:t xml:space="preserve"> menjadi matriks singular adalah...</w:t>
      </w:r>
    </w:p>
    <w:p>
      <w:pPr>
        <w:spacing w:before="0" w:after="20"/>
        <w:ind w:left="576"/>
      </w:pPr>
      <w:r>
        <w:rPr>
          <w:rFonts w:ascii="Calibri" w:hAnsi="Calibri"/>
          <w:b w:val="0"/>
          <w:i w:val="0"/>
          <w:color w:val="000000"/>
          <w:sz w:val="18"/>
        </w:rPr>
        <w:t>2</w:t>
      </w:r>
    </w:p>
    <w:p>
      <w:pPr>
        <w:spacing w:before="0" w:after="20"/>
        <w:ind w:left="576"/>
      </w:pPr>
      <w:r>
        <w:rPr>
          <w:rFonts w:ascii="Calibri" w:hAnsi="Calibri"/>
          <w:b w:val="0"/>
          <w:i w:val="0"/>
          <w:color w:val="000000"/>
          <w:sz w:val="18"/>
        </w:rPr>
        <w:t>3</w:t>
      </w:r>
    </w:p>
    <w:p>
      <w:pPr>
        <w:spacing w:before="0" w:after="20"/>
        <w:ind w:left="576"/>
      </w:pPr>
      <w:r>
        <w:rPr>
          <w:rFonts w:ascii="Calibri" w:hAnsi="Calibri"/>
          <w:b w:val="0"/>
          <w:i w:val="0"/>
          <w:color w:val="000000"/>
          <w:sz w:val="18"/>
        </w:rPr>
        <w:t>4</w:t>
      </w:r>
    </w:p>
    <w:p>
      <w:pPr>
        <w:spacing w:before="0" w:after="20"/>
        <w:ind w:left="576"/>
      </w:pPr>
      <w:r>
        <w:rPr>
          <w:rFonts w:ascii="Calibri" w:hAnsi="Calibri"/>
          <w:b w:val="0"/>
          <w:i w:val="0"/>
          <w:color w:val="000000"/>
          <w:sz w:val="18"/>
        </w:rPr>
        <w:t>6</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Matriks singular jika </w:t>
      </w:r>
      <m:oMath>
        <m:r>
          <m:t>det</m:t>
        </m:r>
        <m:r>
          <m:t>(</m:t>
        </m:r>
        <m:r>
          <m:t>K</m:t>
        </m:r>
        <m:r>
          <m:t>)</m:t>
        </m:r>
        <m:r>
          <m:t>=</m:t>
        </m:r>
        <m:r>
          <m:t>0</m:t>
        </m:r>
        <m:r>
          <m:t>→</m:t>
        </m:r>
        <m:r>
          <m:t>4</m:t>
        </m:r>
        <m:r>
          <m:t>x</m:t>
        </m:r>
        <m:r>
          <m:t>-</m:t>
        </m:r>
        <m:r>
          <m:t>6</m:t>
        </m:r>
        <m:r>
          <m:t>(</m:t>
        </m:r>
        <m:r>
          <m:t>2</m:t>
        </m:r>
        <m:r>
          <m:t>)</m:t>
        </m:r>
        <m:r>
          <m:t>=</m:t>
        </m:r>
        <m:r>
          <m:t>0</m:t>
        </m:r>
        <m:r>
          <m:t>→</m:t>
        </m:r>
        <m:r>
          <m:t>4</m:t>
        </m:r>
        <m:r>
          <m:t>x</m:t>
        </m:r>
        <m:r>
          <m:t>=</m:t>
        </m:r>
        <m:r>
          <m:t>1</m:t>
        </m:r>
        <m:r>
          <m:t>2</m:t>
        </m:r>
        <m:r>
          <m:t>→</m:t>
        </m:r>
        <m:r>
          <m:t>x</m:t>
        </m:r>
        <m:r>
          <m:t>=</m:t>
        </m:r>
        <m:r>
          <m:t>3</m:t>
        </m:r>
      </m:oMath>
      <w:r>
        <w:rPr>
          <w:rFonts w:ascii="Calibri" w:hAnsi="Calibri"/>
          <w:b w:val="0"/>
          <w:i/>
          <w:color w:val="64748B"/>
          <w:sz w:val="17"/>
        </w:rPr>
        <w:t>.</w:t>
      </w:r>
    </w:p>
    <w:p>
      <w:pPr>
        <w:spacing w:before="80" w:after="40"/>
        <w:ind w:left="216"/>
      </w:pPr>
      <w:r>
        <w:rPr>
          <w:rFonts w:ascii="Calibri" w:hAnsi="Calibri"/>
          <w:b/>
          <w:color w:val="000000"/>
          <w:sz w:val="19"/>
        </w:rPr>
        <w:t xml:space="preserve">5. </w:t>
      </w:r>
      <w:r>
        <w:rPr>
          <w:rFonts w:ascii="Calibri" w:hAnsi="Calibri"/>
          <w:b w:val="0"/>
          <w:i w:val="0"/>
          <w:color w:val="000000"/>
          <w:sz w:val="19"/>
        </w:rPr>
        <w:t xml:space="preserve">Penyelesaian persamaan matriks </w:t>
      </w:r>
      <m:oMath>
        <m:d>
          <m:dPr>
            <m:begChr m:val="("/>
            <m:endChr m:val=")"/>
          </m:dPr>
          <m:e>
            <m:m>
              <m:mr>
                <m:e>
                  <m:r>
                    <m:t>1</m:t>
                  </m:r>
                </m:e>
                <m:e>
                  <m:r>
                    <m:t>2</m:t>
                  </m:r>
                </m:e>
              </m:mr>
              <m:mr>
                <m:e>
                  <m:r>
                    <m:t>3</m:t>
                  </m:r>
                </m:e>
                <m:e>
                  <m:r>
                    <m:t>4</m:t>
                  </m:r>
                </m:e>
              </m:mr>
            </m:m>
          </m:e>
        </m:d>
        <m:d>
          <m:dPr>
            <m:begChr m:val="("/>
            <m:endChr m:val=")"/>
          </m:dPr>
          <m:e>
            <m:m>
              <m:mr>
                <m:e>
                  <m:r>
                    <m:t>x</m:t>
                  </m:r>
                </m:e>
              </m:mr>
              <m:mr>
                <m:e>
                  <m:r>
                    <m:t>y</m:t>
                  </m:r>
                </m:e>
              </m:mr>
            </m:m>
          </m:e>
        </m:d>
        <m:r>
          <m:t>=</m:t>
        </m:r>
        <m:d>
          <m:dPr>
            <m:begChr m:val="("/>
            <m:endChr m:val=")"/>
          </m:dPr>
          <m:e>
            <m:m>
              <m:mr>
                <m:e>
                  <m:r>
                    <m:t>5</m:t>
                  </m:r>
                </m:e>
              </m:mr>
              <m:mr>
                <m:e>
                  <m:r>
                    <m:t>1</m:t>
                  </m:r>
                  <m:r>
                    <m:t>1</m:t>
                  </m:r>
                </m:e>
              </m:mr>
            </m:m>
          </m:e>
        </m:d>
      </m:oMath>
      <w:r>
        <w:rPr>
          <w:rFonts w:ascii="Calibri" w:hAnsi="Calibri"/>
          <w:b w:val="0"/>
          <w:i w:val="0"/>
          <w:color w:val="000000"/>
          <w:sz w:val="19"/>
        </w:rPr>
        <w:t xml:space="preserve"> menghasilkan nilai </w:t>
      </w:r>
      <m:oMath>
        <m:r>
          <m:t>x</m:t>
        </m:r>
      </m:oMath>
      <w:r>
        <w:rPr>
          <w:rFonts w:ascii="Calibri" w:hAnsi="Calibri"/>
          <w:b w:val="0"/>
          <w:i w:val="0"/>
          <w:color w:val="000000"/>
          <w:sz w:val="19"/>
        </w:rPr>
        <w:t xml:space="preserve"> dan </w:t>
      </w:r>
      <m:oMath>
        <m:r>
          <m:t>y</m:t>
        </m:r>
      </m:oMath>
      <w:r>
        <w:rPr>
          <w:rFonts w:ascii="Calibri" w:hAnsi="Calibri"/>
          <w:b w:val="0"/>
          <w:i w:val="0"/>
          <w:color w:val="000000"/>
          <w:sz w:val="19"/>
        </w:rPr>
        <w:t xml:space="preserve"> berturut-turut...</w:t>
      </w:r>
    </w:p>
    <w:p>
      <w:pPr>
        <w:spacing w:before="0" w:after="20"/>
        <w:ind w:left="576"/>
      </w:pPr>
      <m:oMath>
        <m:r>
          <m:t>x</m:t>
        </m:r>
        <m:r>
          <m:t>=</m:t>
        </m:r>
        <m:r>
          <m:t>1</m:t>
        </m:r>
        <m:r>
          <m:t>,</m:t>
        </m:r>
        <m:r>
          <m:t>y</m:t>
        </m:r>
        <m:r>
          <m:t>=</m:t>
        </m:r>
        <m:r>
          <m:t>2</m:t>
        </m:r>
      </m:oMath>
    </w:p>
    <w:p>
      <w:pPr>
        <w:spacing w:before="0" w:after="20"/>
        <w:ind w:left="576"/>
      </w:pPr>
      <m:oMath>
        <m:r>
          <m:t>x</m:t>
        </m:r>
        <m:r>
          <m:t>=</m:t>
        </m:r>
        <m:r>
          <m:t>2</m:t>
        </m:r>
        <m:r>
          <m:t>,</m:t>
        </m:r>
        <m:r>
          <m:t>y</m:t>
        </m:r>
        <m:r>
          <m:t>=</m:t>
        </m:r>
        <m:r>
          <m:t>1</m:t>
        </m:r>
      </m:oMath>
    </w:p>
    <w:p>
      <w:pPr>
        <w:spacing w:before="0" w:after="20"/>
        <w:ind w:left="576"/>
      </w:pPr>
      <m:oMath>
        <m:r>
          <m:t>x</m:t>
        </m:r>
        <m:r>
          <m:t>=</m:t>
        </m:r>
        <m:r>
          <m:t>3</m:t>
        </m:r>
        <m:r>
          <m:t>,</m:t>
        </m:r>
        <m:r>
          <m:t>y</m:t>
        </m:r>
        <m:r>
          <m:t>=</m:t>
        </m:r>
        <m:r>
          <m:t>1</m:t>
        </m:r>
      </m:oMath>
    </w:p>
    <w:p>
      <w:pPr>
        <w:spacing w:before="0" w:after="20"/>
        <w:ind w:left="576"/>
      </w:pPr>
      <m:oMath>
        <m:r>
          <m:t>x</m:t>
        </m:r>
        <m:r>
          <m:t>=</m:t>
        </m:r>
        <m:r>
          <m:t>1</m:t>
        </m:r>
        <m:r>
          <m:t>,</m:t>
        </m:r>
        <m:r>
          <m:t>y</m:t>
        </m:r>
        <m:r>
          <m:t>=</m:t>
        </m:r>
        <m:r>
          <m:t>3</m:t>
        </m:r>
      </m:oMath>
    </w:p>
    <w:p>
      <w:pPr>
        <w:spacing w:before="20" w:after="80"/>
        <w:ind w:left="576"/>
      </w:pPr>
      <w:r>
        <w:rPr>
          <w:rFonts w:ascii="Calibri" w:hAnsi="Calibri"/>
          <w:i/>
          <w:color w:val="64748B"/>
          <w:sz w:val="17"/>
        </w:rPr>
        <w:t xml:space="preserve">Kunci Jawaban: A — Pembahasan: </w:t>
      </w:r>
      <m:oMath>
        <m:r>
          <m:t>x</m:t>
        </m:r>
        <m:r>
          <m:t>+</m:t>
        </m:r>
        <m:r>
          <m:t>2</m:t>
        </m:r>
        <m:r>
          <m:t>y</m:t>
        </m:r>
        <m:r>
          <m:t>=</m:t>
        </m:r>
        <m:r>
          <m:t>5</m:t>
        </m:r>
      </m:oMath>
      <w:r>
        <w:rPr>
          <w:rFonts w:ascii="Calibri" w:hAnsi="Calibri"/>
          <w:b w:val="0"/>
          <w:i/>
          <w:color w:val="64748B"/>
          <w:sz w:val="17"/>
        </w:rPr>
        <w:t xml:space="preserve"> dan </w:t>
      </w:r>
      <m:oMath>
        <m:r>
          <m:t>3</m:t>
        </m:r>
        <m:r>
          <m:t>x</m:t>
        </m:r>
        <m:r>
          <m:t>+</m:t>
        </m:r>
        <m:r>
          <m:t>4</m:t>
        </m:r>
        <m:r>
          <m:t>y</m:t>
        </m:r>
        <m:r>
          <m:t>=</m:t>
        </m:r>
        <m:r>
          <m:t>1</m:t>
        </m:r>
        <m:r>
          <m:t>1</m:t>
        </m:r>
      </m:oMath>
      <w:r>
        <w:rPr>
          <w:rFonts w:ascii="Calibri" w:hAnsi="Calibri"/>
          <w:b w:val="0"/>
          <w:i/>
          <w:color w:val="64748B"/>
          <w:sz w:val="17"/>
        </w:rPr>
        <w:t xml:space="preserve">. Kalikan pers (1) dengan 2: </w:t>
      </w:r>
      <m:oMath>
        <m:r>
          <m:t>2</m:t>
        </m:r>
        <m:r>
          <m:t>x</m:t>
        </m:r>
        <m:r>
          <m:t>+</m:t>
        </m:r>
        <m:r>
          <m:t>4</m:t>
        </m:r>
        <m:r>
          <m:t>y</m:t>
        </m:r>
        <m:r>
          <m:t>=</m:t>
        </m:r>
        <m:r>
          <m:t>1</m:t>
        </m:r>
        <m:r>
          <m:t>0</m:t>
        </m:r>
      </m:oMath>
      <w:r>
        <w:rPr>
          <w:rFonts w:ascii="Calibri" w:hAnsi="Calibri"/>
          <w:b w:val="0"/>
          <w:i/>
          <w:color w:val="64748B"/>
          <w:sz w:val="17"/>
        </w:rPr>
        <w:t xml:space="preserve">. Kurangkan: </w:t>
      </w:r>
      <m:oMath>
        <m:r>
          <m:t>(</m:t>
        </m:r>
        <m:r>
          <m:t>3</m:t>
        </m:r>
        <m:r>
          <m:t>x</m:t>
        </m:r>
        <m:r>
          <m:t>+</m:t>
        </m:r>
        <m:r>
          <m:t>4</m:t>
        </m:r>
        <m:r>
          <m:t>y</m:t>
        </m:r>
        <m:r>
          <m:t>)</m:t>
        </m:r>
        <m:r>
          <m:t>-</m:t>
        </m:r>
        <m:r>
          <m:t>(</m:t>
        </m:r>
        <m:r>
          <m:t>2</m:t>
        </m:r>
        <m:r>
          <m:t>x</m:t>
        </m:r>
        <m:r>
          <m:t>+</m:t>
        </m:r>
        <m:r>
          <m:t>4</m:t>
        </m:r>
        <m:r>
          <m:t>y</m:t>
        </m:r>
        <m:r>
          <m:t>)</m:t>
        </m:r>
        <m:r>
          <m:t>=</m:t>
        </m:r>
        <m:r>
          <m:t>1</m:t>
        </m:r>
        <m:r>
          <m:t>1</m:t>
        </m:r>
        <m:r>
          <m:t>-</m:t>
        </m:r>
        <m:r>
          <m:t>1</m:t>
        </m:r>
        <m:r>
          <m:t>0</m:t>
        </m:r>
        <m:r>
          <m:t>→</m:t>
        </m:r>
        <m:r>
          <m:t>x</m:t>
        </m:r>
        <m:r>
          <m:t>=</m:t>
        </m:r>
        <m:r>
          <m:t>1</m:t>
        </m:r>
      </m:oMath>
      <w:r>
        <w:rPr>
          <w:rFonts w:ascii="Calibri" w:hAnsi="Calibri"/>
          <w:b w:val="0"/>
          <w:i/>
          <w:color w:val="64748B"/>
          <w:sz w:val="17"/>
        </w:rPr>
        <w:t xml:space="preserve">. </w:t>
      </w:r>
      <m:oMath>
        <m:r>
          <m:t>1</m:t>
        </m:r>
        <m:r>
          <m:t>+</m:t>
        </m:r>
        <m:r>
          <m:t>2</m:t>
        </m:r>
        <m:r>
          <m:t>y</m:t>
        </m:r>
        <m:r>
          <m:t>=</m:t>
        </m:r>
        <m:r>
          <m:t>5</m:t>
        </m:r>
        <m:r>
          <m:t>→</m:t>
        </m:r>
        <m:r>
          <m:t>2</m:t>
        </m:r>
        <m:r>
          <m:t>y</m:t>
        </m:r>
        <m:r>
          <m:t>=</m:t>
        </m:r>
        <m:r>
          <m:t>4</m:t>
        </m:r>
        <m:r>
          <m:t>→</m:t>
        </m:r>
        <m:r>
          <m:t>y</m:t>
        </m:r>
        <m:r>
          <m:t>=</m:t>
        </m:r>
        <m:r>
          <m:t>2</m:t>
        </m:r>
      </m:oMath>
      <w:r>
        <w:rPr>
          <w:rFonts w:ascii="Calibri" w:hAnsi="Calibri"/>
          <w:b w:val="0"/>
          <w:i/>
          <w:color w:val="64748B"/>
          <w:sz w:val="17"/>
        </w:rPr>
        <w:t>.</w:t>
      </w:r>
    </w:p>
    <w:p>
      <w:r>
        <w:br w:type="page"/>
      </w:r>
    </w:p>
    <w:p>
      <w:pPr>
        <w:pStyle w:val="Title"/>
      </w:pPr>
      <w:r>
        <w:t>LEMBAR KERJA PESERTA DIDIK (LKPD)</w:t>
      </w:r>
    </w:p>
    <w:p>
      <w:pPr>
        <w:pStyle w:val="Subtitle"/>
      </w:pPr>
      <w:r>
        <w:t>Mata Pelajaran: Matematika • Bab 3: Matriks dan Operasinya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Notasi, Ordo, dan Jenis-Jenis Matriks</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matriks persegi, matriks identitas (</w:t>
      </w:r>
      <m:oMath>
        <m:r>
          <m:t>I</m:t>
        </m:r>
      </m:oMath>
      <w:r>
        <w:rPr>
          <w:rFonts w:ascii="Calibri" w:hAnsi="Calibri"/>
          <w:b w:val="0"/>
          <w:i w:val="0"/>
          <w:color w:val="000000"/>
          <w:sz w:val="18"/>
        </w:rPr>
        <w:t>), matriks diagonal, matriks segitiga, dan operasi transpos (</w:t>
      </w:r>
      <m:oMath>
        <m:sSup>
          <m:e>
            <m:r>
              <m:t>A</m:t>
            </m:r>
          </m:e>
          <m:sup>
            <m:r>
              <m:t>T</m:t>
            </m:r>
          </m:sup>
        </m:sSup>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Operasi Aritmetika Matriks (Penjumlahan dan Perkalian)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hasil penjumlahan matriks berordo sama dan perkalian matriks menggunakan perkalian titik baris-kolom.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Determinan Matriks Ordo $2 \times 2$ dan $3 \times 3$</w:t>
      </w:r>
    </w:p>
    <w:p>
      <w:pPr>
        <w:spacing w:before="20" w:after="60"/>
        <w:ind w:left="216"/>
      </w:pPr>
      <w:r>
        <w:rPr>
          <w:rFonts w:ascii="Calibri" w:hAnsi="Calibri"/>
          <w:color w:val="000000"/>
          <w:sz w:val="18"/>
        </w:rPr>
        <w:t xml:space="preserve">Petunjuk: </w:t>
      </w:r>
      <w:r>
        <w:rPr>
          <w:rFonts w:ascii="Calibri" w:hAnsi="Calibri"/>
          <w:b w:val="0"/>
          <w:i w:val="0"/>
          <w:color w:val="000000"/>
          <w:sz w:val="18"/>
        </w:rPr>
        <w:t>Menghitung determinan dengan metode diagonal utama-samping dan metode Sarrus serta ekspansi kofaktor.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Invers Matriks dan Penyelesaian Sistem Persamaan Linear</w:t>
      </w:r>
    </w:p>
    <w:p>
      <w:pPr>
        <w:spacing w:before="20" w:after="60"/>
        <w:ind w:left="216"/>
      </w:pPr>
      <w:r>
        <w:rPr>
          <w:rFonts w:ascii="Calibri" w:hAnsi="Calibri"/>
          <w:color w:val="000000"/>
          <w:sz w:val="18"/>
        </w:rPr>
        <w:t xml:space="preserve">Petunjuk: </w:t>
      </w:r>
      <w:r>
        <w:rPr>
          <w:rFonts w:ascii="Calibri" w:hAnsi="Calibri"/>
          <w:b w:val="0"/>
          <w:i w:val="0"/>
          <w:color w:val="000000"/>
          <w:sz w:val="18"/>
        </w:rPr>
        <w:t xml:space="preserve">Menentukan matriks invers </w:t>
      </w:r>
      <m:oMath>
        <m:sSup>
          <m:e>
            <m:r>
              <m:t>A</m:t>
            </m:r>
          </m:e>
          <m:sup>
            <m:r>
              <m:t>-</m:t>
            </m:r>
            <m:r>
              <m:t>1</m:t>
            </m:r>
          </m:sup>
        </m:sSup>
      </m:oMath>
      <w:r>
        <w:rPr>
          <w:rFonts w:ascii="Calibri" w:hAnsi="Calibri"/>
          <w:b w:val="0"/>
          <w:i w:val="0"/>
          <w:color w:val="000000"/>
          <w:sz w:val="18"/>
        </w:rPr>
        <w:t xml:space="preserve"> dan menyelesaikan persamaan matriks </w:t>
      </w:r>
      <m:oMath>
        <m:r>
          <m:t>A</m:t>
        </m:r>
        <m:r>
          <m:t>X</m:t>
        </m:r>
        <m:r>
          <m:t>=</m:t>
        </m:r>
        <m:r>
          <m:t>B</m:t>
        </m:r>
        <m:r>
          <m:t>→</m:t>
        </m:r>
        <m:r>
          <m:t>X</m:t>
        </m:r>
        <m:r>
          <m:t>=</m:t>
        </m:r>
        <m:sSup>
          <m:e>
            <m:r>
              <m:t>A</m:t>
            </m:r>
          </m:e>
          <m:sup>
            <m:r>
              <m:t>-</m:t>
            </m:r>
            <m:r>
              <m:t>1</m:t>
            </m:r>
          </m:sup>
        </m:sSup>
        <m:r>
          <m:t>B</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Matriks merupakan susunan skalar atau fungsi dalam bentuk baris dan kolom yang dibatasi oleh tanda kurung siku atau kurung biasa. Matriks menjadi fondasi representasi data aljabar linier dalam komputasi grafis, jaringan saraf tiruan (*deep learning*), dan sistem kriptografi.</w:t>
      </w:r>
    </w:p>
    <w:p>
      <w:pPr>
        <w:spacing w:before="40" w:after="60" w:line="276" w:lineRule="auto"/>
      </w:pPr>
      <w:r>
        <w:rPr>
          <w:rFonts w:ascii="Calibri" w:hAnsi="Calibri"/>
          <w:b w:val="0"/>
          <w:i w:val="0"/>
          <w:color w:val="000000"/>
          <w:sz w:val="19"/>
        </w:rPr>
        <w:t>Operasi perkalian matriks mengikuti kaidah kombinasi linier baris kali kolom yang mensyaratkan jumlah kolom matriks pertama sama dengan jumlah baris matriks kedua. Sifat operasi matriks secara umum tidak bersifat komutatif (</w:t>
      </w:r>
      <m:oMath>
        <m:r>
          <m:t>A</m:t>
        </m:r>
        <m:r>
          <m:t>B</m:t>
        </m:r>
        <m:r>
          <m:t>≠</m:t>
        </m:r>
        <m:r>
          <m:t>B</m:t>
        </m:r>
        <m:r>
          <m:t>A</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Determinan dan invers matriks (</w:t>
      </w:r>
      <m:oMath>
        <m:sSup>
          <m:e>
            <m:r>
              <m:t>A</m:t>
            </m:r>
          </m:e>
          <m:sup>
            <m:r>
              <m:t>-</m:t>
            </m:r>
            <m:r>
              <m:t>1</m:t>
            </m:r>
          </m:sup>
        </m:sSup>
        <m:r>
          <m:t>=</m:t>
        </m:r>
        <m:f>
          <m:fPr>
            <m:type m:val="bar"/>
          </m:fPr>
          <m:num>
            <m:r>
              <m:t>1</m:t>
            </m:r>
          </m:num>
          <m:den>
            <m:r>
              <m:t>det</m:t>
            </m:r>
            <m:r>
              <m:t>(</m:t>
            </m:r>
            <m:r>
              <m:t>A</m:t>
            </m:r>
            <m:r>
              <m:t>)</m:t>
            </m:r>
          </m:den>
        </m:f>
        <m:r>
          <m:t>A</m:t>
        </m:r>
        <m:r>
          <m:t>(</m:t>
        </m:r>
        <m:r>
          <m:t>A</m:t>
        </m:r>
        <m:r>
          <m:t>)</m:t>
        </m:r>
      </m:oMath>
      <w:r>
        <w:rPr>
          <w:rFonts w:ascii="Calibri" w:hAnsi="Calibri"/>
          <w:b w:val="0"/>
          <w:i w:val="0"/>
          <w:color w:val="000000"/>
          <w:sz w:val="19"/>
        </w:rPr>
        <w:t>) menjadi alat aljabar yang kuat dalam menyelesaikan Sistem Persamaan Linear Dua Variabel (SPLDV) dan Tiga Variabel (SPLTV) secara simultan menggunakan metode invers dan Aturan Cramer.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Ordo Matriks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Ukuran suatu matriks yang dinyatakan dalam perkalian jumlah baris (</w:t>
            </w:r>
            <m:oMath>
              <m:r>
                <m:t>m</m:t>
              </m:r>
            </m:oMath>
            <w:r>
              <w:rPr>
                <w:rFonts w:ascii="Calibri" w:hAnsi="Calibri"/>
                <w:b w:val="0"/>
                <w:i w:val="0"/>
                <w:color w:val="000000"/>
                <w:sz w:val="18"/>
              </w:rPr>
              <w:t>) dan jumlah kolom (</w:t>
            </w:r>
            <m:oMath>
              <m:r>
                <m:t>n</m:t>
              </m:r>
            </m:oMath>
            <w:r>
              <w:rPr>
                <w:rFonts w:ascii="Calibri" w:hAnsi="Calibri"/>
                <w:b w:val="0"/>
                <w:i w:val="0"/>
                <w:color w:val="000000"/>
                <w:sz w:val="18"/>
              </w:rPr>
              <w:t xml:space="preserve">): </w:t>
            </w:r>
            <m:oMath>
              <m:r>
                <m:t>m</m:t>
              </m:r>
              <m:r>
                <m:t>×</m:t>
              </m:r>
              <m:r>
                <m:t>n</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Transpos Matriks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Matriks baru (</w:t>
            </w:r>
            <m:oMath>
              <m:sSup>
                <m:e>
                  <m:r>
                    <m:t>A</m:t>
                  </m:r>
                </m:e>
                <m:sup>
                  <m:r>
                    <m:t>T</m:t>
                  </m:r>
                </m:sup>
              </m:sSup>
            </m:oMath>
            <w:r>
              <w:rPr>
                <w:rFonts w:ascii="Calibri" w:hAnsi="Calibri"/>
                <w:b w:val="0"/>
                <w:i w:val="0"/>
                <w:color w:val="000000"/>
                <w:sz w:val="18"/>
              </w:rPr>
              <w:t>) yang diperoleh dengan mengubah baris-baris matriks asal menjadi kolom-kolomnya.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Matriks Singular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Matriks persegi yang memiliki nilai determinan tepat sama dengan nol (</w:t>
            </w:r>
            <m:oMath>
              <m:r>
                <m:t>det</m:t>
              </m:r>
              <m:r>
                <m:t>(</m:t>
              </m:r>
              <m:r>
                <m:t>A</m:t>
              </m:r>
              <m:r>
                <m:t>)</m:t>
              </m:r>
              <m:r>
                <m:t>=</m:t>
              </m:r>
              <m:r>
                <m:t>0</m:t>
              </m:r>
            </m:oMath>
            <w:r>
              <w:rPr>
                <w:rFonts w:ascii="Calibri" w:hAnsi="Calibri"/>
                <w:b w:val="0"/>
                <w:i w:val="0"/>
                <w:color w:val="000000"/>
                <w:sz w:val="18"/>
              </w:rPr>
              <w:t>) sehingga tidak memiliki matriks invers.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Matriks Identitas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 xml:space="preserve">Matriks persegi dengan elemen diagonal utama bernilai 1 dan seluruh elemen lainnya bernilai 0: </w:t>
            </w:r>
            <m:oMath>
              <m:r>
                <m:t>I</m:t>
              </m:r>
              <m:r>
                <m:t>=</m:t>
              </m:r>
              <m:d>
                <m:dPr>
                  <m:begChr m:val="("/>
                  <m:endChr m:val=")"/>
                </m:dPr>
                <m:e>
                  <m:m>
                    <m:mr>
                      <m:e>
                        <m:r>
                          <m:t>1</m:t>
                        </m:r>
                      </m:e>
                      <m:e>
                        <m:r>
                          <m:t>0</m:t>
                        </m:r>
                      </m:e>
                    </m:mr>
                    <m:mr>
                      <m:e>
                        <m:r>
                          <m:t>0</m:t>
                        </m:r>
                      </m:e>
                      <m:e>
                        <m:r>
                          <m:t>1</m:t>
                        </m:r>
                      </m:e>
                    </m:mr>
                  </m:m>
                </m:e>
              </m:d>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Adjoin Matriks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Transpos dari matriks kofaktor suatu matriks persegi yang digunakan untuk merumuskan invers matriks.</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