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Analisis Data dan Peluang Statistik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Analisis Data dan Peluang Statistik Industri dalam konteks operasional kejuruan secara komprehensif.</w:t>
      </w:r>
    </w:p>
    <w:p>
      <w:pPr>
        <w:pStyle w:val="ListNumber"/>
      </w:pPr>
      <w:r>
        <w:rPr>
          <w:rFonts w:ascii="Calibri" w:hAnsi="Calibri"/>
          <w:b w:val="0"/>
          <w:i w:val="0"/>
          <w:color w:val="000000"/>
          <w:sz w:val="19"/>
        </w:rPr>
        <w:t>Menerapkan prosedur kerja dan teknik pemecahan masalah terkait Analisis Data dan Peluang Statistik Industri secara mandiri dan presisi.</w:t>
      </w:r>
    </w:p>
    <w:p>
      <w:pPr>
        <w:pStyle w:val="ListNumber"/>
      </w:pPr>
      <w:r>
        <w:rPr>
          <w:rFonts w:ascii="Calibri" w:hAnsi="Calibri"/>
          <w:b w:val="0"/>
          <w:i w:val="0"/>
          <w:color w:val="000000"/>
          <w:sz w:val="19"/>
        </w:rPr>
        <w:t>Mengevaluasi hasil kerja, kepatuhan SOP, dan keselamatan kerja (K3) pada aktivitas pembelajaran Analisis Data dan Peluang Statistik Industri.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Ukuran pemusatan data rata-rata, median, modus, jangkauan kuartil, serta peluang kejadian acak pada pengujian mutu produk.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Analisis Data dan Peluang Statistik Industri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Analisis Data dan Peluang Statistik Industri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Analisis Data dan Peluang Statistik Industri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Analisis Data dan Peluang Statistik Industri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Analisis Data dan Peluang Statistik Industri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Analisis Data dan Peluang Statistik Industri?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Analisis Data dan Peluang Statistik Industri.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Analisis Data dan Peluang Statistik Industri?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Analisis Data dan Peluang Statistik Industri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6: Analisis Data dan Peluang Statistik Industri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Analisis Data dan Peluang Statistik Industri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Analisis Data dan Peluang Statistik Industri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Analisis Data dan Peluang Statistik Industri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Analisis Data dan Peluang Statistik Industri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Analisis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Analisis Data dan Peluang Statistik Industri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Peluang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