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Trigonometri dan Pengukuran Sudut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Trigonometri dan Pengukuran Sudut Terapan dalam konteks operasional kejuruan secara komprehensif.</w:t>
      </w:r>
    </w:p>
    <w:p>
      <w:pPr>
        <w:pStyle w:val="ListNumber"/>
      </w:pPr>
      <w:r>
        <w:rPr>
          <w:rFonts w:ascii="Calibri" w:hAnsi="Calibri"/>
          <w:b w:val="0"/>
          <w:i w:val="0"/>
          <w:color w:val="000000"/>
          <w:sz w:val="19"/>
        </w:rPr>
        <w:t>Menerapkan prosedur kerja dan teknik pemecahan masalah terkait Trigonometri dan Pengukuran Sudut Terapan secara mandiri dan presisi.</w:t>
      </w:r>
    </w:p>
    <w:p>
      <w:pPr>
        <w:pStyle w:val="ListNumber"/>
      </w:pPr>
      <w:r>
        <w:rPr>
          <w:rFonts w:ascii="Calibri" w:hAnsi="Calibri"/>
          <w:b w:val="0"/>
          <w:i w:val="0"/>
          <w:color w:val="000000"/>
          <w:sz w:val="19"/>
        </w:rPr>
        <w:t>Mengevaluasi hasil kerja, kepatuhan SOP, dan keselamatan kerja (K3) pada aktivitas pembelajaran Trigonometri dan Pengukuran Sudut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Perbandingan trigonometri segitiga siku-siku, aturan sinus dan kosinus, perhitungan elevasi kemiringan jalan dan konstruksi atap.</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Trigonometri dan Pengukuran Sudut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Trigonometri dan Pengukuran Sudut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Trigonometri dan Pengukuran Sudut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Trigonometri dan Pengukuran Sudut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Trigonometri dan Pengukuran Sudut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Trigonometri dan Pengukuran Sudut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Trigonometri dan Pengukuran Sudut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Trigonometri dan Pengukuran Sudut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Trigonometri dan Pengukuran Sudut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4: Trigonometri dan Pengukuran Sudut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Trigonometri dan Pengukuran Sudut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Trigonometri dan Pengukuran Sudut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Trigonometri dan Pengukuran Sudut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Trigonometri dan Pengukuran Sudut Terapan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Trigonometri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Trigonometri dan Pengukuran Sudut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Pengukuran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