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Vektor dan Operasinya dalam Analisis Spasial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Pemodelan Matematika Terapan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kalkulasi teknis, kalkulator saintifik/spreadsheet, instrumen ukur presisi,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Vektor dan Operasinya dalam Analisis Spasial dalam konteks operasional kejuruan secara komprehensif.</w:t>
      </w:r>
    </w:p>
    <w:p>
      <w:pPr>
        <w:pStyle w:val="ListNumber"/>
      </w:pPr>
      <w:r>
        <w:rPr>
          <w:rFonts w:ascii="Calibri" w:hAnsi="Calibri"/>
          <w:b w:val="0"/>
          <w:i w:val="0"/>
          <w:color w:val="000000"/>
          <w:sz w:val="19"/>
        </w:rPr>
        <w:t>Menerapkan prosedur kerja dan teknik pemecahan masalah terkait Vektor dan Operasinya dalam Analisis Spasial secara mandiri dan presisi.</w:t>
      </w:r>
    </w:p>
    <w:p>
      <w:pPr>
        <w:pStyle w:val="ListNumber"/>
      </w:pPr>
      <w:r>
        <w:rPr>
          <w:rFonts w:ascii="Calibri" w:hAnsi="Calibri"/>
          <w:b w:val="0"/>
          <w:i w:val="0"/>
          <w:color w:val="000000"/>
          <w:sz w:val="19"/>
        </w:rPr>
        <w:t>Mengevaluasi hasil kerja, kepatuhan SOP, dan keselamatan kerja (K3) pada aktivitas pembelajaran Vektor dan Operasinya dalam Analisis Spasial.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Besaran vektor dua dan tiga dimensi, resultan gaya mekanika teknik, perkalian titik (dot product), dan navigasi keruangan.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Vektor dan Operasinya dalam Analisis Spasial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Vektor dan Operasinya dalam Analisis Spasial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Vektor dan Operasinya dalam Analisis Spasial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Vektor dan Operasinya dalam Analisis Spasial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Vektor dan Operasinya dalam Analisis Spasial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Vektor dan Operasinya dalam Analisis Spasial?</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Vektor dan Operasinya dalam Analisis Spasial.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Vektor dan Operasinya dalam Analisis Spasial?</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Vektor dan Operasinya dalam Analisis Spasial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Matematika • Bab 3: Vektor dan Operasinya dalam Analisis Spasial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Vektor dan Operasinya dalam Analisis Spasial</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Vektor dan Operasinya dalam Analisis Spasial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Vektor dan Operasinya dalam Analisis Spasial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Vektor dan Operasinya dalam Analisis Spasial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Vektor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Vektor dan Operasinya dalam Analisis Spasial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Operasinya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dalam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