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Eksponen dan Logaritma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Eksponen dan Logaritma Terapan Industri dalam konteks operasional kejuruan secara komprehensif.</w:t>
      </w:r>
    </w:p>
    <w:p>
      <w:pPr>
        <w:pStyle w:val="ListNumber"/>
      </w:pPr>
      <w:r>
        <w:rPr>
          <w:rFonts w:ascii="Calibri" w:hAnsi="Calibri"/>
          <w:b w:val="0"/>
          <w:i w:val="0"/>
          <w:color w:val="000000"/>
          <w:sz w:val="19"/>
        </w:rPr>
        <w:t>Menerapkan prosedur kerja dan teknik pemecahan masalah terkait Eksponen dan Logaritma Terapan Industri secara mandiri dan presisi.</w:t>
      </w:r>
    </w:p>
    <w:p>
      <w:pPr>
        <w:pStyle w:val="ListNumber"/>
      </w:pPr>
      <w:r>
        <w:rPr>
          <w:rFonts w:ascii="Calibri" w:hAnsi="Calibri"/>
          <w:b w:val="0"/>
          <w:i w:val="0"/>
          <w:color w:val="000000"/>
          <w:sz w:val="19"/>
        </w:rPr>
        <w:t>Mengevaluasi hasil kerja, kepatuhan SOP, dan keselamatan kerja (K3) pada aktivitas pembelajaran Eksponen dan Logaritma Terapan Industri.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Sifat operasi eksponensial, peluruhan radioaktif bahan, pertumbuhan populasi mikrobia, dan skala logaritmik kebisingan desibel.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Eksponen dan Logaritma Terapan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Eksponen dan Logaritma Terapan Industri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Eksponen dan Logaritma Terapan Industri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Eksponen dan Logaritma Terapan Industri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Eksponen dan Logaritma Terapan Industri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Eksponen dan Logaritma Terapan Industri?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Eksponen dan Logaritma Terapan Industri.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Eksponen dan Logaritma Terapan Industri?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Eksponen dan Logaritma Terapan Industri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1: Eksponen dan Logaritma Terapan Industri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Eksponen dan Logaritma Terapan Industri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Eksponen dan Logaritma Terapan Industri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Eksponen dan Logaritma Terapan Industri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Eksponen dan Logaritma Terapan Industri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Eksponen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Eksponen dan Logaritma Terapan Industri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Logaritma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Terapan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