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Peluang Kejadian Majemuk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ruang sampel dan menghitung peluang kejadian tunggal beserta komplemennya.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dan menghitung peluang kejadian saling lepas dan saling bebas pada peristiwa majemuk.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aturan perkalian dan penjumlahan, ruang sampel, peluang kejadian tunggal, peluang komplemen, peluang kejadian saling lepas, dan peluang kejadian saling bebas.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Ruang Sampel dan Kaidah Pencacahan Dasar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ruang sampel menggunakan diagram pohon, tabel koordinat, dan aturan perkalian dasar.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Peluang Kejadian Tunggal dan Komplemen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nilai peluang </w:t>
      </w:r>
      <m:oMath>
        <m:r>
          <m:t>P</m:t>
        </m:r>
        <m:r>
          <m:t>(</m:t>
        </m:r>
        <m:r>
          <m:t>A</m:t>
        </m:r>
        <m:r>
          <m:t>)</m:t>
        </m:r>
        <m:r>
          <m:t>=</m:t>
        </m:r>
        <m:f>
          <m:fPr>
            <m:type m:val="bar"/>
          </m:fPr>
          <m:num>
            <m:r>
              <m:t>n</m:t>
            </m:r>
            <m:r>
              <m:t>(</m:t>
            </m:r>
            <m:r>
              <m:t>A</m:t>
            </m:r>
            <m:r>
              <m:t>)</m:t>
            </m:r>
          </m:num>
          <m:den>
            <m:r>
              <m:t>n</m:t>
            </m:r>
            <m:r>
              <m:t>(</m:t>
            </m:r>
            <m:r>
              <m:t>S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peluang komplemen </w:t>
      </w:r>
      <m:oMath>
        <m:r>
          <m:t>P</m:t>
        </m:r>
        <m:r>
          <m:t>(</m:t>
        </m:r>
        <m:r>
          <m:t>A</m:t>
        </m:r>
        <m:r>
          <m:t>'</m:t>
        </m:r>
        <m:r>
          <m:t>)</m:t>
        </m:r>
        <m:r>
          <m:t>=</m:t>
        </m:r>
        <m:r>
          <m:t>1</m:t>
        </m:r>
        <m:r>
          <m:t>-</m:t>
        </m:r>
        <m:r>
          <m:t>P</m:t>
        </m:r>
        <m:r>
          <m:t>(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Peluang Kejadian Saling Lepas dan Tidak Saling Lepas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Menerapkan rumus penjumlahan peluang </w:t>
      </w:r>
      <m:oMath>
        <m:r>
          <m:t>P</m:t>
        </m:r>
        <m:r>
          <m:t>(</m:t>
        </m:r>
        <m:r>
          <m:t>A</m:t>
        </m:r>
        <m:r>
          <m:t>∪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+</m:t>
        </m:r>
        <m:r>
          <m:t>P</m:t>
        </m:r>
        <m:r>
          <m:t>(</m:t>
        </m:r>
        <m:r>
          <m:t>B</m:t>
        </m:r>
        <m:r>
          <m:t>)</m:t>
        </m:r>
        <m:r>
          <m:t>-</m:t>
        </m:r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Peluang Kejadian Saling Bebas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probabilitas terjadinya dua peristiwa independen secara bersamaan menggunakan aturan perkalian.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Dua buah dadu bermata enam dilempar bersamaan satu kali. Peluang munculnya jumlah kedua mata dadu sama dengan 7 atau 10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  <m:r>
              <m:t>6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Ruang sampel </w:t>
      </w:r>
      <m:oMath>
        <m:r>
          <m:t>n</m:t>
        </m:r>
        <m:r>
          <m:t>(</m:t>
        </m:r>
        <m:r>
          <m:t>S</m:t>
        </m:r>
        <m:r>
          <m:t>)</m:t>
        </m:r>
        <m:r>
          <m:t>=</m:t>
        </m:r>
        <m:r>
          <m:t>3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Jumlah 7: </w:t>
      </w:r>
      <m:oMath>
        <m:r>
          <m:t>(</m:t>
        </m:r>
        <m:r>
          <m:t>1</m:t>
        </m:r>
        <m:r>
          <m:t>,</m:t>
        </m:r>
        <m:r>
          <m:t>6</m:t>
        </m:r>
        <m:r>
          <m:t>)</m:t>
        </m:r>
        <m:r>
          <m:t>,</m:t>
        </m:r>
        <m:r>
          <m:t>(</m:t>
        </m:r>
        <m:r>
          <m:t>2</m:t>
        </m:r>
        <m:r>
          <m:t>,</m:t>
        </m:r>
        <m:r>
          <m:t>5</m:t>
        </m:r>
        <m:r>
          <m:t>)</m:t>
        </m:r>
        <m:r>
          <m:t>,</m:t>
        </m:r>
        <m:r>
          <m:t>(</m:t>
        </m:r>
        <m:r>
          <m:t>3</m:t>
        </m:r>
        <m:r>
          <m:t>,</m:t>
        </m:r>
        <m:r>
          <m:t>4</m:t>
        </m:r>
        <m:r>
          <m:t>)</m:t>
        </m:r>
        <m:r>
          <m:t>,</m:t>
        </m:r>
        <m:r>
          <m:t>(</m:t>
        </m:r>
        <m:r>
          <m:t>4</m:t>
        </m:r>
        <m:r>
          <m:t>,</m:t>
        </m:r>
        <m:r>
          <m:t>3</m:t>
        </m:r>
        <m:r>
          <m:t>)</m:t>
        </m:r>
        <m:r>
          <m:t>,</m:t>
        </m:r>
        <m:r>
          <m:t>(</m:t>
        </m:r>
        <m:r>
          <m:t>5</m:t>
        </m:r>
        <m:r>
          <m:t>,</m:t>
        </m:r>
        <m:r>
          <m:t>2</m:t>
        </m:r>
        <m:r>
          <m:t>)</m:t>
        </m:r>
        <m:r>
          <m:t>,</m:t>
        </m:r>
        <m:r>
          <m:t>(</m:t>
        </m:r>
        <m:r>
          <m:t>6</m:t>
        </m:r>
        <m:r>
          <m:t>,</m:t>
        </m:r>
        <m:r>
          <m:t>1</m:t>
        </m:r>
        <m:r>
          <m:t>)</m:t>
        </m:r>
        <m:r>
          <m:t>→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titik. Jumlah 10: </w:t>
      </w:r>
      <m:oMath>
        <m:r>
          <m:t>(</m:t>
        </m:r>
        <m:r>
          <m:t>4</m:t>
        </m:r>
        <m:r>
          <m:t>,</m:t>
        </m:r>
        <m:r>
          <m:t>6</m:t>
        </m:r>
        <m:r>
          <m:t>)</m:t>
        </m:r>
        <m:r>
          <m:t>,</m:t>
        </m:r>
        <m:r>
          <m:t>(</m:t>
        </m:r>
        <m:r>
          <m:t>5</m:t>
        </m:r>
        <m:r>
          <m:t>,</m:t>
        </m:r>
        <m:r>
          <m:t>5</m:t>
        </m:r>
        <m:r>
          <m:t>)</m:t>
        </m:r>
        <m:r>
          <m:t>,</m:t>
        </m:r>
        <m:r>
          <m:t>(</m:t>
        </m:r>
        <m:r>
          <m:t>6</m:t>
        </m:r>
        <m:r>
          <m:t>,</m:t>
        </m:r>
        <m:r>
          <m:t>4</m:t>
        </m:r>
        <m:r>
          <m:t>)</m:t>
        </m:r>
        <m:r>
          <m:t>→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titik. Saling lepas: </w:t>
      </w:r>
      <m:oMath>
        <m:r>
          <m:t>P</m:t>
        </m:r>
        <m:r>
          <m:t>(</m:t>
        </m:r>
        <m:r>
          <m:t>7</m:t>
        </m:r>
        <m:r>
          <m:t>∪</m:t>
        </m:r>
        <m:r>
          <m:t>1</m:t>
        </m:r>
        <m:r>
          <m:t>0</m:t>
        </m:r>
        <m:r>
          <m:t>)</m:t>
        </m:r>
        <m:r>
          <m:t>=</m:t>
        </m:r>
        <m:f>
          <m:fPr>
            <m:type m:val="bar"/>
          </m:fPr>
          <m:num>
            <m:r>
              <m:t>6</m:t>
            </m:r>
            <m:r>
              <m:t>+</m:t>
            </m:r>
            <m:r>
              <m:t>3</m:t>
            </m:r>
          </m:num>
          <m:den>
            <m:r>
              <m:t>3</m:t>
            </m:r>
            <m:r>
              <m:t>6</m:t>
            </m:r>
          </m:den>
        </m:f>
        <m: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3</m:t>
            </m:r>
            <m:r>
              <m:t>6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Dari seperangkat kartu bridge (52 kartu) diambil satu kartu secara acak. Peluang terambilnya kartu King atau kartu berwarna merah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2</m:t>
            </m:r>
            <m:r>
              <m:t>8</m:t>
            </m:r>
          </m:num>
          <m:den>
            <m:r>
              <m:t>5</m:t>
            </m:r>
            <m:r>
              <m:t>2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  <m:r>
              <m:t>0</m:t>
            </m:r>
          </m:num>
          <m:den>
            <m:r>
              <m:t>5</m:t>
            </m:r>
            <m:r>
              <m:t>2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  <m:r>
              <m:t>2</m:t>
            </m:r>
          </m:num>
          <m:den>
            <m:r>
              <m:t>5</m:t>
            </m:r>
            <m:r>
              <m:t>2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  <m:r>
              <m:t>4</m:t>
            </m:r>
          </m:num>
          <m:den>
            <m:r>
              <m:t>5</m:t>
            </m:r>
            <m:r>
              <m:t>2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Kartu King </w:t>
      </w:r>
      <m:oMath>
        <m:r>
          <m:t>n</m:t>
        </m:r>
        <m:r>
          <m:t>(</m:t>
        </m:r>
        <m:r>
          <m:t>K</m:t>
        </m:r>
        <m:r>
          <m:t>)</m:t>
        </m:r>
        <m:r>
          <m:t>=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kartu merah </w:t>
      </w:r>
      <m:oMath>
        <m:r>
          <m:t>n</m:t>
        </m:r>
        <m:r>
          <m:t>(</m:t>
        </m:r>
        <m:r>
          <m:t>M</m:t>
        </m:r>
        <m:r>
          <m:t>)</m:t>
        </m:r>
        <m:r>
          <m:t>=</m:t>
        </m:r>
        <m:r>
          <m:t>2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kartu King merah </w:t>
      </w:r>
      <m:oMath>
        <m:r>
          <m:t>n</m:t>
        </m:r>
        <m:r>
          <m:t>(</m:t>
        </m:r>
        <m:r>
          <m:t>K</m:t>
        </m:r>
        <m:r>
          <m:t>∩</m:t>
        </m:r>
        <m:r>
          <m:t>M</m:t>
        </m:r>
        <m:r>
          <m:t>)</m:t>
        </m:r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P</m:t>
        </m:r>
        <m:r>
          <m:t>(</m:t>
        </m:r>
        <m:r>
          <m:t>K</m:t>
        </m:r>
        <m:r>
          <m:t>∪</m:t>
        </m:r>
        <m:r>
          <m:t>M</m:t>
        </m:r>
        <m:r>
          <m:t>)</m:t>
        </m:r>
        <m:r>
          <m:t>=</m:t>
        </m:r>
        <m:f>
          <m:fPr>
            <m:type m:val="bar"/>
          </m:fPr>
          <m:num>
            <m:r>
              <m:t>4</m:t>
            </m:r>
            <m:r>
              <m:t>+</m:t>
            </m:r>
            <m:r>
              <m:t>2</m:t>
            </m:r>
            <m:r>
              <m:t>6</m:t>
            </m:r>
            <m:r>
              <m:t>-</m:t>
            </m:r>
            <m:r>
              <m:t>2</m:t>
            </m:r>
          </m:num>
          <m:den>
            <m:r>
              <m:t>5</m:t>
            </m:r>
            <m:r>
              <m:t>2</m:t>
            </m:r>
          </m:den>
        </m:f>
        <m:r>
          <m:t>=</m:t>
        </m:r>
        <m:f>
          <m:fPr>
            <m:type m:val="bar"/>
          </m:fPr>
          <m:num>
            <m:r>
              <m:t>2</m:t>
            </m:r>
            <m:r>
              <m:t>8</m:t>
            </m:r>
          </m:num>
          <m:den>
            <m:r>
              <m:t>5</m:t>
            </m:r>
            <m:r>
              <m:t>2</m:t>
            </m:r>
          </m:den>
        </m:f>
        <m: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1</m:t>
            </m:r>
            <m:r>
              <m:t>3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Peluang seorang penembak jitu mengenai sasaran adalah 0,8. Jika ia menembak sebanyak dua kali, peluang ia mengenai sasaran pada kedua tembakan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0,16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0,64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0,80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1,60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Kedua tembakan saling bebas: </w:t>
      </w:r>
      <m:oMath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×</m:t>
        </m:r>
        <m:r>
          <m:t>P</m:t>
        </m:r>
        <m:r>
          <m:t>(</m:t>
        </m:r>
        <m:r>
          <m:t>B</m:t>
        </m:r>
        <m:r>
          <m:t>)</m:t>
        </m:r>
        <m:r>
          <m:t>=</m:t>
        </m:r>
        <m:r>
          <m:t>0</m:t>
        </m:r>
        <m:r>
          <m:t>,</m:t>
        </m:r>
        <m:r>
          <m:t>8</m:t>
        </m:r>
        <m:r>
          <m:t>×</m:t>
        </m:r>
        <m:r>
          <m:t>0</m:t>
        </m:r>
        <m:r>
          <m:t>,</m:t>
        </m:r>
        <m:r>
          <m:t>8</m:t>
        </m:r>
        <m:r>
          <m:t>=</m:t>
        </m:r>
        <m:r>
          <m:t>0</m:t>
        </m:r>
        <m:r>
          <m:t>,</m:t>
        </m:r>
        <m:r>
          <m:t>6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kantong berisi 5 bola merah dan 3 bola biru. Diambil dua bola satu per satu secara berurutan tanpa pengembalian. Peluang terambilnya bola pertama merah dan bola kedua biru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  <m:r>
              <m:t>5</m:t>
            </m:r>
          </m:num>
          <m:den>
            <m:r>
              <m:t>5</m:t>
            </m:r>
            <m:r>
              <m:t>6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  <m:r>
              <m:t>5</m:t>
            </m:r>
          </m:num>
          <m:den>
            <m:r>
              <m:t>6</m:t>
            </m:r>
            <m:r>
              <m:t>4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  <m:r>
              <m:t>8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</m:num>
          <m:den>
            <m:r>
              <m:t>1</m:t>
            </m:r>
            <m:r>
              <m:t>4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Peluang bola ke-1 merah </w:t>
      </w:r>
      <m:oMath>
        <m: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Sisa bola </w:t>
      </w:r>
      <m:oMath>
        <m:r>
          <m:t>=</m:t>
        </m:r>
        <m:r>
          <m:t>7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Peluang bola ke-2 biru </w:t>
      </w:r>
      <m:oMath>
        <m: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Peluang total </w:t>
      </w:r>
      <m:oMath>
        <m: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5</m:t>
            </m:r>
          </m:num>
          <m:den>
            <m:r>
              <m:t>5</m:t>
            </m:r>
            <m:r>
              <m:t>6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Peluang seorang calon lulus ujian teori SIM adalah 0,7. Peluang calon tersebut gagal dalam ujian teori SIM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0,3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0,5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0,7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1,0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Peluang komplemen </w:t>
      </w:r>
      <m:oMath>
        <m:r>
          <m:t>P</m:t>
        </m:r>
        <m:r>
          <m:t>(</m:t>
        </m:r>
        <m:r>
          <m:t>G</m:t>
        </m:r>
        <m:r>
          <m:t>a</m:t>
        </m:r>
        <m:r>
          <m:t>g</m:t>
        </m:r>
        <m:r>
          <m:t>a</m:t>
        </m:r>
        <m:r>
          <m:t>l</m:t>
        </m:r>
        <m:r>
          <m:t>)</m:t>
        </m:r>
        <m:r>
          <m:t>=</m:t>
        </m:r>
        <m:r>
          <m:t>1</m:t>
        </m:r>
        <m:r>
          <m:t>-</m:t>
        </m:r>
        <m:r>
          <m:t>P</m:t>
        </m:r>
        <m:r>
          <m:t>(</m:t>
        </m:r>
        <m:r>
          <m:t>L</m:t>
        </m:r>
        <m:r>
          <m:t>u</m:t>
        </m:r>
        <m:r>
          <m:t>l</m:t>
        </m:r>
        <m:r>
          <m:t>u</m:t>
        </m:r>
        <m:r>
          <m:t>s</m:t>
        </m:r>
        <m:r>
          <m:t>)</m:t>
        </m:r>
        <m:r>
          <m:t>=</m:t>
        </m:r>
        <m:r>
          <m:t>1</m:t>
        </m:r>
        <m:r>
          <m:t>-</m:t>
        </m:r>
        <m:r>
          <m:t>0</m:t>
        </m:r>
        <m:r>
          <m:t>,</m:t>
        </m:r>
        <m:r>
          <m:t>7</m:t>
        </m:r>
        <m:r>
          <m:t>=</m:t>
        </m:r>
        <m:r>
          <m:t>0</m:t>
        </m:r>
        <m:r>
          <m:t>,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8: Peluang Kejadian Majemuk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Ruang Sampel dan Kaidah Pencacahan Dasar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ruang sampel menggunakan diagram pohon, tabel koordinat, dan aturan perkalian dasar.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Peluang Kejadian Tunggal dan Komplemen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nilai peluang </w:t>
      </w:r>
      <m:oMath>
        <m:r>
          <m:t>P</m:t>
        </m:r>
        <m:r>
          <m:t>(</m:t>
        </m:r>
        <m:r>
          <m:t>A</m:t>
        </m:r>
        <m:r>
          <m:t>)</m:t>
        </m:r>
        <m:r>
          <m:t>=</m:t>
        </m:r>
        <m:f>
          <m:fPr>
            <m:type m:val="bar"/>
          </m:fPr>
          <m:num>
            <m:r>
              <m:t>n</m:t>
            </m:r>
            <m:r>
              <m:t>(</m:t>
            </m:r>
            <m:r>
              <m:t>A</m:t>
            </m:r>
            <m:r>
              <m:t>)</m:t>
            </m:r>
          </m:num>
          <m:den>
            <m:r>
              <m:t>n</m:t>
            </m:r>
            <m:r>
              <m:t>(</m:t>
            </m:r>
            <m:r>
              <m:t>S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peluang komplemen </w:t>
      </w:r>
      <m:oMath>
        <m:r>
          <m:t>P</m:t>
        </m:r>
        <m:r>
          <m:t>(</m:t>
        </m:r>
        <m:r>
          <m:t>A</m:t>
        </m:r>
        <m:r>
          <m:t>'</m:t>
        </m:r>
        <m:r>
          <m:t>)</m:t>
        </m:r>
        <m:r>
          <m:t>=</m:t>
        </m:r>
        <m:r>
          <m:t>1</m:t>
        </m:r>
        <m:r>
          <m:t>-</m:t>
        </m:r>
        <m:r>
          <m:t>P</m:t>
        </m:r>
        <m:r>
          <m:t>(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Peluang Kejadian Saling Lepas dan Tidak Saling Lepas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Menerapkan rumus penjumlahan peluang </w:t>
      </w:r>
      <m:oMath>
        <m:r>
          <m:t>P</m:t>
        </m:r>
        <m:r>
          <m:t>(</m:t>
        </m:r>
        <m:r>
          <m:t>A</m:t>
        </m:r>
        <m:r>
          <m:t>∪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+</m:t>
        </m:r>
        <m:r>
          <m:t>P</m:t>
        </m:r>
        <m:r>
          <m:t>(</m:t>
        </m:r>
        <m:r>
          <m:t>B</m:t>
        </m:r>
        <m:r>
          <m:t>)</m:t>
        </m:r>
        <m:r>
          <m:t>-</m:t>
        </m:r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Peluang Kejadian Saling Bebas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probabilitas terjadinya dua peristiwa independen secara bersamaan menggunakan aturan perkalian.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Teori peluang mempelajari kuantifikasi tingkat kepastian suatu peristiwa acak yang berada di antara nilai 0 (mustahil) dan 1 (pasti). Pemahaman ruang sampel </w:t>
      </w:r>
      <m:oMath>
        <m:r>
          <m:t>S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titik sampel peristiwa menjadi fondasi utama dalam menghitung rasio kemungkinan empiris maupun teoritis.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Peluang kejadian majemuk menganalisis kombinasi dua atau lebih peristiwa melalui aturan gabungan (union) dan irisan (intersection). Peserta didik membedakan peristiwa saling lepas (</w:t>
      </w:r>
      <m:oMath>
        <m:r>
          <m:t>A</m:t>
        </m:r>
        <m:r>
          <m:t>∩</m:t>
        </m:r>
        <m:r>
          <m:t>B</m:t>
        </m:r>
        <m:r>
          <m:t>=</m:t>
        </m:r>
        <m:r>
          <m:t>emptyset</m:t>
        </m:r>
      </m:oMath>
      <w:r>
        <w:rPr>
          <w:rFonts w:ascii="Calibri" w:hAnsi="Calibri"/>
          <w:b w:val="0"/>
          <w:i w:val="0"/>
          <w:color w:val="000000"/>
          <w:sz w:val="19"/>
        </w:rPr>
        <w:t>) dengan peristiwa tidak saling lepas menggunakan diagram Venn.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Konsep kejadian saling bebas (</w:t>
      </w:r>
      <m:oMath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×</m:t>
        </m:r>
        <m:r>
          <m:t>P</m:t>
        </m:r>
        <m:r>
          <m:t>(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) diterapkan secara luas dalam menganalisis probabilitas keandalan sistem mesin ganda, pengujian medis diagnostik, dan simulasi pengambilan keputusan strategis.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Ruang Sampel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Himpunan dari semua hasil yang mungkin muncul pada suatu percobaan acak matematis (</w:t>
            </w:r>
            <m:oMath>
              <m:r>
                <m:t>S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Sampel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Setiap anggota atau elemen tunggal penyusun dari suatu ruang sampel.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Kejadian Saling Lepas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peristiwa yang tidak mungkin terjadi secara bersamaan sehingga nilai irisannya nol (</w:t>
            </w:r>
            <m:oMath>
              <m:r>
                <m:t>P</m:t>
              </m:r>
              <m:r>
                <m:t>(</m:t>
              </m:r>
              <m:r>
                <m:t>A</m:t>
              </m:r>
              <m:r>
                <m:t>∩</m:t>
              </m:r>
              <m:r>
                <m:t>B</m:t>
              </m:r>
              <m:r>
                <m:t>)</m:t>
              </m:r>
              <m:r>
                <m:t>=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Kejadian Saling Bebas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peristiwa di mana terjadinya peristiwa A tidak memengaruhi peluang terjadinya peristiwa B.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Peluang Komplemen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Peluang tidak terjadinya suatu peristiwa </w:t>
            </w:r>
            <m:oMath>
              <m:r>
                <m:t>A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, dirumuskan dengan </w:t>
            </w:r>
            <m:oMath>
              <m:r>
                <m:t>P</m:t>
              </m:r>
              <m:r>
                <m:t>(</m:t>
              </m:r>
              <m:r>
                <m:t>A</m:t>
              </m:r>
              <m:r>
                <m:t>'</m:t>
              </m:r>
              <m:r>
                <m:t>)</m:t>
              </m:r>
              <m:r>
                <m:t>=</m:t>
              </m:r>
              <m:r>
                <m:t>1</m:t>
              </m:r>
              <m:r>
                <m:t>-</m:t>
              </m:r>
              <m:r>
                <m:t>P</m:t>
              </m:r>
              <m:r>
                <m:t>(</m:t>
              </m:r>
              <m:r>
                <m:t>A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