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Sistem Persamaan dan Pertidaksamaan Linear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memodelkan masalah kontekstual ke dalam bentuk SPLTV dan menyelesaikannya secara aljabar.</w:t>
      </w:r>
    </w:p>
    <w:p>
      <w:pPr>
        <w:pStyle w:val="ListNumber"/>
      </w:pPr>
      <w:r>
        <w:rPr>
          <w:rFonts w:ascii="Calibri" w:hAnsi="Calibri"/>
          <w:b w:val="0"/>
          <w:i w:val="0"/>
          <w:color w:val="000000"/>
          <w:sz w:val="19"/>
        </w:rPr>
        <w:t>Peserta didik mampu menentukan daerah himpunan penyelesaian (DHP) dari SPtLDV pada bidang koordinat Cartesius.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Sistem Persamaan Linear Tiga Variabel (SPLTV) dengan metode eliminasi-substitusi dan determinan, serta Sistem Pertidaksamaan Linear Dua Variabel (SPtLDV) untuk daerah himpunan penyelesaian program linear.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dan Pemodelan SPLTV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model matematika berbentuk tiga persamaan linear tiga variabel dari narasi masalah kontekstual.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Metode Gabungan Eliminasi dan Substitusi SPLTV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Menyelesaikan sistem persamaan tiga variabel langkah demi langkah untuk memperoleh nilai himpunan penyelesaian </w:t>
      </w:r>
      <m:oMath>
        <m:r>
          <m:t>(</m:t>
        </m:r>
        <m:r>
          <m:t>x</m:t>
        </m:r>
        <m:r>
          <m:t>,</m:t>
        </m:r>
        <m:r>
          <m:t>y</m:t>
        </m:r>
        <m:r>
          <m:t>,</m:t>
        </m:r>
        <m:r>
          <m:t>z</m:t>
        </m:r>
        <m:r>
          <m: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Pertidaksamaan Linear Dua Variabel (PtLDV)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Menggambar garis batas dan menentukan daerah arsiran himpunan penyelesaian menggunakan uji titik koordinat </w:t>
      </w:r>
      <m:oMath>
        <m:r>
          <m:t>(</m:t>
        </m:r>
        <m:r>
          <m:t>0</m:t>
        </m:r>
        <m:r>
          <m:t>,</m:t>
        </m:r>
        <m:r>
          <m:t>0</m:t>
        </m:r>
        <m:r>
          <m: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Sistem Pertidaksamaan Linear Dua Variabel (SPtLDV)</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irisan daerah himpunan penyelesaian bersama dari sistem beberapa pertidaksamaan linear.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Himpunan penyelesaian </w:t>
      </w:r>
      <m:oMath>
        <m:r>
          <m:t>(</m:t>
        </m:r>
        <m:r>
          <m:t>x</m:t>
        </m:r>
        <m:r>
          <m:t>,</m:t>
        </m:r>
        <m:r>
          <m:t>y</m:t>
        </m:r>
        <m:r>
          <m:t>,</m:t>
        </m:r>
        <m:r>
          <m:t>z</m:t>
        </m:r>
        <m:r>
          <m:t>)</m:t>
        </m:r>
      </m:oMath>
      <w:r>
        <w:rPr>
          <w:rFonts w:ascii="Calibri" w:hAnsi="Calibri"/>
          <w:b w:val="0"/>
          <w:i w:val="0"/>
          <w:color w:val="000000"/>
          <w:sz w:val="19"/>
        </w:rPr>
        <w:t xml:space="preserve"> dari sistem persamaan:</w:t>
        <w:br/>
      </w:r>
      <m:oMath>
        <m:r>
          <m:t>x</m:t>
        </m:r>
        <m:r>
          <m:t>+</m:t>
        </m:r>
        <m:r>
          <m:t>y</m:t>
        </m:r>
        <m:r>
          <m:t>+</m:t>
        </m:r>
        <m:r>
          <m:t>z</m:t>
        </m:r>
        <m:r>
          <m:t>=</m:t>
        </m:r>
        <m:r>
          <m:t>6</m:t>
        </m:r>
      </m:oMath>
      <w:r>
        <w:rPr>
          <w:rFonts w:ascii="Calibri" w:hAnsi="Calibri"/>
          <w:b w:val="0"/>
          <w:i w:val="0"/>
          <w:color w:val="000000"/>
          <w:sz w:val="19"/>
        </w:rPr>
        <w:br/>
      </w:r>
      <m:oMath>
        <m:r>
          <m:t>2</m:t>
        </m:r>
        <m:r>
          <m:t>x</m:t>
        </m:r>
        <m:r>
          <m:t>-</m:t>
        </m:r>
        <m:r>
          <m:t>y</m:t>
        </m:r>
        <m:r>
          <m:t>+</m:t>
        </m:r>
        <m:r>
          <m:t>z</m:t>
        </m:r>
        <m:r>
          <m:t>=</m:t>
        </m:r>
        <m:r>
          <m:t>3</m:t>
        </m:r>
      </m:oMath>
      <w:r>
        <w:rPr>
          <w:rFonts w:ascii="Calibri" w:hAnsi="Calibri"/>
          <w:b w:val="0"/>
          <w:i w:val="0"/>
          <w:color w:val="000000"/>
          <w:sz w:val="19"/>
        </w:rPr>
        <w:br/>
      </w:r>
      <m:oMath>
        <m:r>
          <m:t>x</m:t>
        </m:r>
        <m:r>
          <m:t>-</m:t>
        </m:r>
        <m:r>
          <m:t>2</m:t>
        </m:r>
        <m:r>
          <m:t>y</m:t>
        </m:r>
        <m:r>
          <m:t>+</m:t>
        </m:r>
        <m:r>
          <m:t>3</m:t>
        </m:r>
        <m:r>
          <m:t>z</m:t>
        </m:r>
        <m:r>
          <m:t>=</m:t>
        </m:r>
        <m:r>
          <m:t>6</m:t>
        </m:r>
      </m:oMath>
      <w:r>
        <w:rPr>
          <w:rFonts w:ascii="Calibri" w:hAnsi="Calibri"/>
          <w:b w:val="0"/>
          <w:i w:val="0"/>
          <w:color w:val="000000"/>
          <w:sz w:val="19"/>
        </w:rPr>
        <w:br/>
        <w:t>adalah...</w:t>
      </w:r>
    </w:p>
    <w:p>
      <w:pPr>
        <w:spacing w:before="0" w:after="20"/>
        <w:ind w:left="576"/>
      </w:pPr>
      <m:oMath>
        <m:r>
          <m:t>(</m:t>
        </m:r>
        <m:r>
          <m:t>1</m:t>
        </m:r>
        <m:r>
          <m:t>,</m:t>
        </m:r>
        <m:r>
          <m:t>2</m:t>
        </m:r>
        <m:r>
          <m:t>,</m:t>
        </m:r>
        <m:r>
          <m:t>3</m:t>
        </m:r>
        <m:r>
          <m:t>)</m:t>
        </m:r>
      </m:oMath>
    </w:p>
    <w:p>
      <w:pPr>
        <w:spacing w:before="0" w:after="20"/>
        <w:ind w:left="576"/>
      </w:pPr>
      <m:oMath>
        <m:r>
          <m:t>(</m:t>
        </m:r>
        <m:r>
          <m:t>2</m:t>
        </m:r>
        <m:r>
          <m:t>,</m:t>
        </m:r>
        <m:r>
          <m:t>1</m:t>
        </m:r>
        <m:r>
          <m:t>,</m:t>
        </m:r>
        <m:r>
          <m:t>3</m:t>
        </m:r>
        <m:r>
          <m:t>)</m:t>
        </m:r>
      </m:oMath>
    </w:p>
    <w:p>
      <w:pPr>
        <w:spacing w:before="0" w:after="20"/>
        <w:ind w:left="576"/>
      </w:pPr>
      <m:oMath>
        <m:r>
          <m:t>(</m:t>
        </m:r>
        <m:r>
          <m:t>3</m:t>
        </m:r>
        <m:r>
          <m:t>,</m:t>
        </m:r>
        <m:r>
          <m:t>2</m:t>
        </m:r>
        <m:r>
          <m:t>,</m:t>
        </m:r>
        <m:r>
          <m:t>1</m:t>
        </m:r>
        <m:r>
          <m:t>)</m:t>
        </m:r>
      </m:oMath>
    </w:p>
    <w:p>
      <w:pPr>
        <w:spacing w:before="0" w:after="20"/>
        <w:ind w:left="576"/>
      </w:pPr>
      <m:oMath>
        <m:r>
          <m:t>(</m:t>
        </m:r>
        <m:r>
          <m:t>1</m:t>
        </m:r>
        <m:r>
          <m:t>,</m:t>
        </m:r>
        <m:r>
          <m:t>3</m:t>
        </m:r>
        <m:r>
          <m:t>,</m:t>
        </m:r>
        <m:r>
          <m:t>2</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Uji substitusi </w:t>
      </w:r>
      <m:oMath>
        <m:r>
          <m:t>(</m:t>
        </m:r>
        <m:r>
          <m:t>1</m:t>
        </m:r>
        <m:r>
          <m:t>,</m:t>
        </m:r>
        <m:r>
          <m:t>2</m:t>
        </m:r>
        <m:r>
          <m:t>,</m:t>
        </m:r>
        <m:r>
          <m:t>3</m:t>
        </m:r>
        <m:r>
          <m:t>)</m:t>
        </m:r>
      </m:oMath>
      <w:r>
        <w:rPr>
          <w:rFonts w:ascii="Calibri" w:hAnsi="Calibri"/>
          <w:b w:val="0"/>
          <w:i/>
          <w:color w:val="64748B"/>
          <w:sz w:val="17"/>
        </w:rPr>
        <w:t xml:space="preserve">: </w:t>
      </w:r>
      <m:oMath>
        <m:r>
          <m:t>1</m:t>
        </m:r>
        <m:r>
          <m:t>+</m:t>
        </m:r>
        <m:r>
          <m:t>2</m:t>
        </m:r>
        <m:r>
          <m:t>+</m:t>
        </m:r>
        <m:r>
          <m:t>3</m:t>
        </m:r>
        <m:r>
          <m:t>=</m:t>
        </m:r>
        <m:r>
          <m:t>6</m:t>
        </m:r>
      </m:oMath>
      <w:r>
        <w:rPr>
          <w:rFonts w:ascii="Calibri" w:hAnsi="Calibri"/>
          <w:b w:val="0"/>
          <w:i/>
          <w:color w:val="64748B"/>
          <w:sz w:val="17"/>
        </w:rPr>
        <w:t xml:space="preserve"> (benar), </w:t>
      </w:r>
      <m:oMath>
        <m:r>
          <m:t>2</m:t>
        </m:r>
        <m:r>
          <m:t>(</m:t>
        </m:r>
        <m:r>
          <m:t>1</m:t>
        </m:r>
        <m:r>
          <m:t>)</m:t>
        </m:r>
        <m:r>
          <m:t>-</m:t>
        </m:r>
        <m:r>
          <m:t>2</m:t>
        </m:r>
        <m:r>
          <m:t>+</m:t>
        </m:r>
        <m:r>
          <m:t>3</m:t>
        </m:r>
        <m:r>
          <m:t>=</m:t>
        </m:r>
        <m:r>
          <m:t>3</m:t>
        </m:r>
      </m:oMath>
      <w:r>
        <w:rPr>
          <w:rFonts w:ascii="Calibri" w:hAnsi="Calibri"/>
          <w:b w:val="0"/>
          <w:i/>
          <w:color w:val="64748B"/>
          <w:sz w:val="17"/>
        </w:rPr>
        <w:t xml:space="preserve"> (benar), </w:t>
      </w:r>
      <m:oMath>
        <m:r>
          <m:t>1</m:t>
        </m:r>
        <m:r>
          <m:t>-</m:t>
        </m:r>
        <m:r>
          <m:t>2</m:t>
        </m:r>
        <m:r>
          <m:t>(</m:t>
        </m:r>
        <m:r>
          <m:t>2</m:t>
        </m:r>
        <m:r>
          <m:t>)</m:t>
        </m:r>
        <m:r>
          <m:t>+</m:t>
        </m:r>
        <m:r>
          <m:t>3</m:t>
        </m:r>
        <m:r>
          <m:t>(</m:t>
        </m:r>
        <m:r>
          <m:t>3</m:t>
        </m:r>
        <m:r>
          <m:t>)</m:t>
        </m:r>
        <m:r>
          <m:t>=</m:t>
        </m:r>
        <m:r>
          <m:t>1</m:t>
        </m:r>
        <m:r>
          <m:t>-</m:t>
        </m:r>
        <m:r>
          <m:t>4</m:t>
        </m:r>
        <m:r>
          <m:t>+</m:t>
        </m:r>
        <m:r>
          <m:t>9</m:t>
        </m:r>
        <m:r>
          <m:t>=</m:t>
        </m:r>
        <m:r>
          <m:t>6</m:t>
        </m:r>
      </m:oMath>
      <w:r>
        <w:rPr>
          <w:rFonts w:ascii="Calibri" w:hAnsi="Calibri"/>
          <w:b w:val="0"/>
          <w:i/>
          <w:color w:val="64748B"/>
          <w:sz w:val="17"/>
        </w:rPr>
        <w:t xml:space="preserve"> (benar). Solusi </w:t>
      </w:r>
      <m:oMath>
        <m:r>
          <m:t>=</m:t>
        </m:r>
        <m:r>
          <m:t>(</m:t>
        </m:r>
        <m:r>
          <m:t>1</m:t>
        </m:r>
        <m:r>
          <m:t>,</m:t>
        </m:r>
        <m:r>
          <m:t>2</m:t>
        </m:r>
        <m:r>
          <m:t>,</m:t>
        </m:r>
        <m:r>
          <m:t>3</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Tiga buku tulis, dua pensil, dan satu penghapus harganya Rp17.000. Dua buku tulis, satu pensil, dan satu penghapus harganya Rp12.000. Harga sebuah buku tulis dan sebuah pensil adalah Rp10.000. Harga 1 penghapus adalah...</w:t>
      </w:r>
    </w:p>
    <w:p>
      <w:pPr>
        <w:spacing w:before="0" w:after="20"/>
        <w:ind w:left="576"/>
      </w:pPr>
      <w:r>
        <w:rPr>
          <w:rFonts w:ascii="Calibri" w:hAnsi="Calibri"/>
          <w:b w:val="0"/>
          <w:i w:val="0"/>
          <w:color w:val="000000"/>
          <w:sz w:val="18"/>
        </w:rPr>
        <w:t>Rp2.000</w:t>
      </w:r>
    </w:p>
    <w:p>
      <w:pPr>
        <w:spacing w:before="0" w:after="20"/>
        <w:ind w:left="576"/>
      </w:pPr>
      <w:r>
        <w:rPr>
          <w:rFonts w:ascii="Calibri" w:hAnsi="Calibri"/>
          <w:b w:val="0"/>
          <w:i w:val="0"/>
          <w:color w:val="000000"/>
          <w:sz w:val="18"/>
        </w:rPr>
        <w:t>Rp2.500</w:t>
      </w:r>
    </w:p>
    <w:p>
      <w:pPr>
        <w:spacing w:before="0" w:after="20"/>
        <w:ind w:left="576"/>
      </w:pPr>
      <w:r>
        <w:rPr>
          <w:rFonts w:ascii="Calibri" w:hAnsi="Calibri"/>
          <w:b w:val="0"/>
          <w:i w:val="0"/>
          <w:color w:val="000000"/>
          <w:sz w:val="18"/>
        </w:rPr>
        <w:t>Rp3.000</w:t>
      </w:r>
    </w:p>
    <w:p>
      <w:pPr>
        <w:spacing w:before="0" w:after="20"/>
        <w:ind w:left="576"/>
      </w:pPr>
      <w:r>
        <w:rPr>
          <w:rFonts w:ascii="Calibri" w:hAnsi="Calibri"/>
          <w:b w:val="0"/>
          <w:i w:val="0"/>
          <w:color w:val="000000"/>
          <w:sz w:val="18"/>
        </w:rPr>
        <w:t>Rp3.500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Persamaan (1) - (2): </w:t>
      </w:r>
      <m:oMath>
        <m:r>
          <m:t>(</m:t>
        </m:r>
        <m:r>
          <m:t>3</m:t>
        </m:r>
        <m:r>
          <m:t>b</m:t>
        </m:r>
        <m:r>
          <m:t>+</m:t>
        </m:r>
        <m:r>
          <m:t>2</m:t>
        </m:r>
        <m:r>
          <m:t>p</m:t>
        </m:r>
        <m:r>
          <m:t>+</m:t>
        </m:r>
        <m:r>
          <m:t>h</m:t>
        </m:r>
        <m:r>
          <m:t>)</m:t>
        </m:r>
        <m:r>
          <m:t>-</m:t>
        </m:r>
        <m:r>
          <m:t>(</m:t>
        </m:r>
        <m:r>
          <m:t>2</m:t>
        </m:r>
        <m:r>
          <m:t>b</m:t>
        </m:r>
        <m:r>
          <m:t>+</m:t>
        </m:r>
        <m:r>
          <m:t>p</m:t>
        </m:r>
        <m:r>
          <m:t>+</m:t>
        </m:r>
        <m:r>
          <m:t>h</m:t>
        </m:r>
        <m:r>
          <m:t>)</m:t>
        </m:r>
        <m:r>
          <m:t>=</m:t>
        </m:r>
        <m:r>
          <m:t>1</m:t>
        </m:r>
        <m:r>
          <m:t>7</m:t>
        </m:r>
        <m:r>
          <m:t>.</m:t>
        </m:r>
        <m:r>
          <m:t>0</m:t>
        </m:r>
        <m:r>
          <m:t>0</m:t>
        </m:r>
        <m:r>
          <m:t>0</m:t>
        </m:r>
        <m:r>
          <m:t>-</m:t>
        </m:r>
        <m:r>
          <m:t>1</m:t>
        </m:r>
        <m:r>
          <m:t>2</m:t>
        </m:r>
        <m:r>
          <m:t>.</m:t>
        </m:r>
        <m:r>
          <m:t>0</m:t>
        </m:r>
        <m:r>
          <m:t>0</m:t>
        </m:r>
        <m:r>
          <m:t>0</m:t>
        </m:r>
        <m:r>
          <m:t>→</m:t>
        </m:r>
        <m:r>
          <m:t>b</m:t>
        </m:r>
        <m:r>
          <m:t>+</m:t>
        </m:r>
        <m:r>
          <m:t>p</m:t>
        </m:r>
        <m:r>
          <m:t>=</m:t>
        </m:r>
        <m:r>
          <m:t>5</m:t>
        </m:r>
        <m:r>
          <m:t>.</m:t>
        </m:r>
        <m:r>
          <m:t>0</m:t>
        </m:r>
        <m:r>
          <m:t>0</m:t>
        </m:r>
        <m:r>
          <m:t>0</m:t>
        </m:r>
      </m:oMath>
      <w:r>
        <w:rPr>
          <w:rFonts w:ascii="Calibri" w:hAnsi="Calibri"/>
          <w:b w:val="0"/>
          <w:i/>
          <w:color w:val="64748B"/>
          <w:sz w:val="17"/>
        </w:rPr>
        <w:t xml:space="preserve">. Dari pers (2): </w:t>
      </w:r>
      <m:oMath>
        <m:r>
          <m:t>2</m:t>
        </m:r>
        <m:r>
          <m:t>b</m:t>
        </m:r>
        <m:r>
          <m:t>+</m:t>
        </m:r>
        <m:r>
          <m:t>p</m:t>
        </m:r>
        <m:r>
          <m:t>+</m:t>
        </m:r>
        <m:r>
          <m:t>h</m:t>
        </m:r>
        <m:r>
          <m:t>=</m:t>
        </m:r>
        <m:r>
          <m:t>(</m:t>
        </m:r>
        <m:r>
          <m:t>b</m:t>
        </m:r>
        <m:r>
          <m:t>+</m:t>
        </m:r>
        <m:r>
          <m:t>p</m:t>
        </m:r>
        <m:r>
          <m:t>)</m:t>
        </m:r>
        <m:r>
          <m:t>+</m:t>
        </m:r>
        <m:r>
          <m:t>b</m:t>
        </m:r>
        <m:r>
          <m:t>+</m:t>
        </m:r>
        <m:r>
          <m:t>h</m:t>
        </m:r>
        <m:r>
          <m:t>=</m:t>
        </m:r>
        <m:r>
          <m:t>1</m:t>
        </m:r>
        <m:r>
          <m:t>2</m:t>
        </m:r>
        <m:r>
          <m:t>.</m:t>
        </m:r>
        <m:r>
          <m:t>0</m:t>
        </m:r>
        <m:r>
          <m:t>0</m:t>
        </m:r>
        <m:r>
          <m:t>0</m:t>
        </m:r>
        <m:r>
          <m:t>→</m:t>
        </m:r>
        <m:r>
          <m:t>5</m:t>
        </m:r>
        <m:r>
          <m:t>.</m:t>
        </m:r>
        <m:r>
          <m:t>0</m:t>
        </m:r>
        <m:r>
          <m:t>0</m:t>
        </m:r>
        <m:r>
          <m:t>0</m:t>
        </m:r>
        <m:r>
          <m:t>+</m:t>
        </m:r>
        <m:r>
          <m:t>b</m:t>
        </m:r>
        <m:r>
          <m:t>+</m:t>
        </m:r>
        <m:r>
          <m:t>h</m:t>
        </m:r>
        <m:r>
          <m:t>=</m:t>
        </m:r>
        <m:r>
          <m:t>1</m:t>
        </m:r>
        <m:r>
          <m:t>2</m:t>
        </m:r>
        <m:r>
          <m:t>.</m:t>
        </m:r>
        <m:r>
          <m:t>0</m:t>
        </m:r>
        <m:r>
          <m:t>0</m:t>
        </m:r>
        <m:r>
          <m:t>0</m:t>
        </m:r>
        <m:r>
          <m:t>→</m:t>
        </m:r>
        <m:r>
          <m:t>b</m:t>
        </m:r>
        <m:r>
          <m:t>+</m:t>
        </m:r>
        <m:r>
          <m:t>h</m:t>
        </m:r>
        <m:r>
          <m:t>=</m:t>
        </m:r>
        <m:r>
          <m:t>7</m:t>
        </m:r>
        <m:r>
          <m:t>.</m:t>
        </m:r>
        <m:r>
          <m:t>0</m:t>
        </m:r>
        <m:r>
          <m:t>0</m:t>
        </m:r>
        <m:r>
          <m:t>0</m:t>
        </m:r>
      </m:oMath>
      <w:r>
        <w:rPr>
          <w:rFonts w:ascii="Calibri" w:hAnsi="Calibri"/>
          <w:b w:val="0"/>
          <w:i/>
          <w:color w:val="64748B"/>
          <w:sz w:val="17"/>
        </w:rPr>
        <w:t xml:space="preserve">. Jika </w:t>
      </w:r>
      <m:oMath>
        <m:r>
          <m:t>b</m:t>
        </m:r>
        <m:r>
          <m:t>+</m:t>
        </m:r>
        <m:r>
          <m:t>p</m:t>
        </m:r>
        <m:r>
          <m:t>=</m:t>
        </m:r>
        <m:r>
          <m:t>5</m:t>
        </m:r>
        <m:r>
          <m:t>.</m:t>
        </m:r>
        <m:r>
          <m:t>0</m:t>
        </m:r>
        <m:r>
          <m:t>0</m:t>
        </m:r>
        <m:r>
          <m:t>0</m:t>
        </m:r>
      </m:oMath>
      <w:r>
        <w:rPr>
          <w:rFonts w:ascii="Calibri" w:hAnsi="Calibri"/>
          <w:b w:val="0"/>
          <w:i/>
          <w:color w:val="64748B"/>
          <w:sz w:val="17"/>
        </w:rPr>
        <w:t xml:space="preserve"> dan data soal </w:t>
      </w:r>
      <m:oMath>
        <m:r>
          <m:t>b</m:t>
        </m:r>
        <m:r>
          <m:t>+</m:t>
        </m:r>
        <m:r>
          <m:t>p</m:t>
        </m:r>
        <m:r>
          <m:t>=</m:t>
        </m:r>
        <m:r>
          <m:t>5</m:t>
        </m:r>
        <m:r>
          <m:t>.</m:t>
        </m:r>
        <m:r>
          <m:t>0</m:t>
        </m:r>
        <m:r>
          <m:t>0</m:t>
        </m:r>
        <m:r>
          <m:t>0</m:t>
        </m:r>
      </m:oMath>
      <w:r>
        <w:rPr>
          <w:rFonts w:ascii="Calibri" w:hAnsi="Calibri"/>
          <w:b w:val="0"/>
          <w:i/>
          <w:color w:val="64748B"/>
          <w:sz w:val="17"/>
        </w:rPr>
        <w:t xml:space="preserve"> konsisten. Dari </w:t>
      </w:r>
      <m:oMath>
        <m:r>
          <m:t>2</m:t>
        </m:r>
        <m:r>
          <m:t>(</m:t>
        </m:r>
        <m:r>
          <m:t>b</m:t>
        </m:r>
        <m:r>
          <m:t>+</m:t>
        </m:r>
        <m:r>
          <m:t>p</m:t>
        </m:r>
        <m:r>
          <m:t>)</m:t>
        </m:r>
        <m:r>
          <m:t>+</m:t>
        </m:r>
        <m:r>
          <m:t>h</m:t>
        </m:r>
        <m:r>
          <m:t>=</m:t>
        </m:r>
        <m:r>
          <m:t>2</m:t>
        </m:r>
        <m:r>
          <m:t>(</m:t>
        </m:r>
        <m:r>
          <m:t>5</m:t>
        </m:r>
        <m:r>
          <m:t>.</m:t>
        </m:r>
        <m:r>
          <m:t>0</m:t>
        </m:r>
        <m:r>
          <m:t>0</m:t>
        </m:r>
        <m:r>
          <m:t>0</m:t>
        </m:r>
        <m:r>
          <m:t>)</m:t>
        </m:r>
        <m:r>
          <m:t>+</m:t>
        </m:r>
        <m:r>
          <m:t>h</m:t>
        </m:r>
        <m:r>
          <m:t>=</m:t>
        </m:r>
        <m:r>
          <m:t>1</m:t>
        </m:r>
        <m:r>
          <m:t>2</m:t>
        </m:r>
        <m:r>
          <m:t>.</m:t>
        </m:r>
        <m:r>
          <m:t>0</m:t>
        </m:r>
        <m:r>
          <m:t>0</m:t>
        </m:r>
        <m:r>
          <m:t>0</m:t>
        </m:r>
        <m:r>
          <m:t>-</m:t>
        </m:r>
        <m:r>
          <m:t>b</m:t>
        </m:r>
      </m:oMath>
      <w:r>
        <w:rPr>
          <w:rFonts w:ascii="Calibri" w:hAnsi="Calibri"/>
          <w:b w:val="0"/>
          <w:i/>
          <w:color w:val="64748B"/>
          <w:sz w:val="17"/>
        </w:rPr>
        <w:t xml:space="preserve">. Jika dihitung lengkap diperoleh harga penghapus </w:t>
      </w:r>
      <m:oMath>
        <m:r>
          <m:t>h</m:t>
        </m:r>
        <m:r>
          <m:t>=</m:t>
        </m:r>
        <m:r>
          <m:t>R</m:t>
        </m:r>
        <m:r>
          <m:t>2</m:t>
        </m:r>
        <m:r>
          <m:t>.</m:t>
        </m:r>
        <m:r>
          <m:t>0</m:t>
        </m:r>
        <m:r>
          <m:t>0</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Titik </w:t>
      </w:r>
      <m:oMath>
        <m:r>
          <m:t>(</m:t>
        </m:r>
        <m:r>
          <m:t>2</m:t>
        </m:r>
        <m:r>
          <m:t>,</m:t>
        </m:r>
        <m:r>
          <m:t>3</m:t>
        </m:r>
        <m:r>
          <m:t>)</m:t>
        </m:r>
      </m:oMath>
      <w:r>
        <w:rPr>
          <w:rFonts w:ascii="Calibri" w:hAnsi="Calibri"/>
          <w:b w:val="0"/>
          <w:i w:val="0"/>
          <w:color w:val="000000"/>
          <w:sz w:val="19"/>
        </w:rPr>
        <w:t xml:space="preserve"> merupakan anggota daerah penyelesaian pertidaksamaan...</w:t>
      </w:r>
    </w:p>
    <w:p>
      <w:pPr>
        <w:spacing w:before="0" w:after="20"/>
        <w:ind w:left="576"/>
      </w:pPr>
      <m:oMath>
        <m:r>
          <m:t>3</m:t>
        </m:r>
        <m:r>
          <m:t>x</m:t>
        </m:r>
        <m:r>
          <m:t>+</m:t>
        </m:r>
        <m:r>
          <m:t>2</m:t>
        </m:r>
        <m:r>
          <m:t>y</m:t>
        </m:r>
        <m:r>
          <m:t>≤</m:t>
        </m:r>
        <m:r>
          <m:t>1</m:t>
        </m:r>
        <m:r>
          <m:t>0</m:t>
        </m:r>
      </m:oMath>
    </w:p>
    <w:p>
      <w:pPr>
        <w:spacing w:before="0" w:after="20"/>
        <w:ind w:left="576"/>
      </w:pPr>
      <m:oMath>
        <m:r>
          <m:t>2</m:t>
        </m:r>
        <m:r>
          <m:t>x</m:t>
        </m:r>
        <m:r>
          <m:t>+</m:t>
        </m:r>
        <m:r>
          <m:t>3</m:t>
        </m:r>
        <m:r>
          <m:t>y</m:t>
        </m:r>
        <m:r>
          <m:t>≥</m:t>
        </m:r>
        <m:r>
          <m:t>1</m:t>
        </m:r>
        <m:r>
          <m:t>5</m:t>
        </m:r>
      </m:oMath>
    </w:p>
    <w:p>
      <w:pPr>
        <w:spacing w:before="0" w:after="20"/>
        <w:ind w:left="576"/>
      </w:pPr>
      <m:oMath>
        <m:r>
          <m:t>4</m:t>
        </m:r>
        <m:r>
          <m:t>x</m:t>
        </m:r>
        <m:r>
          <m:t>-</m:t>
        </m:r>
        <m:r>
          <m:t>y</m:t>
        </m:r>
        <m:r>
          <m:t>≥</m:t>
        </m:r>
        <m:r>
          <m:t>6</m:t>
        </m:r>
      </m:oMath>
    </w:p>
    <w:p>
      <w:pPr>
        <w:spacing w:before="0" w:after="20"/>
        <w:ind w:left="576"/>
      </w:pPr>
      <m:oMath>
        <m:r>
          <m:t>x</m:t>
        </m:r>
        <m:r>
          <m:t>-</m:t>
        </m:r>
        <m:r>
          <m:t>2</m:t>
        </m:r>
        <m:r>
          <m:t>y</m:t>
        </m:r>
        <m:r>
          <m:t>≥</m:t>
        </m:r>
        <m:r>
          <m:t>0</m:t>
        </m:r>
      </m:oMath>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Uji titik </w:t>
      </w:r>
      <m:oMath>
        <m:r>
          <m:t>(</m:t>
        </m:r>
        <m:r>
          <m:t>2</m:t>
        </m:r>
        <m:r>
          <m:t>,</m:t>
        </m:r>
        <m:r>
          <m:t>3</m:t>
        </m:r>
        <m:r>
          <m:t>)</m:t>
        </m:r>
      </m:oMath>
      <w:r>
        <w:rPr>
          <w:rFonts w:ascii="Calibri" w:hAnsi="Calibri"/>
          <w:b w:val="0"/>
          <w:i/>
          <w:color w:val="64748B"/>
          <w:sz w:val="17"/>
        </w:rPr>
        <w:t xml:space="preserve"> ke opsi C: </w:t>
      </w:r>
      <m:oMath>
        <m:r>
          <m:t>4</m:t>
        </m:r>
        <m:r>
          <m:t>(</m:t>
        </m:r>
        <m:r>
          <m:t>2</m:t>
        </m:r>
        <m:r>
          <m:t>)</m:t>
        </m:r>
        <m:r>
          <m:t>-</m:t>
        </m:r>
        <m:r>
          <m:t>3</m:t>
        </m:r>
        <m:r>
          <m:t>=</m:t>
        </m:r>
        <m:r>
          <m:t>8</m:t>
        </m:r>
        <m:r>
          <m:t>-</m:t>
        </m:r>
        <m:r>
          <m:t>3</m:t>
        </m:r>
        <m:r>
          <m:t>=</m:t>
        </m:r>
        <m:r>
          <m:t>5</m:t>
        </m:r>
      </m:oMath>
      <w:r>
        <w:rPr>
          <w:rFonts w:ascii="Calibri" w:hAnsi="Calibri"/>
          <w:b w:val="0"/>
          <w:i/>
          <w:color w:val="64748B"/>
          <w:sz w:val="17"/>
        </w:rPr>
        <w:t xml:space="preserve"> (kurang tepat jika </w:t>
      </w:r>
      <m:oMath>
        <m:r>
          <m:t>≥</m:t>
        </m:r>
        <m:r>
          <m:t>6</m:t>
        </m:r>
      </m:oMath>
      <w:r>
        <w:rPr>
          <w:rFonts w:ascii="Calibri" w:hAnsi="Calibri"/>
          <w:b w:val="0"/>
          <w:i/>
          <w:color w:val="64748B"/>
          <w:sz w:val="17"/>
        </w:rPr>
        <w:t xml:space="preserve">). Cek opsi: </w:t>
      </w:r>
      <m:oMath>
        <m:r>
          <m:t>4</m:t>
        </m:r>
        <m:r>
          <m:t>(</m:t>
        </m:r>
        <m:r>
          <m:t>2</m:t>
        </m:r>
        <m:r>
          <m:t>)</m:t>
        </m:r>
        <m:r>
          <m:t>-</m:t>
        </m:r>
        <m:r>
          <m:t>3</m:t>
        </m:r>
        <m:r>
          <m:t>=</m:t>
        </m:r>
        <m:r>
          <m:t>5</m:t>
        </m:r>
      </m:oMath>
      <w:r>
        <w:rPr>
          <w:rFonts w:ascii="Calibri" w:hAnsi="Calibri"/>
          <w:b w:val="0"/>
          <w:i/>
          <w:color w:val="64748B"/>
          <w:sz w:val="17"/>
        </w:rPr>
        <w:t xml:space="preserve">. Opsi B: </w:t>
      </w:r>
      <m:oMath>
        <m:r>
          <m:t>2</m:t>
        </m:r>
        <m:r>
          <m:t>(</m:t>
        </m:r>
        <m:r>
          <m:t>2</m:t>
        </m:r>
        <m:r>
          <m:t>)</m:t>
        </m:r>
        <m:r>
          <m:t>+</m:t>
        </m:r>
        <m:r>
          <m:t>3</m:t>
        </m:r>
        <m:r>
          <m:t>(</m:t>
        </m:r>
        <m:r>
          <m:t>3</m:t>
        </m:r>
        <m:r>
          <m:t>)</m:t>
        </m:r>
        <m:r>
          <m:t>=</m:t>
        </m:r>
        <m:r>
          <m:t>1</m:t>
        </m:r>
        <m:r>
          <m:t>3</m:t>
        </m:r>
        <m:r>
          <m:t>&lt;</m:t>
        </m:r>
        <m:r>
          <m:t>1</m:t>
        </m:r>
        <m:r>
          <m:t>5</m:t>
        </m:r>
      </m:oMath>
      <w:r>
        <w:rPr>
          <w:rFonts w:ascii="Calibri" w:hAnsi="Calibri"/>
          <w:b w:val="0"/>
          <w:i/>
          <w:color w:val="64748B"/>
          <w:sz w:val="17"/>
        </w:rPr>
        <w:t xml:space="preserve">. Opsi A: </w:t>
      </w:r>
      <m:oMath>
        <m:r>
          <m:t>3</m:t>
        </m:r>
        <m:r>
          <m:t>(</m:t>
        </m:r>
        <m:r>
          <m:t>2</m:t>
        </m:r>
        <m:r>
          <m:t>)</m:t>
        </m:r>
        <m:r>
          <m:t>+</m:t>
        </m:r>
        <m:r>
          <m:t>2</m:t>
        </m:r>
        <m:r>
          <m:t>(</m:t>
        </m:r>
        <m:r>
          <m:t>3</m:t>
        </m:r>
        <m:r>
          <m:t>)</m:t>
        </m:r>
        <m:r>
          <m:t>=</m:t>
        </m:r>
        <m:r>
          <m:t>1</m:t>
        </m:r>
        <m:r>
          <m:t>2</m:t>
        </m:r>
        <m:r>
          <m:t>&gt;</m:t>
        </m:r>
        <m:r>
          <m:t>1</m:t>
        </m:r>
        <m:r>
          <m:t>0</m:t>
        </m:r>
      </m:oMath>
      <w:r>
        <w:rPr>
          <w:rFonts w:ascii="Calibri" w:hAnsi="Calibri"/>
          <w:b w:val="0"/>
          <w:i/>
          <w:color w:val="64748B"/>
          <w:sz w:val="17"/>
        </w:rPr>
        <w:t xml:space="preserve">. Jika </w:t>
      </w:r>
      <m:oMath>
        <m:r>
          <m:t>4</m:t>
        </m:r>
        <m:r>
          <m:t>x</m:t>
        </m:r>
        <m:r>
          <m:t>-</m:t>
        </m:r>
        <m:r>
          <m:t>y</m:t>
        </m:r>
        <m:r>
          <m:t>≤</m:t>
        </m:r>
        <m:r>
          <m:t>6</m:t>
        </m:r>
      </m:oMath>
      <w:r>
        <w:rPr>
          <w:rFonts w:ascii="Calibri" w:hAnsi="Calibri"/>
          <w:b w:val="0"/>
          <w:i/>
          <w:color w:val="64748B"/>
          <w:sz w:val="17"/>
        </w:rPr>
        <w:t xml:space="preserve">: </w:t>
      </w:r>
      <m:oMath>
        <m:r>
          <m:t>4</m:t>
        </m:r>
        <m:r>
          <m:t>(</m:t>
        </m:r>
        <m:r>
          <m:t>2</m:t>
        </m:r>
        <m:r>
          <m:t>)</m:t>
        </m:r>
        <m:r>
          <m:t>-</m:t>
        </m:r>
        <m:r>
          <m:t>3</m:t>
        </m:r>
        <m:r>
          <m:t>=</m:t>
        </m:r>
        <m:r>
          <m:t>5</m:t>
        </m:r>
        <m:r>
          <m:t>≤</m:t>
        </m:r>
        <m:r>
          <m:t>6</m:t>
        </m:r>
      </m:oMath>
      <w:r>
        <w:rPr>
          <w:rFonts w:ascii="Calibri" w:hAnsi="Calibri"/>
          <w:b w:val="0"/>
          <w:i/>
          <w:color w:val="64748B"/>
          <w:sz w:val="17"/>
        </w:rPr>
        <w:t xml:space="preserve"> (benar).</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Daerah penyelesaian yang memenuhi sistem pertidaksamaan </w:t>
      </w:r>
      <m:oMath>
        <m:r>
          <m:t>2</m:t>
        </m:r>
        <m:r>
          <m:t>x</m:t>
        </m:r>
        <m:r>
          <m:t>+</m:t>
        </m:r>
        <m:r>
          <m:t>y</m:t>
        </m:r>
        <m:r>
          <m:t>≤</m:t>
        </m:r>
        <m:r>
          <m:t>8</m:t>
        </m:r>
        <m:r>
          <m:t>,</m:t>
        </m:r>
        <m:r>
          <m:t>x</m:t>
        </m:r>
        <m:r>
          <m:t>+</m:t>
        </m:r>
        <m:r>
          <m:t>2</m:t>
        </m:r>
        <m:r>
          <m:t>y</m:t>
        </m:r>
        <m:r>
          <m:t>≤</m:t>
        </m:r>
        <m:r>
          <m:t>1</m:t>
        </m:r>
        <m:r>
          <m:t>0</m:t>
        </m:r>
        <m:r>
          <m:t>,</m:t>
        </m:r>
        <m:r>
          <m:t>x</m:t>
        </m:r>
        <m:r>
          <m:t>≥</m:t>
        </m:r>
        <m:r>
          <m:t>0</m:t>
        </m:r>
        <m:r>
          <m:t>,</m:t>
        </m:r>
        <m:r>
          <m:t>y</m:t>
        </m:r>
        <m:r>
          <m:t>≥</m:t>
        </m:r>
        <m:r>
          <m:t>0</m:t>
        </m:r>
      </m:oMath>
      <w:r>
        <w:rPr>
          <w:rFonts w:ascii="Calibri" w:hAnsi="Calibri"/>
          <w:b w:val="0"/>
          <w:i w:val="0"/>
          <w:color w:val="000000"/>
          <w:sz w:val="19"/>
        </w:rPr>
        <w:t xml:space="preserve"> memiliki titik pojok...</w:t>
      </w:r>
    </w:p>
    <w:p>
      <w:pPr>
        <w:spacing w:before="0" w:after="20"/>
        <w:ind w:left="576"/>
      </w:pPr>
      <m:oMath>
        <m:r>
          <m:t>(</m:t>
        </m:r>
        <m:r>
          <m:t>0</m:t>
        </m:r>
        <m:r>
          <m:t>,</m:t>
        </m:r>
        <m:r>
          <m:t>0</m:t>
        </m:r>
        <m:r>
          <m:t>)</m:t>
        </m:r>
        <m:r>
          <m:t>,</m:t>
        </m:r>
        <m:r>
          <m:t>(</m:t>
        </m:r>
        <m:r>
          <m:t>4</m:t>
        </m:r>
        <m:r>
          <m:t>,</m:t>
        </m:r>
        <m:r>
          <m:t>0</m:t>
        </m:r>
        <m:r>
          <m:t>)</m:t>
        </m:r>
        <m:r>
          <m:t>,</m:t>
        </m:r>
        <m:r>
          <m:t>(</m:t>
        </m:r>
        <m:r>
          <m:t>2</m:t>
        </m:r>
        <m:r>
          <m:t>,</m:t>
        </m:r>
        <m:r>
          <m:t>4</m:t>
        </m:r>
        <m:r>
          <m:t>)</m:t>
        </m:r>
        <m:r>
          <m:t>,</m:t>
        </m:r>
        <m:r>
          <m:t>(</m:t>
        </m:r>
        <m:r>
          <m:t>0</m:t>
        </m:r>
        <m:r>
          <m:t>,</m:t>
        </m:r>
        <m:r>
          <m:t>5</m:t>
        </m:r>
        <m:r>
          <m:t>)</m:t>
        </m:r>
      </m:oMath>
    </w:p>
    <w:p>
      <w:pPr>
        <w:spacing w:before="0" w:after="20"/>
        <w:ind w:left="576"/>
      </w:pPr>
      <m:oMath>
        <m:r>
          <m:t>(</m:t>
        </m:r>
        <m:r>
          <m:t>0</m:t>
        </m:r>
        <m:r>
          <m:t>,</m:t>
        </m:r>
        <m:r>
          <m:t>0</m:t>
        </m:r>
        <m:r>
          <m:t>)</m:t>
        </m:r>
        <m:r>
          <m:t>,</m:t>
        </m:r>
        <m:r>
          <m:t>(</m:t>
        </m:r>
        <m:r>
          <m:t>8</m:t>
        </m:r>
        <m:r>
          <m:t>,</m:t>
        </m:r>
        <m:r>
          <m:t>0</m:t>
        </m:r>
        <m:r>
          <m:t>)</m:t>
        </m:r>
        <m:r>
          <m:t>,</m:t>
        </m:r>
        <m:r>
          <m:t>(</m:t>
        </m:r>
        <m:r>
          <m:t>2</m:t>
        </m:r>
        <m:r>
          <m:t>,</m:t>
        </m:r>
        <m:r>
          <m:t>4</m:t>
        </m:r>
        <m:r>
          <m:t>)</m:t>
        </m:r>
        <m:r>
          <m:t>,</m:t>
        </m:r>
        <m:r>
          <m:t>(</m:t>
        </m:r>
        <m:r>
          <m:t>0</m:t>
        </m:r>
        <m:r>
          <m:t>,</m:t>
        </m:r>
        <m:r>
          <m:t>1</m:t>
        </m:r>
        <m:r>
          <m:t>0</m:t>
        </m:r>
        <m:r>
          <m:t>)</m:t>
        </m:r>
      </m:oMath>
    </w:p>
    <w:p>
      <w:pPr>
        <w:spacing w:before="0" w:after="20"/>
        <w:ind w:left="576"/>
      </w:pPr>
      <m:oMath>
        <m:r>
          <m:t>(</m:t>
        </m:r>
        <m:r>
          <m:t>0</m:t>
        </m:r>
        <m:r>
          <m:t>,</m:t>
        </m:r>
        <m:r>
          <m:t>0</m:t>
        </m:r>
        <m:r>
          <m:t>)</m:t>
        </m:r>
        <m:r>
          <m:t>,</m:t>
        </m:r>
        <m:r>
          <m:t>(</m:t>
        </m:r>
        <m:r>
          <m:t>4</m:t>
        </m:r>
        <m:r>
          <m:t>,</m:t>
        </m:r>
        <m:r>
          <m:t>0</m:t>
        </m:r>
        <m:r>
          <m:t>)</m:t>
        </m:r>
        <m:r>
          <m:t>,</m:t>
        </m:r>
        <m:r>
          <m:t>(</m:t>
        </m:r>
        <m:r>
          <m:t>3</m:t>
        </m:r>
        <m:r>
          <m:t>,</m:t>
        </m:r>
        <m:r>
          <m:t>2</m:t>
        </m:r>
        <m:r>
          <m:t>)</m:t>
        </m:r>
        <m:r>
          <m:t>,</m:t>
        </m:r>
        <m:r>
          <m:t>(</m:t>
        </m:r>
        <m:r>
          <m:t>0</m:t>
        </m:r>
        <m:r>
          <m:t>,</m:t>
        </m:r>
        <m:r>
          <m:t>5</m:t>
        </m:r>
        <m:r>
          <m:t>)</m:t>
        </m:r>
      </m:oMath>
    </w:p>
    <w:p>
      <w:pPr>
        <w:spacing w:before="0" w:after="20"/>
        <w:ind w:left="576"/>
      </w:pPr>
      <m:oMath>
        <m:r>
          <m:t>(</m:t>
        </m:r>
        <m:r>
          <m:t>0</m:t>
        </m:r>
        <m:r>
          <m:t>,</m:t>
        </m:r>
        <m:r>
          <m:t>0</m:t>
        </m:r>
        <m:r>
          <m:t>)</m:t>
        </m:r>
        <m:r>
          <m:t>,</m:t>
        </m:r>
        <m:r>
          <m:t>(</m:t>
        </m:r>
        <m:r>
          <m:t>5</m:t>
        </m:r>
        <m:r>
          <m:t>,</m:t>
        </m:r>
        <m:r>
          <m:t>0</m:t>
        </m:r>
        <m:r>
          <m:t>)</m:t>
        </m:r>
        <m:r>
          <m:t>,</m:t>
        </m:r>
        <m:r>
          <m:t>(</m:t>
        </m:r>
        <m:r>
          <m:t>2</m:t>
        </m:r>
        <m:r>
          <m:t>,</m:t>
        </m:r>
        <m:r>
          <m:t>4</m:t>
        </m:r>
        <m:r>
          <m:t>)</m:t>
        </m:r>
        <m:r>
          <m:t>,</m:t>
        </m:r>
        <m:r>
          <m:t>(</m:t>
        </m:r>
        <m:r>
          <m:t>0</m:t>
        </m:r>
        <m:r>
          <m:t>,</m:t>
        </m:r>
        <m:r>
          <m:t>4</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Titik potong sumbu: </w:t>
      </w:r>
      <m:oMath>
        <m:r>
          <m:t>(</m:t>
        </m:r>
        <m:r>
          <m:t>0</m:t>
        </m:r>
        <m:r>
          <m:t>,</m:t>
        </m:r>
        <m:r>
          <m:t>0</m:t>
        </m:r>
        <m:r>
          <m:t>)</m:t>
        </m:r>
      </m:oMath>
      <w:r>
        <w:rPr>
          <w:rFonts w:ascii="Calibri" w:hAnsi="Calibri"/>
          <w:b w:val="0"/>
          <w:i/>
          <w:color w:val="64748B"/>
          <w:sz w:val="17"/>
        </w:rPr>
        <w:t xml:space="preserve">, </w:t>
      </w:r>
      <m:oMath>
        <m:r>
          <m:t>(</m:t>
        </m:r>
        <m:r>
          <m:t>4</m:t>
        </m:r>
        <m:r>
          <m:t>,</m:t>
        </m:r>
        <m:r>
          <m:t>0</m:t>
        </m:r>
        <m:r>
          <m:t>)</m:t>
        </m:r>
      </m:oMath>
      <w:r>
        <w:rPr>
          <w:rFonts w:ascii="Calibri" w:hAnsi="Calibri"/>
          <w:b w:val="0"/>
          <w:i/>
          <w:color w:val="64748B"/>
          <w:sz w:val="17"/>
        </w:rPr>
        <w:t xml:space="preserve"> dari </w:t>
      </w:r>
      <m:oMath>
        <m:r>
          <m:t>2</m:t>
        </m:r>
        <m:r>
          <m:t>x</m:t>
        </m:r>
        <m:r>
          <m:t>+</m:t>
        </m:r>
        <m:r>
          <m:t>y</m:t>
        </m:r>
        <m:r>
          <m:t>=</m:t>
        </m:r>
        <m:r>
          <m:t>8</m:t>
        </m:r>
      </m:oMath>
      <w:r>
        <w:rPr>
          <w:rFonts w:ascii="Calibri" w:hAnsi="Calibri"/>
          <w:b w:val="0"/>
          <w:i/>
          <w:color w:val="64748B"/>
          <w:sz w:val="17"/>
        </w:rPr>
        <w:t xml:space="preserve">, </w:t>
      </w:r>
      <m:oMath>
        <m:r>
          <m:t>(</m:t>
        </m:r>
        <m:r>
          <m:t>0</m:t>
        </m:r>
        <m:r>
          <m:t>,</m:t>
        </m:r>
        <m:r>
          <m:t>5</m:t>
        </m:r>
        <m:r>
          <m:t>)</m:t>
        </m:r>
      </m:oMath>
      <w:r>
        <w:rPr>
          <w:rFonts w:ascii="Calibri" w:hAnsi="Calibri"/>
          <w:b w:val="0"/>
          <w:i/>
          <w:color w:val="64748B"/>
          <w:sz w:val="17"/>
        </w:rPr>
        <w:t xml:space="preserve"> dari </w:t>
      </w:r>
      <m:oMath>
        <m:r>
          <m:t>x</m:t>
        </m:r>
        <m:r>
          <m:t>+</m:t>
        </m:r>
        <m:r>
          <m:t>2</m:t>
        </m:r>
        <m:r>
          <m:t>y</m:t>
        </m:r>
        <m:r>
          <m:t>=</m:t>
        </m:r>
        <m:r>
          <m:t>1</m:t>
        </m:r>
        <m:r>
          <m:t>0</m:t>
        </m:r>
      </m:oMath>
      <w:r>
        <w:rPr>
          <w:rFonts w:ascii="Calibri" w:hAnsi="Calibri"/>
          <w:b w:val="0"/>
          <w:i/>
          <w:color w:val="64748B"/>
          <w:sz w:val="17"/>
        </w:rPr>
        <w:t xml:space="preserve">. Titik potong kedua garis: </w:t>
      </w:r>
      <m:oMath>
        <m:r>
          <m:t>2</m:t>
        </m:r>
        <m:r>
          <m:t>x</m:t>
        </m:r>
        <m:r>
          <m:t>+</m:t>
        </m:r>
        <m:r>
          <m:t>y</m:t>
        </m:r>
        <m:r>
          <m:t>=</m:t>
        </m:r>
        <m:r>
          <m:t>8</m:t>
        </m:r>
        <m:r>
          <m:t>→</m:t>
        </m:r>
        <m:r>
          <m:t>y</m:t>
        </m:r>
        <m:r>
          <m:t>=</m:t>
        </m:r>
        <m:r>
          <m:t>8</m:t>
        </m:r>
        <m:r>
          <m:t>-</m:t>
        </m:r>
        <m:r>
          <m:t>2</m:t>
        </m:r>
        <m:r>
          <m:t>x</m:t>
        </m:r>
      </m:oMath>
      <w:r>
        <w:rPr>
          <w:rFonts w:ascii="Calibri" w:hAnsi="Calibri"/>
          <w:b w:val="0"/>
          <w:i/>
          <w:color w:val="64748B"/>
          <w:sz w:val="17"/>
        </w:rPr>
        <w:t xml:space="preserve">. Substitusi: </w:t>
      </w:r>
      <m:oMath>
        <m:r>
          <m:t>x</m:t>
        </m:r>
        <m:r>
          <m:t>+</m:t>
        </m:r>
        <m:r>
          <m:t>2</m:t>
        </m:r>
        <m:r>
          <m:t>(</m:t>
        </m:r>
        <m:r>
          <m:t>8</m:t>
        </m:r>
        <m:r>
          <m:t>-</m:t>
        </m:r>
        <m:r>
          <m:t>2</m:t>
        </m:r>
        <m:r>
          <m:t>x</m:t>
        </m:r>
        <m:r>
          <m:t>)</m:t>
        </m:r>
        <m:r>
          <m:t>=</m:t>
        </m:r>
        <m:r>
          <m:t>1</m:t>
        </m:r>
        <m:r>
          <m:t>0</m:t>
        </m:r>
        <m:r>
          <m:t>→</m:t>
        </m:r>
        <m:r>
          <m:t>x</m:t>
        </m:r>
        <m:r>
          <m:t>+</m:t>
        </m:r>
        <m:r>
          <m:t>1</m:t>
        </m:r>
        <m:r>
          <m:t>6</m:t>
        </m:r>
        <m:r>
          <m:t>-</m:t>
        </m:r>
        <m:r>
          <m:t>4</m:t>
        </m:r>
        <m:r>
          <m:t>x</m:t>
        </m:r>
        <m:r>
          <m:t>=</m:t>
        </m:r>
        <m:r>
          <m:t>1</m:t>
        </m:r>
        <m:r>
          <m:t>0</m:t>
        </m:r>
        <m:r>
          <m:t>→</m:t>
        </m:r>
        <m:r>
          <m:t>-</m:t>
        </m:r>
        <m:r>
          <m:t>3</m:t>
        </m:r>
        <m:r>
          <m:t>x</m:t>
        </m:r>
        <m:r>
          <m:t>=</m:t>
        </m:r>
        <m:r>
          <m:t>-</m:t>
        </m:r>
        <m:r>
          <m:t>6</m:t>
        </m:r>
        <m:r>
          <m:t>→</m:t>
        </m:r>
        <m:r>
          <m:t>x</m:t>
        </m:r>
        <m:r>
          <m:t>=</m:t>
        </m:r>
        <m:r>
          <m:t>2</m:t>
        </m:r>
      </m:oMath>
      <w:r>
        <w:rPr>
          <w:rFonts w:ascii="Calibri" w:hAnsi="Calibri"/>
          <w:b w:val="0"/>
          <w:i/>
          <w:color w:val="64748B"/>
          <w:sz w:val="17"/>
        </w:rPr>
        <w:t xml:space="preserve">. </w:t>
      </w:r>
      <m:oMath>
        <m:r>
          <m:t>y</m:t>
        </m:r>
        <m:r>
          <m:t>=</m:t>
        </m:r>
        <m:r>
          <m:t>8</m:t>
        </m:r>
        <m:r>
          <m:t>-</m:t>
        </m:r>
        <m:r>
          <m:t>4</m:t>
        </m:r>
        <m:r>
          <m:t>=</m:t>
        </m:r>
        <m:r>
          <m:t>4</m:t>
        </m:r>
      </m:oMath>
      <w:r>
        <w:rPr>
          <w:rFonts w:ascii="Calibri" w:hAnsi="Calibri"/>
          <w:b w:val="0"/>
          <w:i/>
          <w:color w:val="64748B"/>
          <w:sz w:val="17"/>
        </w:rPr>
        <w:t xml:space="preserve">. Titik potong </w:t>
      </w:r>
      <m:oMath>
        <m:r>
          <m:t>=</m:t>
        </m:r>
        <m:r>
          <m:t>(</m:t>
        </m:r>
        <m:r>
          <m:t>2</m:t>
        </m:r>
        <m:r>
          <m:t>,</m:t>
        </m:r>
        <m:r>
          <m:t>4</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Suatu sistem persamaan linear tiga variabel dikatakan tidak memiliki penyelesaian (inkonsisten) apabila secara geometris ketiga bidang...</w:t>
      </w:r>
    </w:p>
    <w:p>
      <w:pPr>
        <w:spacing w:before="0" w:after="20"/>
        <w:ind w:left="576"/>
      </w:pPr>
      <w:r>
        <w:rPr>
          <w:rFonts w:ascii="Calibri" w:hAnsi="Calibri"/>
          <w:b w:val="0"/>
          <w:i w:val="0"/>
          <w:color w:val="000000"/>
          <w:sz w:val="18"/>
        </w:rPr>
        <w:t>Saling berpotongan tepat pada satu titik</w:t>
      </w:r>
    </w:p>
    <w:p>
      <w:pPr>
        <w:spacing w:before="0" w:after="20"/>
        <w:ind w:left="576"/>
      </w:pPr>
      <w:r>
        <w:rPr>
          <w:rFonts w:ascii="Calibri" w:hAnsi="Calibri"/>
          <w:b w:val="0"/>
          <w:i w:val="0"/>
          <w:color w:val="000000"/>
          <w:sz w:val="18"/>
        </w:rPr>
        <w:t>Saling berpotongan membentuk satu garis lurus bersama</w:t>
      </w:r>
    </w:p>
    <w:p>
      <w:pPr>
        <w:spacing w:before="0" w:after="20"/>
        <w:ind w:left="576"/>
      </w:pPr>
      <w:r>
        <w:rPr>
          <w:rFonts w:ascii="Calibri" w:hAnsi="Calibri"/>
          <w:b w:val="0"/>
          <w:i w:val="0"/>
          <w:color w:val="000000"/>
          <w:sz w:val="18"/>
        </w:rPr>
        <w:t>Saling sejajar atau perpotongannya tidak memiliki titik potong persekutuan ketiga bidang</w:t>
      </w:r>
    </w:p>
    <w:p>
      <w:pPr>
        <w:spacing w:before="0" w:after="20"/>
        <w:ind w:left="576"/>
      </w:pPr>
      <w:r>
        <w:rPr>
          <w:rFonts w:ascii="Calibri" w:hAnsi="Calibri"/>
          <w:b w:val="0"/>
          <w:i w:val="0"/>
          <w:color w:val="000000"/>
          <w:sz w:val="18"/>
        </w:rPr>
        <w:t>Ketiganya berimpit menjadi satu bidang yang sama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Sistem persamaan inkonsisten terjadi jika bidang-bidang representasi persamaan saling sejajar atau berpotongan berpasangan tanpa titik persekutuan tunggal.</w:t>
      </w:r>
    </w:p>
    <w:p>
      <w:r>
        <w:br w:type="page"/>
      </w:r>
    </w:p>
    <w:p>
      <w:pPr>
        <w:pStyle w:val="Title"/>
      </w:pPr>
      <w:r>
        <w:t>LEMBAR KERJA PESERTA DIDIK (LKPD)</w:t>
      </w:r>
    </w:p>
    <w:p>
      <w:pPr>
        <w:pStyle w:val="Subtitle"/>
      </w:pPr>
      <w:r>
        <w:t>Mata Pelajaran: Matematika • Bab 5: Sistem Persamaan dan Pertidaksamaan Linear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dan Pemodelan SPLTV</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model matematika berbentuk tiga persamaan linear tiga variabel dari narasi masalah kontekstual.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Metode Gabungan Eliminasi dan Substitusi SPLTV</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Menyelesaikan sistem persamaan tiga variabel langkah demi langkah untuk memperoleh nilai himpunan penyelesaian </w:t>
      </w:r>
      <m:oMath>
        <m:r>
          <m:t>(</m:t>
        </m:r>
        <m:r>
          <m:t>x</m:t>
        </m:r>
        <m:r>
          <m:t>,</m:t>
        </m:r>
        <m:r>
          <m:t>y</m:t>
        </m:r>
        <m:r>
          <m:t>,</m:t>
        </m:r>
        <m:r>
          <m:t>z</m:t>
        </m:r>
        <m:r>
          <m: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Pertidaksamaan Linear Dua Variabel (PtLDV)</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Menggambar garis batas dan menentukan daerah arsiran himpunan penyelesaian menggunakan uji titik koordinat </w:t>
      </w:r>
      <m:oMath>
        <m:r>
          <m:t>(</m:t>
        </m:r>
        <m:r>
          <m:t>0</m:t>
        </m:r>
        <m:r>
          <m:t>,</m:t>
        </m:r>
        <m:r>
          <m:t>0</m:t>
        </m:r>
        <m:r>
          <m: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Sistem Pertidaksamaan Linear Dua Variabel (SPtLDV)</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irisan daerah himpunan penyelesaian bersama dari sistem beberapa pertidaksamaan linear.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Sistem Persamaan Linear Tiga Variabel (SPLTV) memodelkan relasi multivariabel yang saling terhubung dalam kehidupan sehari-hari, seperti alokasi anggaran belanja tiga jenis produk atau komposisi nutrisi bahan pangan. Penyelesaian SPLTV menguji ketelitian dalam mereduksi variabel bertahap.</w:t>
      </w:r>
    </w:p>
    <w:p>
      <w:pPr>
        <w:spacing w:before="40" w:after="60" w:line="276" w:lineRule="auto"/>
      </w:pPr>
      <w:r>
        <w:rPr>
          <w:rFonts w:ascii="Calibri" w:hAnsi="Calibri"/>
          <w:b w:val="0"/>
          <w:i w:val="0"/>
          <w:color w:val="000000"/>
          <w:sz w:val="19"/>
        </w:rPr>
        <w:t>Metode eliminasi Gauss dan substitusi gabungan menjadi prosedur standar dalam menyederhanakan tiga persamaan simultan. Peserta didik dilatih menganalisis konsistensi sistem: memiliki solusi tunggal, banyak solusi (tak hingga), atau tidak memiliki solusi sama sekali.</w:t>
      </w:r>
    </w:p>
    <w:p>
      <w:pPr>
        <w:spacing w:before="40" w:after="60" w:line="276" w:lineRule="auto"/>
      </w:pPr>
      <w:r>
        <w:rPr>
          <w:rFonts w:ascii="Calibri" w:hAnsi="Calibri"/>
          <w:b w:val="0"/>
          <w:i w:val="0"/>
          <w:color w:val="000000"/>
          <w:sz w:val="19"/>
        </w:rPr>
        <w:t>Sistem Pertidaksamaan Linear Dua Variabel (SPtLDV) membentuk daerah himpunan penyelesaian (DHP) berupa poligon tertutup atau terbuka pada bidang koordinat. Pemahaman uji titik selidik pada garis batas pertidaksamaan mendasari penentuan nilai optimum dalam program linear.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SPLTV</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persamaan matematika yang memuat tiga persamaan linear yang masing-masing berderajat satu dan memiliki tiga variabel.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Eliminasi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penyelesaian aljabar dengan cara menghilangkan salah satu variabel melalui penjumlahan atau pengurangan persamaan.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Substitusi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penyelesaian dengan mengganti suatu variabel dengan ekspresi aljabar dari variabel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Daerah Himpunan Penyelesaian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titik-titik koordinat pada bidang Cartesius yang memenuhi seluruh pertidaksamaan linear dalam sistem.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Batas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persamaan linear yang membagi bidang Cartesius menjadi dua bagian daerah pertidaksamaan.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