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E (KELAS 10)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E (Kelas 10)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Perbandingan Trigonometri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dan menghitung rasio trigonometri (sinus, kosinus, tangen) pada segitiga siku-siku.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menentukan nilai trigonometri sudut istimewa dan sudut berelasi di empat kuadran.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memecahkan masalah kontekstual tinggi dan jarak menggunakan sudut elevasi dan depresi.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perbandingan trigonometri sinus, kosinus, tangen, sekan, kosekan, dan kotangen pada segitiga siku-siku, sudut istimewa, relasi sudut antarkuadran, dan pengukuran klinometer.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Rasio Trigonometri pada Segitiga Siku-Siku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Merumuskan nilai sin, cos, tan, csc, sec, dan cot berdasarkan sisi depan, samping, dan miring segitiga siku-siku.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Nilai Trigonometri Sudut Istimewa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Menghitung nilai eksak perbandingan trigonometri sudut </w:t>
      </w:r>
      <m:oMath>
        <m:sSup>
          <m:e>
            <m:r>
              <m:t>0</m:t>
            </m:r>
          </m:e>
          <m:sup>
            <m:r>
              <m:t>°</m:t>
            </m:r>
          </m:sup>
        </m:sSup>
        <m:r>
          <m:t>,</m:t>
        </m:r>
        <m:r>
          <m:t>3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,</m:t>
        </m:r>
        <m:r>
          <m:t>4</m:t>
        </m:r>
        <m:sSup>
          <m:e>
            <m:r>
              <m:t>5</m:t>
            </m:r>
          </m:e>
          <m:sup>
            <m:r>
              <m:t>°</m:t>
            </m:r>
          </m:sup>
        </m:sSup>
        <m:r>
          <m:t>,</m:t>
        </m:r>
        <m:r>
          <m:t>6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,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</w:t>
      </w:r>
      <m:oMath>
        <m:r>
          <m:t>9</m:t>
        </m:r>
        <m:sSup>
          <m:e>
            <m:r>
              <m:t>0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Perbandingan Trigonometri di Berbagai Kuadran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Menentukan tanda positif-negatif dan relasi sudut berelasi </w:t>
      </w:r>
      <m:oMath>
        <m:r>
          <m:t>(</m:t>
        </m:r>
        <m:r>
          <m:t>9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±</m:t>
        </m:r>
        <m:r>
          <m:t>α</m:t>
        </m:r>
        <m:r>
          <m:t>,</m:t>
        </m:r>
        <m:r>
          <m:t>1</m:t>
        </m:r>
        <m:r>
          <m:t>8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±</m:t>
        </m:r>
        <m:r>
          <m:t>α</m:t>
        </m:r>
        <m:r>
          <m:t>,</m:t>
        </m:r>
        <m:r>
          <m:t>3</m:t>
        </m:r>
        <m:r>
          <m:t>6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-</m:t>
        </m:r>
        <m:r>
          <m:t>α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pada kuadran I, II, III, dan IV.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Aplikasi Sudut Elevasi dan Depresi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Menyelesaikan masalah kontekstual pengukuran tinggi objek nyata menggunakan klinometer dan trigonometri.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Pada segitiga siku-siku </w:t>
      </w:r>
      <m:oMath>
        <m:r>
          <m:t>A</m:t>
        </m:r>
        <m:r>
          <m:t>B</m:t>
        </m:r>
        <m:r>
          <m:t>C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dengan siku-siku di </w:t>
      </w:r>
      <m:oMath>
        <m:r>
          <m:t>B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diketahui panjang sisi </w:t>
      </w:r>
      <m:oMath>
        <m:r>
          <m:t>A</m:t>
        </m:r>
        <m:r>
          <m:t>B</m:t>
        </m:r>
        <m:r>
          <m:t>=</m:t>
        </m:r>
        <m:r>
          <m:t>8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cm dan </w:t>
      </w:r>
      <m:oMath>
        <m:r>
          <m:t>B</m:t>
        </m:r>
        <m:r>
          <m:t>C</m:t>
        </m:r>
        <m:r>
          <m:t>=</m:t>
        </m:r>
        <m:r>
          <m:t>6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cm. Nilai </w:t>
      </w:r>
      <m:oMath>
        <m:r>
          <m:t>sin </m:t>
        </m:r>
        <m:r>
          <m:t>∠</m:t>
        </m:r>
        <m:r>
          <m:t>A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4</m:t>
            </m:r>
          </m:num>
          <m:den>
            <m:r>
              <m:t>5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4</m:t>
            </m:r>
          </m:num>
          <m:den>
            <m:r>
              <m:t>3</m:t>
            </m:r>
          </m:den>
        </m:f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Sisi miring </w:t>
      </w:r>
      <m:oMath>
        <m:r>
          <m:t>A</m:t>
        </m:r>
        <m:r>
          <m:t>C</m:t>
        </m:r>
        <m:r>
          <m:t>=</m:t>
        </m:r>
        <m:rad>
          <m:radPr>
            <m:degHide m:val="1"/>
          </m:radPr>
          <m:deg/>
          <m:e>
            <m:sSup>
              <m:e>
                <m:r>
                  <m:t>8</m:t>
                </m:r>
              </m:e>
              <m:sup>
                <m:r>
                  <m:t>2</m:t>
                </m:r>
              </m:sup>
            </m:sSup>
            <m:r>
              <m:t>+</m:t>
            </m:r>
            <m:sSup>
              <m:e>
                <m:r>
                  <m:t>6</m:t>
                </m:r>
              </m:e>
              <m:sup>
                <m:r>
                  <m:t>2</m:t>
                </m:r>
              </m:sup>
            </m:sSup>
          </m:e>
        </m:rad>
        <m:r>
          <m:t>=</m:t>
        </m:r>
        <m:rad>
          <m:radPr>
            <m:degHide m:val="1"/>
          </m:radPr>
          <m:deg/>
          <m:e>
            <m:r>
              <m:t>6</m:t>
            </m:r>
            <m:r>
              <m:t>4</m:t>
            </m:r>
            <m:r>
              <m:t>+</m:t>
            </m:r>
            <m:r>
              <m:t>3</m:t>
            </m:r>
            <m:r>
              <m:t>6</m:t>
            </m:r>
          </m:e>
        </m:rad>
        <m:r>
          <m:t>=</m:t>
        </m:r>
        <m:r>
          <m:t>1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cm. </w:t>
      </w:r>
      <m:oMath>
        <m:r>
          <m:t>sin </m:t>
        </m:r>
        <m:r>
          <m:t>∠</m:t>
        </m:r>
        <m:r>
          <m:t>A</m:t>
        </m:r>
        <m:r>
          <m:t>=</m:t>
        </m:r>
        <m:f>
          <m:fPr>
            <m:type m:val="bar"/>
          </m:fPr>
          <m:num>
            <m:r>
              <m:t>s</m:t>
            </m:r>
            <m:r>
              <m:t>B</m:t>
            </m:r>
            <m:r>
              <m:t>C</m:t>
            </m:r>
          </m:num>
          <m:den>
            <m:r>
              <m:t>s</m:t>
            </m:r>
            <m:r>
              <m:t>A</m:t>
            </m:r>
            <m:r>
              <m:t>C</m:t>
            </m:r>
          </m:den>
        </m:f>
        <m:r>
          <m:t>=</m:t>
        </m:r>
        <m:f>
          <m:fPr>
            <m:type m:val="bar"/>
          </m:fPr>
          <m:num>
            <m:r>
              <m:t>6</m:t>
            </m:r>
          </m:num>
          <m:den>
            <m:r>
              <m:t>1</m:t>
            </m:r>
            <m:r>
              <m:t>0</m:t>
            </m:r>
          </m:den>
        </m:f>
        <m: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5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 xml:space="preserve">Nilai dari </w:t>
      </w:r>
      <m:oMath>
        <m:r>
          <m:t>sin </m:t>
        </m:r>
        <m:r>
          <m:t>3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·</m:t>
        </m:r>
        <m:r>
          <m:t>cos </m:t>
        </m:r>
        <m:r>
          <m:t>6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+</m:t>
        </m:r>
        <m:r>
          <m:t>cos </m:t>
        </m:r>
        <m:r>
          <m:t>3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·</m:t>
        </m:r>
        <m:r>
          <m:t>sin </m:t>
        </m:r>
        <m:r>
          <m:t>6</m:t>
        </m:r>
        <m:sSup>
          <m:e>
            <m:r>
              <m:t>0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0</w:t>
      </w:r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ad>
              <m:radPr>
                <m:degHide m:val="1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D — Pembahasan: </w:t>
      </w:r>
      <m:oMath>
        <m:r>
          <m:t>sin </m:t>
        </m:r>
        <m:r>
          <m:t>3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 xml:space="preserve">, </w:t>
      </w:r>
      <m:oMath>
        <m:r>
          <m:t>cos </m:t>
        </m:r>
        <m:r>
          <m:t>6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 xml:space="preserve">, </w:t>
      </w:r>
      <m:oMath>
        <m:r>
          <m:t>cos </m:t>
        </m:r>
        <m:r>
          <m:t>3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=</m:t>
        </m:r>
        <m:f>
          <m:fPr>
            <m:type m:val="bar"/>
          </m:fPr>
          <m:num>
            <m:rad>
              <m:radPr>
                <m:degHide m:val="1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 xml:space="preserve">, </w:t>
      </w:r>
      <m:oMath>
        <m:r>
          <m:t>sin </m:t>
        </m:r>
        <m:r>
          <m:t>6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=</m:t>
        </m:r>
        <m:f>
          <m:fPr>
            <m:type m:val="bar"/>
          </m:fPr>
          <m:num>
            <m:rad>
              <m:radPr>
                <m:degHide m:val="1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 xml:space="preserve">. Hasil </w:t>
      </w:r>
      <m:oMath>
        <m:r>
          <m:t>=</m:t>
        </m:r>
        <m:r>
          <m:t>(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)</m:t>
        </m:r>
        <m:r>
          <m:t>(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t>)</m:t>
        </m:r>
        <m:r>
          <m:t>+</m:t>
        </m:r>
        <m:r>
          <m:t>(</m:t>
        </m:r>
        <m:f>
          <m:fPr>
            <m:type m:val="bar"/>
          </m:fPr>
          <m:num>
            <m:rad>
              <m:radPr>
                <m:degHide m:val="1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  <m:r>
          <m:t>)</m:t>
        </m:r>
        <m:r>
          <m:t>(</m:t>
        </m:r>
        <m:f>
          <m:fPr>
            <m:type m:val="bar"/>
          </m:fPr>
          <m:num>
            <m:rad>
              <m:radPr>
                <m:degHide m:val="1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  <m:r>
          <m:t>)</m:t>
        </m:r>
        <m: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t>+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  <m:r>
          <m:t>=</m:t>
        </m:r>
        <m:r>
          <m:t>1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 xml:space="preserve">Nilai dari </w:t>
      </w:r>
      <m:oMath>
        <m:r>
          <m:t>cos </m:t>
        </m:r>
        <m:r>
          <m:t>1</m:t>
        </m:r>
        <m:r>
          <m:t>5</m:t>
        </m:r>
        <m:sSup>
          <m:e>
            <m:r>
              <m:t>0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spacing w:before="0" w:after="20"/>
        <w:ind w:left="576"/>
      </w:pPr>
      <m:oMath>
        <m:r>
          <m:t>-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ad>
              <m:radPr>
                <m:degHide m:val="1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</w:p>
    <w:p>
      <w:pPr>
        <w:spacing w:before="0" w:after="20"/>
        <w:ind w:left="576"/>
      </w:pPr>
      <m:oMath>
        <m:r>
          <m:t>-</m:t>
        </m:r>
        <m:f>
          <m:fPr>
            <m:type m:val="bar"/>
          </m:fPr>
          <m:num>
            <m:rad>
              <m:radPr>
                <m:degHide m:val="1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D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Sudut </w:t>
      </w:r>
      <m:oMath>
        <m:r>
          <m:t>1</m:t>
        </m:r>
        <m:r>
          <m:t>5</m:t>
        </m:r>
        <m:sSup>
          <m:e>
            <m:r>
              <m:t>0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/>
          <w:color w:val="64748B"/>
          <w:sz w:val="17"/>
        </w:rPr>
        <w:t xml:space="preserve"> berada di kuadran II (nilai cosinus negatif): </w:t>
      </w:r>
      <m:oMath>
        <m:r>
          <m:t>cos </m:t>
        </m:r>
        <m:r>
          <m:t>1</m:t>
        </m:r>
        <m:r>
          <m:t>5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=</m:t>
        </m:r>
        <m:r>
          <m:t>cos </m:t>
        </m:r>
        <m:r>
          <m:t>(</m:t>
        </m:r>
        <m:r>
          <m:t>1</m:t>
        </m:r>
        <m:r>
          <m:t>8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-</m:t>
        </m:r>
        <m:r>
          <m:t>3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)</m:t>
        </m:r>
        <m:r>
          <m:t>=</m:t>
        </m:r>
        <m:r>
          <m:t>-</m:t>
        </m:r>
        <m:r>
          <m:t>cos </m:t>
        </m:r>
        <m:r>
          <m:t>3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=</m:t>
        </m:r>
        <m:r>
          <m:t>-</m:t>
        </m:r>
        <m:f>
          <m:fPr>
            <m:type m:val="bar"/>
          </m:fPr>
          <m:num>
            <m:rad>
              <m:radPr>
                <m:degHide m:val="1"/>
              </m:radPr>
              <m:deg/>
              <m:e>
                <m:r>
                  <m:t>3</m:t>
                </m:r>
              </m:e>
            </m:rad>
          </m:num>
          <m:den>
            <m:r>
              <m:t>2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 xml:space="preserve">Seorang anak berdiri sejauh 20 meter dari kaki sebuah gedung. Dari tempat anak berdiri, puncak gedung terlihat dengan sudut elevasi </w:t>
      </w:r>
      <m:oMath>
        <m:r>
          <m:t>4</m:t>
        </m:r>
        <m:sSup>
          <m:e>
            <m:r>
              <m:t>5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>. Jika tinggi mata anak 1,5 meter, tinggi gedung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20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21,5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23 meter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24,5 meter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Misal tinggi gedung di atas mata adalah </w:t>
      </w:r>
      <m:oMath>
        <m:r>
          <m:t>y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</w:t>
      </w:r>
      <m:oMath>
        <m:r>
          <m:t>tan </m:t>
        </m:r>
        <m:r>
          <m:t>4</m:t>
        </m:r>
        <m:sSup>
          <m:e>
            <m:r>
              <m:t>5</m:t>
            </m:r>
          </m:e>
          <m:sup>
            <m:r>
              <m:t>°</m:t>
            </m:r>
          </m:sup>
        </m:sSup>
        <m:r>
          <m:t>=</m:t>
        </m:r>
        <m:f>
          <m:fPr>
            <m:type m:val="bar"/>
          </m:fPr>
          <m:num>
            <m:r>
              <m:t>y</m:t>
            </m:r>
          </m:num>
          <m:den>
            <m:r>
              <m:t>2</m:t>
            </m:r>
            <m:r>
              <m:t>0</m:t>
            </m:r>
          </m:den>
        </m:f>
        <m:r>
          <m:t>→</m:t>
        </m:r>
        <m:r>
          <m:t>1</m:t>
        </m:r>
        <m:r>
          <m:t>=</m:t>
        </m:r>
        <m:f>
          <m:fPr>
            <m:type m:val="bar"/>
          </m:fPr>
          <m:num>
            <m:r>
              <m:t>y</m:t>
            </m:r>
          </m:num>
          <m:den>
            <m:r>
              <m:t>2</m:t>
            </m:r>
            <m:r>
              <m:t>0</m:t>
            </m:r>
          </m:den>
        </m:f>
        <m:r>
          <m:t>→</m:t>
        </m:r>
        <m:r>
          <m:t>y</m:t>
        </m:r>
        <m:r>
          <m:t>=</m:t>
        </m:r>
        <m:r>
          <m:t>2</m:t>
        </m:r>
        <m:r>
          <m:t>0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m. Tinggi gedung total </w:t>
      </w:r>
      <m:oMath>
        <m:r>
          <m:t>=</m:t>
        </m:r>
        <m:r>
          <m:t>2</m:t>
        </m:r>
        <m:r>
          <m:t>0</m:t>
        </m:r>
        <m:r>
          <m:t>+</m:t>
        </m:r>
        <m:r>
          <m:t>1</m:t>
        </m:r>
        <m:r>
          <m:t>,</m:t>
        </m:r>
        <m:r>
          <m:t>5</m:t>
        </m:r>
        <m:r>
          <m:t>=</m:t>
        </m:r>
        <m:r>
          <m:t>2</m:t>
        </m:r>
        <m:r>
          <m:t>1</m:t>
        </m:r>
        <m:r>
          <m:t>,</m:t>
        </m:r>
        <m:r>
          <m:t>5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meter.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 xml:space="preserve">Jika </w:t>
      </w:r>
      <m:oMath>
        <m:r>
          <m:t>tan </m:t>
        </m:r>
        <m:r>
          <m:t>α</m:t>
        </m:r>
        <m: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1</m:t>
            </m:r>
            <m:r>
              <m:t>2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 xml:space="preserve"> dengan </w:t>
      </w:r>
      <m:oMath>
        <m:r>
          <m:t>α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berada di kuadran III, maka nilai </w:t>
      </w:r>
      <m:oMath>
        <m:r>
          <m:t>cos </m:t>
        </m:r>
        <m:r>
          <m:t>α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1</m:t>
            </m:r>
            <m:r>
              <m:t>2</m:t>
            </m:r>
          </m:num>
          <m:den>
            <m:r>
              <m:t>1</m:t>
            </m:r>
            <m:r>
              <m:t>3</m:t>
            </m:r>
          </m:den>
        </m:f>
      </m:oMath>
    </w:p>
    <w:p>
      <w:pPr>
        <w:spacing w:before="0" w:after="20"/>
        <w:ind w:left="576"/>
      </w:pPr>
      <m:oMath>
        <m:r>
          <m:t>-</m:t>
        </m:r>
        <m:f>
          <m:fPr>
            <m:type m:val="bar"/>
          </m:fPr>
          <m:num>
            <m:r>
              <m:t>1</m:t>
            </m:r>
            <m:r>
              <m:t>2</m:t>
            </m:r>
          </m:num>
          <m:den>
            <m:r>
              <m:t>1</m:t>
            </m:r>
            <m:r>
              <m:t>3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5</m:t>
            </m:r>
          </m:num>
          <m:den>
            <m:r>
              <m:t>1</m:t>
            </m:r>
            <m:r>
              <m:t>3</m:t>
            </m:r>
          </m:den>
        </m:f>
      </m:oMath>
    </w:p>
    <w:p>
      <w:pPr>
        <w:spacing w:before="0" w:after="20"/>
        <w:ind w:left="576"/>
      </w:pPr>
      <m:oMath>
        <m:r>
          <m:t>-</m:t>
        </m:r>
        <m:f>
          <m:fPr>
            <m:type m:val="bar"/>
          </m:fPr>
          <m:num>
            <m:r>
              <m:t>5</m:t>
            </m:r>
          </m:num>
          <m:den>
            <m:r>
              <m:t>1</m:t>
            </m:r>
            <m:r>
              <m:t>3</m:t>
            </m:r>
          </m:den>
        </m:f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Sisi miring </w:t>
      </w:r>
      <m:oMath>
        <m:r>
          <m:t>=</m:t>
        </m:r>
        <m:rad>
          <m:radPr>
            <m:degHide m:val="1"/>
          </m:radPr>
          <m:deg/>
          <m:e>
            <m:sSup>
              <m:e>
                <m:r>
                  <m:t>5</m:t>
                </m:r>
              </m:e>
              <m:sup>
                <m:r>
                  <m:t>2</m:t>
                </m:r>
              </m:sup>
            </m:sSup>
            <m:r>
              <m:t>+</m:t>
            </m:r>
            <m:r>
              <m:t>1</m:t>
            </m:r>
            <m:sSup>
              <m:e>
                <m:r>
                  <m:t>2</m:t>
                </m:r>
              </m:e>
              <m:sup>
                <m:r>
                  <m:t>2</m:t>
                </m:r>
              </m:sup>
            </m:sSup>
          </m:e>
        </m:rad>
        <m:r>
          <m:t>=</m:t>
        </m:r>
        <m:r>
          <m:t>1</m:t>
        </m:r>
        <m:r>
          <m:t>3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Di kuadran III, nilai kosinus bertanda negatif: </w:t>
      </w:r>
      <m:oMath>
        <m:r>
          <m:t>cos </m:t>
        </m:r>
        <m:r>
          <m:t>α</m:t>
        </m:r>
        <m:r>
          <m:t>=</m:t>
        </m:r>
        <m:r>
          <m:t>-</m:t>
        </m:r>
        <m:f>
          <m:fPr>
            <m:type m:val="bar"/>
          </m:fPr>
          <m:num>
            <m:r>
              <m:t>1</m:t>
            </m:r>
            <m:r>
              <m:t>2</m:t>
            </m:r>
          </m:num>
          <m:den>
            <m:r>
              <m:t>1</m:t>
            </m:r>
            <m:r>
              <m:t>3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4: Perbandingan Trigonometri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Rasio Trigonometri pada Segitiga Siku-Siku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Merumuskan nilai sin, cos, tan, csc, sec, dan cot berdasarkan sisi depan, samping, dan miring segitiga siku-siku.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Nilai Trigonometri Sudut Istimewa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Menghitung nilai eksak perbandingan trigonometri sudut </w:t>
      </w:r>
      <m:oMath>
        <m:sSup>
          <m:e>
            <m:r>
              <m:t>0</m:t>
            </m:r>
          </m:e>
          <m:sup>
            <m:r>
              <m:t>°</m:t>
            </m:r>
          </m:sup>
        </m:sSup>
        <m:r>
          <m:t>,</m:t>
        </m:r>
        <m:r>
          <m:t>3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,</m:t>
        </m:r>
        <m:r>
          <m:t>4</m:t>
        </m:r>
        <m:sSup>
          <m:e>
            <m:r>
              <m:t>5</m:t>
            </m:r>
          </m:e>
          <m:sup>
            <m:r>
              <m:t>°</m:t>
            </m:r>
          </m:sup>
        </m:sSup>
        <m:r>
          <m:t>,</m:t>
        </m:r>
        <m:r>
          <m:t>6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,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dan </w:t>
      </w:r>
      <m:oMath>
        <m:r>
          <m:t>9</m:t>
        </m:r>
        <m:sSup>
          <m:e>
            <m:r>
              <m:t>0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Perbandingan Trigonometri di Berbagai Kuadran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Menentukan tanda positif-negatif dan relasi sudut berelasi </w:t>
      </w:r>
      <m:oMath>
        <m:r>
          <m:t>(</m:t>
        </m:r>
        <m:r>
          <m:t>9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±</m:t>
        </m:r>
        <m:r>
          <m:t>α</m:t>
        </m:r>
        <m:r>
          <m:t>,</m:t>
        </m:r>
        <m:r>
          <m:t>1</m:t>
        </m:r>
        <m:r>
          <m:t>8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±</m:t>
        </m:r>
        <m:r>
          <m:t>α</m:t>
        </m:r>
        <m:r>
          <m:t>,</m:t>
        </m:r>
        <m:r>
          <m:t>3</m:t>
        </m:r>
        <m:r>
          <m:t>6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-</m:t>
        </m:r>
        <m:r>
          <m:t>α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pada kuadran I, II, III, dan IV.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Aplikasi Sudut Elevasi dan Depresi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Menyelesaikan masalah kontekstual pengukuran tinggi objek nyata menggunakan klinometer dan trigonometri.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Trigonometri mengkaji hubungan perbandingan antara panjang sisi-sisi dan besar sudut pada bangun segitiga. Definisi rasio sinus (depan/miring), kosinus (samping/miring), dan tangen (depan/samping) pada segitiga siku-siku menjadi pijakan dasar navigasi, astronomi, dan survei tanah.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Sudut-sudut istimewa (</w:t>
      </w:r>
      <m:oMath>
        <m:sSup>
          <m:e>
            <m:r>
              <m:t>0</m:t>
            </m:r>
          </m:e>
          <m:sup>
            <m:r>
              <m:t>°</m:t>
            </m:r>
          </m:sup>
        </m:sSup>
        <m:r>
          <m:t>,</m:t>
        </m:r>
        <m:r>
          <m:t>3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,</m:t>
        </m:r>
        <m:r>
          <m:t>4</m:t>
        </m:r>
        <m:sSup>
          <m:e>
            <m:r>
              <m:t>5</m:t>
            </m:r>
          </m:e>
          <m:sup>
            <m:r>
              <m:t>°</m:t>
            </m:r>
          </m:sup>
        </m:sSup>
        <m:r>
          <m:t>,</m:t>
        </m:r>
        <m:r>
          <m:t>6</m:t>
        </m:r>
        <m:sSup>
          <m:e>
            <m:r>
              <m:t>0</m:t>
            </m:r>
          </m:e>
          <m:sup>
            <m:r>
              <m:t>°</m:t>
            </m:r>
          </m:sup>
        </m:sSup>
        <m:r>
          <m:t>,</m:t>
        </m:r>
        <m:r>
          <m:t>9</m:t>
        </m:r>
        <m:sSup>
          <m:e>
            <m:r>
              <m:t>0</m:t>
            </m:r>
          </m:e>
          <m:sup>
            <m:r>
              <m:t>°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>) memiliki nilai perbandingan eksak yang dapat diturunkan melalui sifat geometri segitiga sama sisi dan sama kaki. Pemahaman lingkaran satuan memperluas definisi perbandingan trigonometri untuk sudut di seluruh empat kuadran Cartesius.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Penerapan trigonometri dalam estimasi ketinggian pohon, gedung, atau puncak gunung menggunakan sudut elevasi dan sudut depresi melatih keterampilan pemodelan matematika nyata menggunakan alat bantu klinometer sederhana.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Sinus (sin)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Perbandingan antara panjang sisi di depan sudut dengan panjang sisi miring (hipotenusa) pada segitiga siku-siku.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Kosinus (cos)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Perbandingan antara panjang sisi di samping sudut dengan panjang sisi miring pada segitiga siku-siku.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Tangen (tan)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Perbandingan antara panjang sisi di depan sudut dengan panjang sisi di samping sudut (</w:t>
            </w:r>
            <m:oMath>
              <m:r>
                <m:t>t</m:t>
              </m:r>
              <m:r>
                <m:t>a</m:t>
              </m:r>
              <m:r>
                <m:t>n</m:t>
              </m:r>
              <m:r>
                <m:t>=</m:t>
              </m:r>
              <m:f>
                <m:fPr>
                  <m:type m:val="bar"/>
                </m:fPr>
                <m:num>
                  <m:r>
                    <m:t>s</m:t>
                  </m:r>
                  <m:r>
                    <m:t>i</m:t>
                  </m:r>
                  <m:r>
                    <m:t>n</m:t>
                  </m:r>
                </m:num>
                <m:den>
                  <m:r>
                    <m:t>c</m:t>
                  </m:r>
                  <m:r>
                    <m:t>o</m:t>
                  </m:r>
                  <m:r>
                    <m:t>s</m:t>
                  </m:r>
                </m:den>
              </m:f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Sudut Elevasi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Sudut yang terbentuk antara garis pandang pengamat ke arah atas dengan garis horizontal mata.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Kuadran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Satu dari empat daerah bidang koordinat Cartesius yang dibagi oleh sumbu-X dan sumbu-Y.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10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