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Vektor dan Operasinya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merepresentasikan vektor dalam bentuk geometris dan aljabar pada bidang dua dimensi.</w:t>
      </w:r>
    </w:p>
    <w:p>
      <w:pPr>
        <w:pStyle w:val="ListNumber"/>
      </w:pPr>
      <w:r>
        <w:rPr>
          <w:rFonts w:ascii="Calibri" w:hAnsi="Calibri"/>
          <w:b w:val="0"/>
          <w:i w:val="0"/>
          <w:color w:val="000000"/>
          <w:sz w:val="19"/>
        </w:rPr>
        <w:t>Peserta didik mampu melakukan operasi penjumlahan, pengurangan, dan perkalian skalar pada vektor.</w:t>
      </w:r>
    </w:p>
    <w:p>
      <w:pPr>
        <w:pStyle w:val="ListNumber"/>
      </w:pPr>
      <w:r>
        <w:rPr>
          <w:rFonts w:ascii="Calibri" w:hAnsi="Calibri"/>
          <w:b w:val="0"/>
          <w:i w:val="0"/>
          <w:color w:val="000000"/>
          <w:sz w:val="19"/>
        </w:rPr>
        <w:t>Peserta didik mampu menghitung panjang vektor, hasil perkalian titik (dot product), dan besar sudut di antara dua vektor.</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konsep vektor pada bidang Cartesius (dimensi dua), representasi geometris dan aljabar, vektor posisi, operasi penjumlahan, pengurangan, perkalian skalar, dan perkalian titik (dot product).</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Pengertian dan Notasi Vektor Dimensi Dua ($R^2$)</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besaran skalar dan vektor, menuliskan notasi vektor kolom, basis, dan vektor posisi titik.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Operasi Penjumlahan dan Pengurangan Vektor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Menentukan resultan vektor secara grafis (segitiga/poligon) dan aljabar analitis antarkomponen horizontal dan vertikal.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Panjang Vektor dan Vektor Satuan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Menghitung panjang (modulus) vektor </w:t>
      </w:r>
      <m:oMath>
        <m:r>
          <m:t>|</m:t>
        </m:r>
        <m:r>
          <m:t>vec</m:t>
        </m:r>
        <m:r>
          <m:t>v</m:t>
        </m:r>
        <m:r>
          <m:t>|</m:t>
        </m:r>
        <m:r>
          <m:t>=</m:t>
        </m:r>
        <m:rad>
          <m:radPr>
            <m:degHide m:val="1"/>
          </m:radPr>
          <m:deg/>
          <m:e>
            <m:sSup>
              <m:e>
                <m:r>
                  <m:t>x</m:t>
                </m:r>
              </m:e>
              <m:sup>
                <m:r>
                  <m:t>2</m:t>
                </m:r>
              </m:sup>
            </m:sSup>
            <m:r>
              <m:t>+</m:t>
            </m:r>
            <m:sSup>
              <m:e>
                <m:r>
                  <m:t>y</m:t>
                </m:r>
              </m:e>
              <m:sup>
                <m:r>
                  <m:t>2</m:t>
                </m:r>
              </m:sup>
            </m:sSup>
          </m:e>
        </m:rad>
      </m:oMath>
      <w:r>
        <w:rPr>
          <w:rFonts w:ascii="Calibri" w:hAnsi="Calibri"/>
          <w:b w:val="0"/>
          <w:i w:val="0"/>
          <w:color w:val="000000"/>
          <w:sz w:val="18"/>
        </w:rPr>
        <w:t xml:space="preserve"> serta menentukan vektor satuan searah </w:t>
      </w:r>
      <m:oMath>
        <m:r>
          <m:t>hat</m:t>
        </m:r>
        <m:r>
          <m:t>v</m:t>
        </m:r>
        <m:r>
          <m:t>=</m:t>
        </m:r>
        <m:f>
          <m:fPr>
            <m:type m:val="bar"/>
          </m:fPr>
          <m:num>
            <m:r>
              <m:t>vec</m:t>
            </m:r>
            <m:r>
              <m:t>v</m:t>
            </m:r>
          </m:num>
          <m:den>
            <m:r>
              <m:t>|</m:t>
            </m:r>
            <m:r>
              <m:t>vec</m:t>
            </m:r>
            <m:r>
              <m:t>v</m:t>
            </m:r>
            <m:r>
              <m:t>|</m:t>
            </m:r>
          </m:den>
        </m:f>
      </m:oMath>
      <w:r>
        <w:rPr>
          <w:rFonts w:ascii="Calibri" w:hAnsi="Calibri"/>
          <w:b w:val="0"/>
          <w:i w:val="0"/>
          <w:color w:val="000000"/>
          <w:sz w:val="18"/>
        </w:rPr>
        <w: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Perkalian Skalar Dua Vektor (Dot Product) dan Sudut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Menerapkan rumus </w:t>
      </w:r>
      <m:oMath>
        <m:r>
          <m:t>vec</m:t>
        </m:r>
        <m:r>
          <m:t>u</m:t>
        </m:r>
        <m:r>
          <m:t>·</m:t>
        </m:r>
        <m:r>
          <m:t>vec</m:t>
        </m:r>
        <m:r>
          <m:t>v</m:t>
        </m:r>
        <m:r>
          <m:t>=</m:t>
        </m:r>
        <m:sSub>
          <m:e>
            <m:r>
              <m:t>x</m:t>
            </m:r>
          </m:e>
          <m:sub>
            <m:r>
              <m:t>1</m:t>
            </m:r>
          </m:sub>
        </m:sSub>
        <m:sSub>
          <m:e>
            <m:r>
              <m:t>x</m:t>
            </m:r>
          </m:e>
          <m:sub>
            <m:r>
              <m:t>2</m:t>
            </m:r>
          </m:sub>
        </m:sSub>
        <m:r>
          <m:t>+</m:t>
        </m:r>
        <m:sSub>
          <m:e>
            <m:r>
              <m:t>y</m:t>
            </m:r>
          </m:e>
          <m:sub>
            <m:r>
              <m:t>1</m:t>
            </m:r>
          </m:sub>
        </m:sSub>
        <m:sSub>
          <m:e>
            <m:r>
              <m:t>y</m:t>
            </m:r>
          </m:e>
          <m:sub>
            <m:r>
              <m:t>2</m:t>
            </m:r>
          </m:sub>
        </m:sSub>
      </m:oMath>
      <w:r>
        <w:rPr>
          <w:rFonts w:ascii="Calibri" w:hAnsi="Calibri"/>
          <w:b w:val="0"/>
          <w:i w:val="0"/>
          <w:color w:val="000000"/>
          <w:sz w:val="18"/>
        </w:rPr>
        <w:t xml:space="preserve"> untuk mencari kosinus sudut apit dan proyeksi vektor.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 xml:space="preserve">Diketahui vektor </w:t>
      </w:r>
      <m:oMath>
        <m:r>
          <m:t>vec</m:t>
        </m:r>
        <m:r>
          <m:t>a</m:t>
        </m:r>
        <m:r>
          <m:t>=</m:t>
        </m:r>
        <m:d>
          <m:dPr>
            <m:begChr m:val="("/>
            <m:endChr m:val=")"/>
          </m:dPr>
          <m:e>
            <m:m>
              <m:mr>
                <m:e>
                  <m:r>
                    <m:t>4</m:t>
                  </m:r>
                </m:e>
              </m:mr>
              <m:mr>
                <m:e>
                  <m:r>
                    <m:t>-</m:t>
                  </m:r>
                  <m:r>
                    <m:t>3</m:t>
                  </m:r>
                </m:e>
              </m:mr>
            </m:m>
          </m:e>
        </m:d>
      </m:oMath>
      <w:r>
        <w:rPr>
          <w:rFonts w:ascii="Calibri" w:hAnsi="Calibri"/>
          <w:b w:val="0"/>
          <w:i w:val="0"/>
          <w:color w:val="000000"/>
          <w:sz w:val="19"/>
        </w:rPr>
        <w:t xml:space="preserve"> dan </w:t>
      </w:r>
      <m:oMath>
        <m:r>
          <m:t>vec</m:t>
        </m:r>
        <m:r>
          <m:t>b</m:t>
        </m:r>
        <m:r>
          <m:t>=</m:t>
        </m:r>
        <m:d>
          <m:dPr>
            <m:begChr m:val="("/>
            <m:endChr m:val=")"/>
          </m:dPr>
          <m:e>
            <m:m>
              <m:mr>
                <m:e>
                  <m:r>
                    <m:t>-</m:t>
                  </m:r>
                  <m:r>
                    <m:t>2</m:t>
                  </m:r>
                </m:e>
              </m:mr>
              <m:mr>
                <m:e>
                  <m:r>
                    <m:t>5</m:t>
                  </m:r>
                </m:e>
              </m:mr>
            </m:m>
          </m:e>
        </m:d>
      </m:oMath>
      <w:r>
        <w:rPr>
          <w:rFonts w:ascii="Calibri" w:hAnsi="Calibri"/>
          <w:b w:val="0"/>
          <w:i w:val="0"/>
          <w:color w:val="000000"/>
          <w:sz w:val="19"/>
        </w:rPr>
        <w:t xml:space="preserve">. Hasil operasi dari </w:t>
      </w:r>
      <m:oMath>
        <m:r>
          <m:t>2</m:t>
        </m:r>
        <m:r>
          <m:t>vec</m:t>
        </m:r>
        <m:r>
          <m:t>a</m:t>
        </m:r>
        <m:r>
          <m:t>+</m:t>
        </m:r>
        <m:r>
          <m:t>3</m:t>
        </m:r>
        <m:r>
          <m:t>vec</m:t>
        </m:r>
        <m:r>
          <m:t>b</m:t>
        </m:r>
      </m:oMath>
      <w:r>
        <w:rPr>
          <w:rFonts w:ascii="Calibri" w:hAnsi="Calibri"/>
          <w:b w:val="0"/>
          <w:i w:val="0"/>
          <w:color w:val="000000"/>
          <w:sz w:val="19"/>
        </w:rPr>
        <w:t xml:space="preserve"> adalah...</w:t>
      </w:r>
    </w:p>
    <w:p>
      <w:pPr>
        <w:spacing w:before="0" w:after="20"/>
        <w:ind w:left="576"/>
      </w:pPr>
      <m:oMath>
        <m:d>
          <m:dPr>
            <m:begChr m:val="("/>
            <m:endChr m:val=")"/>
          </m:dPr>
          <m:e>
            <m:m>
              <m:mr>
                <m:e>
                  <m:r>
                    <m:t>2</m:t>
                  </m:r>
                </m:e>
              </m:mr>
              <m:mr>
                <m:e>
                  <m:r>
                    <m:t>9</m:t>
                  </m:r>
                </m:e>
              </m:mr>
            </m:m>
          </m:e>
        </m:d>
      </m:oMath>
    </w:p>
    <w:p>
      <w:pPr>
        <w:spacing w:before="0" w:after="20"/>
        <w:ind w:left="576"/>
      </w:pPr>
      <m:oMath>
        <m:d>
          <m:dPr>
            <m:begChr m:val="("/>
            <m:endChr m:val=")"/>
          </m:dPr>
          <m:e>
            <m:m>
              <m:mr>
                <m:e>
                  <m:r>
                    <m:t>2</m:t>
                  </m:r>
                </m:e>
              </m:mr>
              <m:mr>
                <m:e>
                  <m:r>
                    <m:t>6</m:t>
                  </m:r>
                </m:e>
              </m:mr>
            </m:m>
          </m:e>
        </m:d>
      </m:oMath>
    </w:p>
    <w:p>
      <w:pPr>
        <w:spacing w:before="0" w:after="20"/>
        <w:ind w:left="576"/>
      </w:pPr>
      <m:oMath>
        <m:d>
          <m:dPr>
            <m:begChr m:val="("/>
            <m:endChr m:val=")"/>
          </m:dPr>
          <m:e>
            <m:m>
              <m:mr>
                <m:e>
                  <m:r>
                    <m:t>4</m:t>
                  </m:r>
                </m:e>
              </m:mr>
              <m:mr>
                <m:e>
                  <m:r>
                    <m:t>9</m:t>
                  </m:r>
                </m:e>
              </m:mr>
            </m:m>
          </m:e>
        </m:d>
      </m:oMath>
    </w:p>
    <w:p>
      <w:pPr>
        <w:spacing w:before="0" w:after="20"/>
        <w:ind w:left="576"/>
      </w:pPr>
      <m:oMath>
        <m:d>
          <m:dPr>
            <m:begChr m:val="("/>
            <m:endChr m:val=")"/>
          </m:dPr>
          <m:e>
            <m:m>
              <m:mr>
                <m:e>
                  <m:r>
                    <m:t>-</m:t>
                  </m:r>
                  <m:r>
                    <m:t>2</m:t>
                  </m:r>
                </m:e>
              </m:mr>
              <m:mr>
                <m:e>
                  <m:r>
                    <m:t>9</m:t>
                  </m:r>
                </m:e>
              </m:mr>
            </m:m>
          </m:e>
        </m:d>
      </m:oMath>
    </w:p>
    <w:p>
      <w:pPr>
        <w:spacing w:before="20" w:after="80"/>
        <w:ind w:left="576"/>
      </w:pPr>
      <w:r>
        <w:rPr>
          <w:rFonts w:ascii="Calibri" w:hAnsi="Calibri"/>
          <w:i/>
          <w:color w:val="64748B"/>
          <w:sz w:val="17"/>
        </w:rPr>
        <w:t xml:space="preserve">Kunci Jawaban: A — Pembahasan: </w:t>
      </w:r>
      <m:oMath>
        <m:r>
          <m:t>2</m:t>
        </m:r>
        <m:r>
          <m:t>vec</m:t>
        </m:r>
        <m:r>
          <m:t>a</m:t>
        </m:r>
        <m:r>
          <m:t>=</m:t>
        </m:r>
        <m:d>
          <m:dPr>
            <m:begChr m:val="("/>
            <m:endChr m:val=")"/>
          </m:dPr>
          <m:e>
            <m:m>
              <m:mr>
                <m:e>
                  <m:r>
                    <m:t>8</m:t>
                  </m:r>
                </m:e>
              </m:mr>
              <m:mr>
                <m:e>
                  <m:r>
                    <m:t>-</m:t>
                  </m:r>
                  <m:r>
                    <m:t>6</m:t>
                  </m:r>
                </m:e>
              </m:mr>
            </m:m>
          </m:e>
        </m:d>
      </m:oMath>
      <w:r>
        <w:rPr>
          <w:rFonts w:ascii="Calibri" w:hAnsi="Calibri"/>
          <w:b w:val="0"/>
          <w:i/>
          <w:color w:val="64748B"/>
          <w:sz w:val="17"/>
        </w:rPr>
        <w:t xml:space="preserve">, </w:t>
      </w:r>
      <m:oMath>
        <m:r>
          <m:t>3</m:t>
        </m:r>
        <m:r>
          <m:t>vec</m:t>
        </m:r>
        <m:r>
          <m:t>b</m:t>
        </m:r>
        <m:r>
          <m:t>=</m:t>
        </m:r>
        <m:d>
          <m:dPr>
            <m:begChr m:val="("/>
            <m:endChr m:val=")"/>
          </m:dPr>
          <m:e>
            <m:m>
              <m:mr>
                <m:e>
                  <m:r>
                    <m:t>-</m:t>
                  </m:r>
                  <m:r>
                    <m:t>6</m:t>
                  </m:r>
                </m:e>
              </m:mr>
              <m:mr>
                <m:e>
                  <m:r>
                    <m:t>1</m:t>
                  </m:r>
                  <m:r>
                    <m:t>5</m:t>
                  </m:r>
                </m:e>
              </m:mr>
            </m:m>
          </m:e>
        </m:d>
      </m:oMath>
      <w:r>
        <w:rPr>
          <w:rFonts w:ascii="Calibri" w:hAnsi="Calibri"/>
          <w:b w:val="0"/>
          <w:i/>
          <w:color w:val="64748B"/>
          <w:sz w:val="17"/>
        </w:rPr>
        <w:t xml:space="preserve">. Jumlah </w:t>
      </w:r>
      <m:oMath>
        <m:r>
          <m:t>=</m:t>
        </m:r>
        <m:d>
          <m:dPr>
            <m:begChr m:val="("/>
            <m:endChr m:val=")"/>
          </m:dPr>
          <m:e>
            <m:m>
              <m:mr>
                <m:e>
                  <m:r>
                    <m:t>8</m:t>
                  </m:r>
                  <m:r>
                    <m:t>+</m:t>
                  </m:r>
                  <m:r>
                    <m:t>(</m:t>
                  </m:r>
                  <m:r>
                    <m:t>-</m:t>
                  </m:r>
                  <m:r>
                    <m:t>6</m:t>
                  </m:r>
                  <m:r>
                    <m:t>)</m:t>
                  </m:r>
                </m:e>
              </m:mr>
              <m:mr>
                <m:e>
                  <m:r>
                    <m:t>-</m:t>
                  </m:r>
                  <m:r>
                    <m:t>6</m:t>
                  </m:r>
                  <m:r>
                    <m:t>+</m:t>
                  </m:r>
                  <m:r>
                    <m:t>1</m:t>
                  </m:r>
                  <m:r>
                    <m:t>5</m:t>
                  </m:r>
                </m:e>
              </m:mr>
            </m:m>
          </m:e>
        </m:d>
        <m:r>
          <m:t>=</m:t>
        </m:r>
        <m:d>
          <m:dPr>
            <m:begChr m:val="("/>
            <m:endChr m:val=")"/>
          </m:dPr>
          <m:e>
            <m:m>
              <m:mr>
                <m:e>
                  <m:r>
                    <m:t>2</m:t>
                  </m:r>
                </m:e>
              </m:mr>
              <m:mr>
                <m:e>
                  <m:r>
                    <m:t>9</m:t>
                  </m:r>
                </m:e>
              </m:mr>
            </m:m>
          </m:e>
        </m:d>
      </m:oMath>
      <w:r>
        <w:rPr>
          <w:rFonts w:ascii="Calibri" w:hAnsi="Calibri"/>
          <w:b w:val="0"/>
          <w:i/>
          <w:color w:val="64748B"/>
          <w:sz w:val="17"/>
        </w:rPr>
        <w:t>.</w:t>
      </w:r>
    </w:p>
    <w:p>
      <w:pPr>
        <w:spacing w:before="80" w:after="40"/>
        <w:ind w:left="216"/>
      </w:pPr>
      <w:r>
        <w:rPr>
          <w:rFonts w:ascii="Calibri" w:hAnsi="Calibri"/>
          <w:b/>
          <w:color w:val="000000"/>
          <w:sz w:val="19"/>
        </w:rPr>
        <w:t xml:space="preserve">2. </w:t>
      </w:r>
      <w:r>
        <w:rPr>
          <w:rFonts w:ascii="Calibri" w:hAnsi="Calibri"/>
          <w:b w:val="0"/>
          <w:i w:val="0"/>
          <w:color w:val="000000"/>
          <w:sz w:val="19"/>
        </w:rPr>
        <w:t xml:space="preserve">Panjang (modulus) dari vektor </w:t>
      </w:r>
      <m:oMath>
        <m:r>
          <m:t>vec</m:t>
        </m:r>
        <m:r>
          <m:t>u</m:t>
        </m:r>
        <m:r>
          <m:t>=</m:t>
        </m:r>
        <m:r>
          <m:t>5</m:t>
        </m:r>
        <m:r>
          <m:t>hat</m:t>
        </m:r>
        <m:r>
          <m:t>i</m:t>
        </m:r>
        <m:r>
          <m:t>-</m:t>
        </m:r>
        <m:r>
          <m:t>1</m:t>
        </m:r>
        <m:r>
          <m:t>2</m:t>
        </m:r>
        <m:r>
          <m:t>hat</m:t>
        </m:r>
        <m:r>
          <m:t>j</m:t>
        </m:r>
      </m:oMath>
      <w:r>
        <w:rPr>
          <w:rFonts w:ascii="Calibri" w:hAnsi="Calibri"/>
          <w:b w:val="0"/>
          <w:i w:val="0"/>
          <w:color w:val="000000"/>
          <w:sz w:val="19"/>
        </w:rPr>
        <w:t xml:space="preserve"> adalah...</w:t>
      </w:r>
    </w:p>
    <w:p>
      <w:pPr>
        <w:spacing w:before="0" w:after="20"/>
        <w:ind w:left="576"/>
      </w:pPr>
      <w:r>
        <w:rPr>
          <w:rFonts w:ascii="Calibri" w:hAnsi="Calibri"/>
          <w:b w:val="0"/>
          <w:i w:val="0"/>
          <w:color w:val="000000"/>
          <w:sz w:val="18"/>
        </w:rPr>
        <w:t>11</w:t>
      </w:r>
    </w:p>
    <w:p>
      <w:pPr>
        <w:spacing w:before="0" w:after="20"/>
        <w:ind w:left="576"/>
      </w:pPr>
      <w:r>
        <w:rPr>
          <w:rFonts w:ascii="Calibri" w:hAnsi="Calibri"/>
          <w:b w:val="0"/>
          <w:i w:val="0"/>
          <w:color w:val="000000"/>
          <w:sz w:val="18"/>
        </w:rPr>
        <w:t>13</w:t>
      </w:r>
    </w:p>
    <w:p>
      <w:pPr>
        <w:spacing w:before="0" w:after="20"/>
        <w:ind w:left="576"/>
      </w:pPr>
      <w:r>
        <w:rPr>
          <w:rFonts w:ascii="Calibri" w:hAnsi="Calibri"/>
          <w:b w:val="0"/>
          <w:i w:val="0"/>
          <w:color w:val="000000"/>
          <w:sz w:val="18"/>
        </w:rPr>
        <w:t>15</w:t>
      </w:r>
    </w:p>
    <w:p>
      <w:pPr>
        <w:spacing w:before="0" w:after="20"/>
        <w:ind w:left="576"/>
      </w:pPr>
      <w:r>
        <w:rPr>
          <w:rFonts w:ascii="Calibri" w:hAnsi="Calibri"/>
          <w:b w:val="0"/>
          <w:i w:val="0"/>
          <w:color w:val="000000"/>
          <w:sz w:val="18"/>
        </w:rPr>
        <w:t>17</w:t>
      </w:r>
    </w:p>
    <w:p>
      <w:pPr>
        <w:spacing w:before="20" w:after="80"/>
        <w:ind w:left="576"/>
      </w:pPr>
      <w:r>
        <w:rPr>
          <w:rFonts w:ascii="Calibri" w:hAnsi="Calibri"/>
          <w:i/>
          <w:color w:val="64748B"/>
          <w:sz w:val="17"/>
        </w:rPr>
        <w:t xml:space="preserve">Kunci Jawaban: B — Pembahasan: </w:t>
      </w:r>
      <m:oMath>
        <m:r>
          <m:t>|</m:t>
        </m:r>
        <m:r>
          <m:t>vec</m:t>
        </m:r>
        <m:r>
          <m:t>u</m:t>
        </m:r>
        <m:r>
          <m:t>|</m:t>
        </m:r>
        <m:r>
          <m:t>=</m:t>
        </m:r>
        <m:rad>
          <m:radPr>
            <m:degHide m:val="1"/>
          </m:radPr>
          <m:deg/>
          <m:e>
            <m:sSup>
              <m:e>
                <m:r>
                  <m:t>5</m:t>
                </m:r>
              </m:e>
              <m:sup>
                <m:r>
                  <m:t>2</m:t>
                </m:r>
              </m:sup>
            </m:sSup>
            <m:r>
              <m:t>+</m:t>
            </m:r>
            <m:r>
              <m:t>(</m:t>
            </m:r>
            <m:r>
              <m:t>-</m:t>
            </m:r>
            <m:r>
              <m:t>1</m:t>
            </m:r>
            <m:r>
              <m:t>2</m:t>
            </m:r>
            <m:sSup>
              <m:e>
                <m:r>
                  <m:t>)</m:t>
                </m:r>
              </m:e>
              <m:sup>
                <m:r>
                  <m:t>2</m:t>
                </m:r>
              </m:sup>
            </m:sSup>
          </m:e>
        </m:rad>
        <m:r>
          <m:t>=</m:t>
        </m:r>
        <m:rad>
          <m:radPr>
            <m:degHide m:val="1"/>
          </m:radPr>
          <m:deg/>
          <m:e>
            <m:r>
              <m:t>2</m:t>
            </m:r>
            <m:r>
              <m:t>5</m:t>
            </m:r>
            <m:r>
              <m:t>+</m:t>
            </m:r>
            <m:r>
              <m:t>1</m:t>
            </m:r>
            <m:r>
              <m:t>4</m:t>
            </m:r>
            <m:r>
              <m:t>4</m:t>
            </m:r>
          </m:e>
        </m:rad>
        <m:r>
          <m:t>=</m:t>
        </m:r>
        <m:rad>
          <m:radPr>
            <m:degHide m:val="1"/>
          </m:radPr>
          <m:deg/>
          <m:e>
            <m:r>
              <m:t>1</m:t>
            </m:r>
            <m:r>
              <m:t>6</m:t>
            </m:r>
            <m:r>
              <m:t>9</m:t>
            </m:r>
          </m:e>
        </m:rad>
        <m:r>
          <m:t>=</m:t>
        </m:r>
        <m:r>
          <m:t>1</m:t>
        </m:r>
        <m:r>
          <m:t>3</m:t>
        </m:r>
      </m:oMath>
      <w:r>
        <w:rPr>
          <w:rFonts w:ascii="Calibri" w:hAnsi="Calibri"/>
          <w:b w:val="0"/>
          <w:i/>
          <w:color w:val="64748B"/>
          <w:sz w:val="17"/>
        </w:rPr>
        <w:t>.</w:t>
      </w:r>
    </w:p>
    <w:p>
      <w:pPr>
        <w:spacing w:before="80" w:after="40"/>
        <w:ind w:left="216"/>
      </w:pPr>
      <w:r>
        <w:rPr>
          <w:rFonts w:ascii="Calibri" w:hAnsi="Calibri"/>
          <w:b/>
          <w:color w:val="000000"/>
          <w:sz w:val="19"/>
        </w:rPr>
        <w:t xml:space="preserve">3. </w:t>
      </w:r>
      <w:r>
        <w:rPr>
          <w:rFonts w:ascii="Calibri" w:hAnsi="Calibri"/>
          <w:b w:val="0"/>
          <w:i w:val="0"/>
          <w:color w:val="000000"/>
          <w:sz w:val="19"/>
        </w:rPr>
        <w:t xml:space="preserve">Diketahui vektor </w:t>
      </w:r>
      <m:oMath>
        <m:r>
          <m:t>vec</m:t>
        </m:r>
        <m:r>
          <m:t>p</m:t>
        </m:r>
        <m:r>
          <m:t>=</m:t>
        </m:r>
        <m:d>
          <m:dPr>
            <m:begChr m:val="("/>
            <m:endChr m:val=")"/>
          </m:dPr>
          <m:e>
            <m:m>
              <m:mr>
                <m:e>
                  <m:r>
                    <m:t>3</m:t>
                  </m:r>
                </m:e>
              </m:mr>
              <m:mr>
                <m:e>
                  <m:r>
                    <m:t>4</m:t>
                  </m:r>
                </m:e>
              </m:mr>
            </m:m>
          </m:e>
        </m:d>
      </m:oMath>
      <w:r>
        <w:rPr>
          <w:rFonts w:ascii="Calibri" w:hAnsi="Calibri"/>
          <w:b w:val="0"/>
          <w:i w:val="0"/>
          <w:color w:val="000000"/>
          <w:sz w:val="19"/>
        </w:rPr>
        <w:t xml:space="preserve"> dan </w:t>
      </w:r>
      <m:oMath>
        <m:r>
          <m:t>vec</m:t>
        </m:r>
        <m:r>
          <m:t>q</m:t>
        </m:r>
        <m:r>
          <m:t>=</m:t>
        </m:r>
        <m:d>
          <m:dPr>
            <m:begChr m:val="("/>
            <m:endChr m:val=")"/>
          </m:dPr>
          <m:e>
            <m:m>
              <m:mr>
                <m:e>
                  <m:r>
                    <m:t>6</m:t>
                  </m:r>
                </m:e>
              </m:mr>
              <m:mr>
                <m:e>
                  <m:r>
                    <m:t>-</m:t>
                  </m:r>
                  <m:r>
                    <m:t>2</m:t>
                  </m:r>
                </m:e>
              </m:mr>
            </m:m>
          </m:e>
        </m:d>
      </m:oMath>
      <w:r>
        <w:rPr>
          <w:rFonts w:ascii="Calibri" w:hAnsi="Calibri"/>
          <w:b w:val="0"/>
          <w:i w:val="0"/>
          <w:color w:val="000000"/>
          <w:sz w:val="19"/>
        </w:rPr>
        <w:t xml:space="preserve">. Nilai perkalian titik (dot product) </w:t>
      </w:r>
      <m:oMath>
        <m:r>
          <m:t>vec</m:t>
        </m:r>
        <m:r>
          <m:t>p</m:t>
        </m:r>
        <m:r>
          <m:t>·</m:t>
        </m:r>
        <m:r>
          <m:t>vec</m:t>
        </m:r>
        <m:r>
          <m:t>q</m:t>
        </m:r>
      </m:oMath>
      <w:r>
        <w:rPr>
          <w:rFonts w:ascii="Calibri" w:hAnsi="Calibri"/>
          <w:b w:val="0"/>
          <w:i w:val="0"/>
          <w:color w:val="000000"/>
          <w:sz w:val="19"/>
        </w:rPr>
        <w:t xml:space="preserve"> adalah...</w:t>
      </w:r>
    </w:p>
    <w:p>
      <w:pPr>
        <w:spacing w:before="0" w:after="20"/>
        <w:ind w:left="576"/>
      </w:pPr>
      <w:r>
        <w:rPr>
          <w:rFonts w:ascii="Calibri" w:hAnsi="Calibri"/>
          <w:b w:val="0"/>
          <w:i w:val="0"/>
          <w:color w:val="000000"/>
          <w:sz w:val="18"/>
        </w:rPr>
        <w:t>10</w:t>
      </w:r>
    </w:p>
    <w:p>
      <w:pPr>
        <w:spacing w:before="0" w:after="20"/>
        <w:ind w:left="576"/>
      </w:pPr>
      <w:r>
        <w:rPr>
          <w:rFonts w:ascii="Calibri" w:hAnsi="Calibri"/>
          <w:b w:val="0"/>
          <w:i w:val="0"/>
          <w:color w:val="000000"/>
          <w:sz w:val="18"/>
        </w:rPr>
        <w:t>12</w:t>
      </w:r>
    </w:p>
    <w:p>
      <w:pPr>
        <w:spacing w:before="0" w:after="20"/>
        <w:ind w:left="576"/>
      </w:pPr>
      <w:r>
        <w:rPr>
          <w:rFonts w:ascii="Calibri" w:hAnsi="Calibri"/>
          <w:b w:val="0"/>
          <w:i w:val="0"/>
          <w:color w:val="000000"/>
          <w:sz w:val="18"/>
        </w:rPr>
        <w:t>18</w:t>
      </w:r>
    </w:p>
    <w:p>
      <w:pPr>
        <w:spacing w:before="0" w:after="20"/>
        <w:ind w:left="576"/>
      </w:pPr>
      <w:r>
        <w:rPr>
          <w:rFonts w:ascii="Calibri" w:hAnsi="Calibri"/>
          <w:b w:val="0"/>
          <w:i w:val="0"/>
          <w:color w:val="000000"/>
          <w:sz w:val="18"/>
        </w:rPr>
        <w:t>26</w:t>
      </w:r>
    </w:p>
    <w:p>
      <w:pPr>
        <w:spacing w:before="20" w:after="80"/>
        <w:ind w:left="576"/>
      </w:pPr>
      <w:r>
        <w:rPr>
          <w:rFonts w:ascii="Calibri" w:hAnsi="Calibri"/>
          <w:i/>
          <w:color w:val="64748B"/>
          <w:sz w:val="17"/>
        </w:rPr>
        <w:t xml:space="preserve">Kunci Jawaban: A — Pembahasan: </w:t>
      </w:r>
      <m:oMath>
        <m:r>
          <m:t>vec</m:t>
        </m:r>
        <m:r>
          <m:t>p</m:t>
        </m:r>
        <m:r>
          <m:t>·</m:t>
        </m:r>
        <m:r>
          <m:t>vec</m:t>
        </m:r>
        <m:r>
          <m:t>q</m:t>
        </m:r>
        <m:r>
          <m:t>=</m:t>
        </m:r>
        <m:r>
          <m:t>(</m:t>
        </m:r>
        <m:r>
          <m:t>3</m:t>
        </m:r>
        <m:r>
          <m:t>)</m:t>
        </m:r>
        <m:r>
          <m:t>(</m:t>
        </m:r>
        <m:r>
          <m:t>6</m:t>
        </m:r>
        <m:r>
          <m:t>)</m:t>
        </m:r>
        <m:r>
          <m:t>+</m:t>
        </m:r>
        <m:r>
          <m:t>(</m:t>
        </m:r>
        <m:r>
          <m:t>4</m:t>
        </m:r>
        <m:r>
          <m:t>)</m:t>
        </m:r>
        <m:r>
          <m:t>(</m:t>
        </m:r>
        <m:r>
          <m:t>-</m:t>
        </m:r>
        <m:r>
          <m:t>2</m:t>
        </m:r>
        <m:r>
          <m:t>)</m:t>
        </m:r>
        <m:r>
          <m:t>=</m:t>
        </m:r>
        <m:r>
          <m:t>1</m:t>
        </m:r>
        <m:r>
          <m:t>8</m:t>
        </m:r>
        <m:r>
          <m:t>-</m:t>
        </m:r>
        <m:r>
          <m:t>8</m:t>
        </m:r>
        <m:r>
          <m:t>=</m:t>
        </m:r>
        <m:r>
          <m:t>1</m:t>
        </m:r>
        <m:r>
          <m:t>0</m:t>
        </m:r>
      </m:oMath>
      <w:r>
        <w:rPr>
          <w:rFonts w:ascii="Calibri" w:hAnsi="Calibri"/>
          <w:b w:val="0"/>
          <w:i/>
          <w:color w:val="64748B"/>
          <w:sz w:val="17"/>
        </w:rPr>
        <w:t>.</w:t>
      </w:r>
    </w:p>
    <w:p>
      <w:pPr>
        <w:spacing w:before="80" w:after="40"/>
        <w:ind w:left="216"/>
      </w:pPr>
      <w:r>
        <w:rPr>
          <w:rFonts w:ascii="Calibri" w:hAnsi="Calibri"/>
          <w:b/>
          <w:color w:val="000000"/>
          <w:sz w:val="19"/>
        </w:rPr>
        <w:t xml:space="preserve">4. </w:t>
      </w:r>
      <w:r>
        <w:rPr>
          <w:rFonts w:ascii="Calibri" w:hAnsi="Calibri"/>
          <w:b w:val="0"/>
          <w:i w:val="0"/>
          <w:color w:val="000000"/>
          <w:sz w:val="19"/>
        </w:rPr>
        <w:t xml:space="preserve">Jika vektor </w:t>
      </w:r>
      <m:oMath>
        <m:r>
          <m:t>vec</m:t>
        </m:r>
        <m:r>
          <m:t>u</m:t>
        </m:r>
        <m:r>
          <m:t>=</m:t>
        </m:r>
        <m:d>
          <m:dPr>
            <m:begChr m:val="("/>
            <m:endChr m:val=")"/>
          </m:dPr>
          <m:e>
            <m:m>
              <m:mr>
                <m:e>
                  <m:r>
                    <m:t>x</m:t>
                  </m:r>
                </m:e>
              </m:mr>
              <m:mr>
                <m:e>
                  <m:r>
                    <m:t>6</m:t>
                  </m:r>
                </m:e>
              </m:mr>
            </m:m>
          </m:e>
        </m:d>
      </m:oMath>
      <w:r>
        <w:rPr>
          <w:rFonts w:ascii="Calibri" w:hAnsi="Calibri"/>
          <w:b w:val="0"/>
          <w:i w:val="0"/>
          <w:color w:val="000000"/>
          <w:sz w:val="19"/>
        </w:rPr>
        <w:t xml:space="preserve"> tegak lurus (ortogonal) dengan vektor </w:t>
      </w:r>
      <m:oMath>
        <m:r>
          <m:t>vec</m:t>
        </m:r>
        <m:r>
          <m:t>v</m:t>
        </m:r>
        <m:r>
          <m:t>=</m:t>
        </m:r>
        <m:d>
          <m:dPr>
            <m:begChr m:val="("/>
            <m:endChr m:val=")"/>
          </m:dPr>
          <m:e>
            <m:m>
              <m:mr>
                <m:e>
                  <m:r>
                    <m:t>4</m:t>
                  </m:r>
                </m:e>
              </m:mr>
              <m:mr>
                <m:e>
                  <m:r>
                    <m:t>-</m:t>
                  </m:r>
                  <m:r>
                    <m:t>2</m:t>
                  </m:r>
                </m:e>
              </m:mr>
            </m:m>
          </m:e>
        </m:d>
      </m:oMath>
      <w:r>
        <w:rPr>
          <w:rFonts w:ascii="Calibri" w:hAnsi="Calibri"/>
          <w:b w:val="0"/>
          <w:i w:val="0"/>
          <w:color w:val="000000"/>
          <w:sz w:val="19"/>
        </w:rPr>
        <w:t xml:space="preserve">, nilai </w:t>
      </w:r>
      <m:oMath>
        <m:r>
          <m:t>x</m:t>
        </m:r>
      </m:oMath>
      <w:r>
        <w:rPr>
          <w:rFonts w:ascii="Calibri" w:hAnsi="Calibri"/>
          <w:b w:val="0"/>
          <w:i w:val="0"/>
          <w:color w:val="000000"/>
          <w:sz w:val="19"/>
        </w:rPr>
        <w:t xml:space="preserve"> adalah...</w:t>
      </w:r>
    </w:p>
    <w:p>
      <w:pPr>
        <w:spacing w:before="0" w:after="20"/>
        <w:ind w:left="576"/>
      </w:pPr>
      <w:r>
        <w:rPr>
          <w:rFonts w:ascii="Calibri" w:hAnsi="Calibri"/>
          <w:b w:val="0"/>
          <w:i w:val="0"/>
          <w:color w:val="000000"/>
          <w:sz w:val="18"/>
        </w:rPr>
        <w:t>2</w:t>
      </w:r>
    </w:p>
    <w:p>
      <w:pPr>
        <w:spacing w:before="0" w:after="20"/>
        <w:ind w:left="576"/>
      </w:pPr>
      <w:r>
        <w:rPr>
          <w:rFonts w:ascii="Calibri" w:hAnsi="Calibri"/>
          <w:b w:val="0"/>
          <w:i w:val="0"/>
          <w:color w:val="000000"/>
          <w:sz w:val="18"/>
        </w:rPr>
        <w:t>3</w:t>
      </w:r>
    </w:p>
    <w:p>
      <w:pPr>
        <w:spacing w:before="0" w:after="20"/>
        <w:ind w:left="576"/>
      </w:pPr>
      <w:r>
        <w:rPr>
          <w:rFonts w:ascii="Calibri" w:hAnsi="Calibri"/>
          <w:b w:val="0"/>
          <w:i w:val="0"/>
          <w:color w:val="000000"/>
          <w:sz w:val="18"/>
        </w:rPr>
        <w:t>4</w:t>
      </w:r>
    </w:p>
    <w:p>
      <w:pPr>
        <w:spacing w:before="0" w:after="20"/>
        <w:ind w:left="576"/>
      </w:pPr>
      <w:r>
        <w:rPr>
          <w:rFonts w:ascii="Calibri" w:hAnsi="Calibri"/>
          <w:b w:val="0"/>
          <w:i w:val="0"/>
          <w:color w:val="000000"/>
          <w:sz w:val="18"/>
        </w:rPr>
        <w:t>5</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Dua vektor saling tegak lurus jika </w:t>
      </w:r>
      <m:oMath>
        <m:r>
          <m:t>vec</m:t>
        </m:r>
        <m:r>
          <m:t>u</m:t>
        </m:r>
        <m:r>
          <m:t>·</m:t>
        </m:r>
        <m:r>
          <m:t>vec</m:t>
        </m:r>
        <m:r>
          <m:t>v</m:t>
        </m:r>
        <m:r>
          <m:t>=</m:t>
        </m:r>
        <m:r>
          <m:t>0</m:t>
        </m:r>
      </m:oMath>
      <w:r>
        <w:rPr>
          <w:rFonts w:ascii="Calibri" w:hAnsi="Calibri"/>
          <w:b w:val="0"/>
          <w:i/>
          <w:color w:val="64748B"/>
          <w:sz w:val="17"/>
        </w:rPr>
        <w:t xml:space="preserve">. Maka </w:t>
      </w:r>
      <m:oMath>
        <m:r>
          <m:t>4</m:t>
        </m:r>
        <m:r>
          <m:t>x</m:t>
        </m:r>
        <m:r>
          <m:t>+</m:t>
        </m:r>
        <m:r>
          <m:t>6</m:t>
        </m:r>
        <m:r>
          <m:t>(</m:t>
        </m:r>
        <m:r>
          <m:t>-</m:t>
        </m:r>
        <m:r>
          <m:t>2</m:t>
        </m:r>
        <m:r>
          <m:t>)</m:t>
        </m:r>
        <m:r>
          <m:t>=</m:t>
        </m:r>
        <m:r>
          <m:t>0</m:t>
        </m:r>
        <m:r>
          <m:t>→</m:t>
        </m:r>
        <m:r>
          <m:t>4</m:t>
        </m:r>
        <m:r>
          <m:t>x</m:t>
        </m:r>
        <m:r>
          <m:t>-</m:t>
        </m:r>
        <m:r>
          <m:t>1</m:t>
        </m:r>
        <m:r>
          <m:t>2</m:t>
        </m:r>
        <m:r>
          <m:t>=</m:t>
        </m:r>
        <m:r>
          <m:t>0</m:t>
        </m:r>
        <m:r>
          <m:t>→</m:t>
        </m:r>
        <m:r>
          <m:t>4</m:t>
        </m:r>
        <m:r>
          <m:t>x</m:t>
        </m:r>
        <m:r>
          <m:t>=</m:t>
        </m:r>
        <m:r>
          <m:t>1</m:t>
        </m:r>
        <m:r>
          <m:t>2</m:t>
        </m:r>
        <m:r>
          <m:t>→</m:t>
        </m:r>
        <m:r>
          <m:t>x</m:t>
        </m:r>
        <m:r>
          <m:t>=</m:t>
        </m:r>
        <m:r>
          <m:t>3</m:t>
        </m:r>
      </m:oMath>
      <w:r>
        <w:rPr>
          <w:rFonts w:ascii="Calibri" w:hAnsi="Calibri"/>
          <w:b w:val="0"/>
          <w:i/>
          <w:color w:val="64748B"/>
          <w:sz w:val="17"/>
        </w:rPr>
        <w:t>.</w:t>
      </w:r>
    </w:p>
    <w:p>
      <w:pPr>
        <w:spacing w:before="80" w:after="40"/>
        <w:ind w:left="216"/>
      </w:pPr>
      <w:r>
        <w:rPr>
          <w:rFonts w:ascii="Calibri" w:hAnsi="Calibri"/>
          <w:b/>
          <w:color w:val="000000"/>
          <w:sz w:val="19"/>
        </w:rPr>
        <w:t xml:space="preserve">5. </w:t>
      </w:r>
      <w:r>
        <w:rPr>
          <w:rFonts w:ascii="Calibri" w:hAnsi="Calibri"/>
          <w:b w:val="0"/>
          <w:i w:val="0"/>
          <w:color w:val="000000"/>
          <w:sz w:val="19"/>
        </w:rPr>
        <w:t xml:space="preserve">Sudut antara vektor </w:t>
      </w:r>
      <m:oMath>
        <m:r>
          <m:t>vec</m:t>
        </m:r>
        <m:r>
          <m:t>a</m:t>
        </m:r>
        <m:r>
          <m:t>=</m:t>
        </m:r>
        <m:d>
          <m:dPr>
            <m:begChr m:val="("/>
            <m:endChr m:val=")"/>
          </m:dPr>
          <m:e>
            <m:m>
              <m:mr>
                <m:e>
                  <m:r>
                    <m:t>1</m:t>
                  </m:r>
                </m:e>
              </m:mr>
              <m:mr>
                <m:e>
                  <m:r>
                    <m:t>1</m:t>
                  </m:r>
                </m:e>
              </m:mr>
            </m:m>
          </m:e>
        </m:d>
      </m:oMath>
      <w:r>
        <w:rPr>
          <w:rFonts w:ascii="Calibri" w:hAnsi="Calibri"/>
          <w:b w:val="0"/>
          <w:i w:val="0"/>
          <w:color w:val="000000"/>
          <w:sz w:val="19"/>
        </w:rPr>
        <w:t xml:space="preserve"> dan </w:t>
      </w:r>
      <m:oMath>
        <m:r>
          <m:t>vec</m:t>
        </m:r>
        <m:r>
          <m:t>b</m:t>
        </m:r>
        <m:r>
          <m:t>=</m:t>
        </m:r>
        <m:d>
          <m:dPr>
            <m:begChr m:val="("/>
            <m:endChr m:val=")"/>
          </m:dPr>
          <m:e>
            <m:m>
              <m:mr>
                <m:e>
                  <m:r>
                    <m:t>0</m:t>
                  </m:r>
                </m:e>
              </m:mr>
              <m:mr>
                <m:e>
                  <m:r>
                    <m:t>2</m:t>
                  </m:r>
                </m:e>
              </m:mr>
            </m:m>
          </m:e>
        </m:d>
      </m:oMath>
      <w:r>
        <w:rPr>
          <w:rFonts w:ascii="Calibri" w:hAnsi="Calibri"/>
          <w:b w:val="0"/>
          <w:i w:val="0"/>
          <w:color w:val="000000"/>
          <w:sz w:val="19"/>
        </w:rPr>
        <w:t xml:space="preserve"> adalah...</w:t>
      </w:r>
    </w:p>
    <w:p>
      <w:pPr>
        <w:spacing w:before="0" w:after="20"/>
        <w:ind w:left="576"/>
      </w:pPr>
      <m:oMath>
        <m:r>
          <m:t>3</m:t>
        </m:r>
        <m:sSup>
          <m:e>
            <m:r>
              <m:t>0</m:t>
            </m:r>
          </m:e>
          <m:sup>
            <m:r>
              <m:t>°</m:t>
            </m:r>
          </m:sup>
        </m:sSup>
      </m:oMath>
    </w:p>
    <w:p>
      <w:pPr>
        <w:spacing w:before="0" w:after="20"/>
        <w:ind w:left="576"/>
      </w:pPr>
      <m:oMath>
        <m:r>
          <m:t>4</m:t>
        </m:r>
        <m:sSup>
          <m:e>
            <m:r>
              <m:t>5</m:t>
            </m:r>
          </m:e>
          <m:sup>
            <m:r>
              <m:t>°</m:t>
            </m:r>
          </m:sup>
        </m:sSup>
      </m:oMath>
    </w:p>
    <w:p>
      <w:pPr>
        <w:spacing w:before="0" w:after="20"/>
        <w:ind w:left="576"/>
      </w:pPr>
      <m:oMath>
        <m:r>
          <m:t>6</m:t>
        </m:r>
        <m:sSup>
          <m:e>
            <m:r>
              <m:t>0</m:t>
            </m:r>
          </m:e>
          <m:sup>
            <m:r>
              <m:t>°</m:t>
            </m:r>
          </m:sup>
        </m:sSup>
      </m:oMath>
    </w:p>
    <w:p>
      <w:pPr>
        <w:spacing w:before="0" w:after="20"/>
        <w:ind w:left="576"/>
      </w:pPr>
      <m:oMath>
        <m:r>
          <m:t>9</m:t>
        </m:r>
        <m:sSup>
          <m:e>
            <m:r>
              <m:t>0</m:t>
            </m:r>
          </m:e>
          <m:sup>
            <m:r>
              <m:t>°</m:t>
            </m:r>
          </m:sup>
        </m:sSup>
      </m:oMath>
    </w:p>
    <w:p>
      <w:pPr>
        <w:spacing w:before="20" w:after="80"/>
        <w:ind w:left="576"/>
      </w:pPr>
      <w:r>
        <w:rPr>
          <w:rFonts w:ascii="Calibri" w:hAnsi="Calibri"/>
          <w:i/>
          <w:color w:val="64748B"/>
          <w:sz w:val="17"/>
        </w:rPr>
        <w:t xml:space="preserve">Kunci Jawaban: B — Pembahasan: </w:t>
      </w:r>
      <m:oMath>
        <m:r>
          <m:t>vec</m:t>
        </m:r>
        <m:r>
          <m:t>a</m:t>
        </m:r>
        <m:r>
          <m:t>·</m:t>
        </m:r>
        <m:r>
          <m:t>vec</m:t>
        </m:r>
        <m:r>
          <m:t>b</m:t>
        </m:r>
        <m:r>
          <m:t>=</m:t>
        </m:r>
        <m:r>
          <m:t>1</m:t>
        </m:r>
        <m:r>
          <m:t>(</m:t>
        </m:r>
        <m:r>
          <m:t>0</m:t>
        </m:r>
        <m:r>
          <m:t>)</m:t>
        </m:r>
        <m:r>
          <m:t>+</m:t>
        </m:r>
        <m:r>
          <m:t>1</m:t>
        </m:r>
        <m:r>
          <m:t>(</m:t>
        </m:r>
        <m:r>
          <m:t>2</m:t>
        </m:r>
        <m:r>
          <m:t>)</m:t>
        </m:r>
        <m:r>
          <m:t>=</m:t>
        </m:r>
        <m:r>
          <m:t>2</m:t>
        </m:r>
      </m:oMath>
      <w:r>
        <w:rPr>
          <w:rFonts w:ascii="Calibri" w:hAnsi="Calibri"/>
          <w:b w:val="0"/>
          <w:i/>
          <w:color w:val="64748B"/>
          <w:sz w:val="17"/>
        </w:rPr>
        <w:t xml:space="preserve">. </w:t>
      </w:r>
      <m:oMath>
        <m:r>
          <m:t>|</m:t>
        </m:r>
        <m:r>
          <m:t>vec</m:t>
        </m:r>
        <m:r>
          <m:t>a</m:t>
        </m:r>
        <m:r>
          <m:t>|</m:t>
        </m:r>
        <m:r>
          <m:t>=</m:t>
        </m:r>
        <m:rad>
          <m:radPr>
            <m:degHide m:val="1"/>
          </m:radPr>
          <m:deg/>
          <m:e>
            <m:r>
              <m:t>1</m:t>
            </m:r>
            <m:r>
              <m:t>+</m:t>
            </m:r>
            <m:r>
              <m:t>1</m:t>
            </m:r>
          </m:e>
        </m:rad>
        <m:r>
          <m:t>=</m:t>
        </m:r>
        <m:rad>
          <m:radPr>
            <m:degHide m:val="1"/>
          </m:radPr>
          <m:deg/>
          <m:e>
            <m:r>
              <m:t>2</m:t>
            </m:r>
          </m:e>
        </m:rad>
      </m:oMath>
      <w:r>
        <w:rPr>
          <w:rFonts w:ascii="Calibri" w:hAnsi="Calibri"/>
          <w:b w:val="0"/>
          <w:i/>
          <w:color w:val="64748B"/>
          <w:sz w:val="17"/>
        </w:rPr>
        <w:t xml:space="preserve">, </w:t>
      </w:r>
      <m:oMath>
        <m:r>
          <m:t>|</m:t>
        </m:r>
        <m:r>
          <m:t>vec</m:t>
        </m:r>
        <m:r>
          <m:t>b</m:t>
        </m:r>
        <m:r>
          <m:t>|</m:t>
        </m:r>
        <m:r>
          <m:t>=</m:t>
        </m:r>
        <m:rad>
          <m:radPr>
            <m:degHide m:val="1"/>
          </m:radPr>
          <m:deg/>
          <m:e>
            <m:r>
              <m:t>0</m:t>
            </m:r>
            <m:r>
              <m:t>+</m:t>
            </m:r>
            <m:r>
              <m:t>4</m:t>
            </m:r>
          </m:e>
        </m:rad>
        <m:r>
          <m:t>=</m:t>
        </m:r>
        <m:r>
          <m:t>2</m:t>
        </m:r>
      </m:oMath>
      <w:r>
        <w:rPr>
          <w:rFonts w:ascii="Calibri" w:hAnsi="Calibri"/>
          <w:b w:val="0"/>
          <w:i/>
          <w:color w:val="64748B"/>
          <w:sz w:val="17"/>
        </w:rPr>
        <w:t xml:space="preserve">. </w:t>
      </w:r>
      <m:oMath>
        <m:r>
          <m:t>cos </m:t>
        </m:r>
        <m:r>
          <m:t>θ</m:t>
        </m:r>
        <m:r>
          <m:t>=</m:t>
        </m:r>
        <m:f>
          <m:fPr>
            <m:type m:val="bar"/>
          </m:fPr>
          <m:num>
            <m:r>
              <m:t>2</m:t>
            </m:r>
          </m:num>
          <m:den>
            <m:r>
              <m:t>2</m:t>
            </m:r>
            <m:rad>
              <m:radPr>
                <m:degHide m:val="1"/>
              </m:radPr>
              <m:deg/>
              <m:e>
                <m:r>
                  <m:t>2</m:t>
                </m:r>
              </m:e>
            </m:rad>
          </m:den>
        </m:f>
        <m:r>
          <m:t>=</m:t>
        </m:r>
        <m:f>
          <m:fPr>
            <m:type m:val="bar"/>
          </m:fPr>
          <m:num>
            <m:r>
              <m:t>1</m:t>
            </m:r>
          </m:num>
          <m:den>
            <m:rad>
              <m:radPr>
                <m:degHide m:val="1"/>
              </m:radPr>
              <m:deg/>
              <m:e>
                <m:r>
                  <m:t>2</m:t>
                </m:r>
              </m:e>
            </m:rad>
          </m:den>
        </m:f>
        <m:r>
          <m:t>=</m:t>
        </m:r>
        <m:f>
          <m:fPr>
            <m:type m:val="bar"/>
          </m:fPr>
          <m:num>
            <m:r>
              <m:t>1</m:t>
            </m:r>
          </m:num>
          <m:den>
            <m:r>
              <m:t>2</m:t>
            </m:r>
          </m:den>
        </m:f>
        <m:rad>
          <m:radPr>
            <m:degHide m:val="1"/>
          </m:radPr>
          <m:deg/>
          <m:e>
            <m:r>
              <m:t>2</m:t>
            </m:r>
          </m:e>
        </m:rad>
        <m:r>
          <m:t>→</m:t>
        </m:r>
        <m:r>
          <m:t>θ</m:t>
        </m:r>
        <m:r>
          <m:t>=</m:t>
        </m:r>
        <m:r>
          <m:t>4</m:t>
        </m:r>
        <m:sSup>
          <m:e>
            <m:r>
              <m:t>5</m:t>
            </m:r>
          </m:e>
          <m:sup>
            <m:r>
              <m:t>°</m:t>
            </m:r>
          </m:sup>
        </m:sSup>
      </m:oMath>
      <w:r>
        <w:rPr>
          <w:rFonts w:ascii="Calibri" w:hAnsi="Calibri"/>
          <w:b w:val="0"/>
          <w:i/>
          <w:color w:val="64748B"/>
          <w:sz w:val="17"/>
        </w:rPr>
        <w:t>.</w:t>
      </w:r>
    </w:p>
    <w:p>
      <w:r>
        <w:br w:type="page"/>
      </w:r>
    </w:p>
    <w:p>
      <w:pPr>
        <w:pStyle w:val="Title"/>
      </w:pPr>
      <w:r>
        <w:t>LEMBAR KERJA PESERTA DIDIK (LKPD)</w:t>
      </w:r>
    </w:p>
    <w:p>
      <w:pPr>
        <w:pStyle w:val="Subtitle"/>
      </w:pPr>
      <w:r>
        <w:t>Mata Pelajaran: Matematika • Bab 3: Vektor dan Operasinya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Pengertian dan Notasi Vektor Dimensi Dua ($R^2$)</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besaran skalar dan vektor, menuliskan notasi vektor kolom, basis, dan vektor posisi titik.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Operasi Penjumlahan dan Pengurangan Vektor</w:t>
      </w:r>
    </w:p>
    <w:p>
      <w:pPr>
        <w:spacing w:before="20" w:after="60"/>
        <w:ind w:left="216"/>
      </w:pPr>
      <w:r>
        <w:rPr>
          <w:rFonts w:ascii="Calibri" w:hAnsi="Calibri"/>
          <w:color w:val="000000"/>
          <w:sz w:val="18"/>
        </w:rPr>
        <w:t xml:space="preserve">Petunjuk: </w:t>
      </w:r>
      <w:r>
        <w:rPr>
          <w:rFonts w:ascii="Calibri" w:hAnsi="Calibri"/>
          <w:b w:val="0"/>
          <w:i w:val="0"/>
          <w:color w:val="000000"/>
          <w:sz w:val="18"/>
        </w:rPr>
        <w:t>Menentukan resultan vektor secara grafis (segitiga/poligon) dan aljabar analitis antarkomponen horizontal dan vertikal.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Panjang Vektor dan Vektor Satuan</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Menghitung panjang (modulus) vektor </w:t>
      </w:r>
      <m:oMath>
        <m:r>
          <m:t>|</m:t>
        </m:r>
        <m:r>
          <m:t>vec</m:t>
        </m:r>
        <m:r>
          <m:t>v</m:t>
        </m:r>
        <m:r>
          <m:t>|</m:t>
        </m:r>
        <m:r>
          <m:t>=</m:t>
        </m:r>
        <m:rad>
          <m:radPr>
            <m:degHide m:val="1"/>
          </m:radPr>
          <m:deg/>
          <m:e>
            <m:sSup>
              <m:e>
                <m:r>
                  <m:t>x</m:t>
                </m:r>
              </m:e>
              <m:sup>
                <m:r>
                  <m:t>2</m:t>
                </m:r>
              </m:sup>
            </m:sSup>
            <m:r>
              <m:t>+</m:t>
            </m:r>
            <m:sSup>
              <m:e>
                <m:r>
                  <m:t>y</m:t>
                </m:r>
              </m:e>
              <m:sup>
                <m:r>
                  <m:t>2</m:t>
                </m:r>
              </m:sup>
            </m:sSup>
          </m:e>
        </m:rad>
      </m:oMath>
      <w:r>
        <w:rPr>
          <w:rFonts w:ascii="Calibri" w:hAnsi="Calibri"/>
          <w:b w:val="0"/>
          <w:i w:val="0"/>
          <w:color w:val="000000"/>
          <w:sz w:val="18"/>
        </w:rPr>
        <w:t xml:space="preserve"> serta menentukan vektor satuan searah </w:t>
      </w:r>
      <m:oMath>
        <m:r>
          <m:t>hat</m:t>
        </m:r>
        <m:r>
          <m:t>v</m:t>
        </m:r>
        <m:r>
          <m:t>=</m:t>
        </m:r>
        <m:f>
          <m:fPr>
            <m:type m:val="bar"/>
          </m:fPr>
          <m:num>
            <m:r>
              <m:t>vec</m:t>
            </m:r>
            <m:r>
              <m:t>v</m:t>
            </m:r>
          </m:num>
          <m:den>
            <m:r>
              <m:t>|</m:t>
            </m:r>
            <m:r>
              <m:t>vec</m:t>
            </m:r>
            <m:r>
              <m:t>v</m:t>
            </m:r>
            <m:r>
              <m:t>|</m:t>
            </m:r>
          </m:den>
        </m:f>
      </m:oMath>
      <w:r>
        <w:rPr>
          <w:rFonts w:ascii="Calibri" w:hAnsi="Calibri"/>
          <w:b w:val="0"/>
          <w:i w:val="0"/>
          <w:color w:val="000000"/>
          <w:sz w:val="18"/>
        </w:rPr>
        <w: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Perkalian Skalar Dua Vektor (Dot Product) dan Sudut</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Menerapkan rumus </w:t>
      </w:r>
      <m:oMath>
        <m:r>
          <m:t>vec</m:t>
        </m:r>
        <m:r>
          <m:t>u</m:t>
        </m:r>
        <m:r>
          <m:t>·</m:t>
        </m:r>
        <m:r>
          <m:t>vec</m:t>
        </m:r>
        <m:r>
          <m:t>v</m:t>
        </m:r>
        <m:r>
          <m:t>=</m:t>
        </m:r>
        <m:sSub>
          <m:e>
            <m:r>
              <m:t>x</m:t>
            </m:r>
          </m:e>
          <m:sub>
            <m:r>
              <m:t>1</m:t>
            </m:r>
          </m:sub>
        </m:sSub>
        <m:sSub>
          <m:e>
            <m:r>
              <m:t>x</m:t>
            </m:r>
          </m:e>
          <m:sub>
            <m:r>
              <m:t>2</m:t>
            </m:r>
          </m:sub>
        </m:sSub>
        <m:r>
          <m:t>+</m:t>
        </m:r>
        <m:sSub>
          <m:e>
            <m:r>
              <m:t>y</m:t>
            </m:r>
          </m:e>
          <m:sub>
            <m:r>
              <m:t>1</m:t>
            </m:r>
          </m:sub>
        </m:sSub>
        <m:sSub>
          <m:e>
            <m:r>
              <m:t>y</m:t>
            </m:r>
          </m:e>
          <m:sub>
            <m:r>
              <m:t>2</m:t>
            </m:r>
          </m:sub>
        </m:sSub>
      </m:oMath>
      <w:r>
        <w:rPr>
          <w:rFonts w:ascii="Calibri" w:hAnsi="Calibri"/>
          <w:b w:val="0"/>
          <w:i w:val="0"/>
          <w:color w:val="000000"/>
          <w:sz w:val="18"/>
        </w:rPr>
        <w:t xml:space="preserve"> untuk mencari kosinus sudut apit dan proyeksi vektor.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Vektor merupakan entitas matematika yang memiliki nilai (panjang) dan arah orientasi tertentu. Dalam fisika dan keteknikan, vektor digunakan untuk merepresentasikan gaya, kecepatan, percepatan, dan perpindahan objek secara presisi dalam koordinat Cartesius.</w:t>
      </w:r>
    </w:p>
    <w:p>
      <w:pPr>
        <w:spacing w:before="40" w:after="60" w:line="276" w:lineRule="auto"/>
      </w:pPr>
      <w:r>
        <w:rPr>
          <w:rFonts w:ascii="Calibri" w:hAnsi="Calibri"/>
          <w:b w:val="0"/>
          <w:i w:val="0"/>
          <w:color w:val="000000"/>
          <w:sz w:val="19"/>
        </w:rPr>
        <w:t>Operasi vektor secara geometris menerapkan metode segitiga dan jajaran genjang, sedangkan secara aljabar dilakukan melalui penjumlahan dan pengurangan komponen searah sumbu koordinat. Pemahaman vektor satuan (i, j) memudahkan dekomposisi gerak dua dimensi.</w:t>
      </w:r>
    </w:p>
    <w:p>
      <w:pPr>
        <w:spacing w:before="40" w:after="60" w:line="276" w:lineRule="auto"/>
      </w:pPr>
      <w:r>
        <w:rPr>
          <w:rFonts w:ascii="Calibri" w:hAnsi="Calibri"/>
          <w:b w:val="0"/>
          <w:i w:val="0"/>
          <w:color w:val="000000"/>
          <w:sz w:val="19"/>
        </w:rPr>
        <w:t>Perkalian titik (dot product) antardua vektor menghasilkan besaran skalar yang menghubungkan besar kedua vektor dengan kosinus sudut apitnya. Konsep ini digunakan untuk menguji keortogonalan (ketegaklurusan) dua vektor dan menghitung proyeksi skalar ortogonal.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Vektor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Besaran yang ditentukan oleh nilai besar (magnitudo) dan arah pergerakan tertentu.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Vektor Posisi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Vektor yang memiliki titik pangkal pada pusat koordinat </w:t>
            </w:r>
            <m:oMath>
              <m:r>
                <m:t>O</m:t>
              </m:r>
              <m:r>
                <m:t>(</m:t>
              </m:r>
              <m:r>
                <m:t>0</m:t>
              </m:r>
              <m:r>
                <m:t>,</m:t>
              </m:r>
              <m:r>
                <m:t>0</m:t>
              </m:r>
              <m:r>
                <m:t>)</m:t>
              </m:r>
            </m:oMath>
            <w:r>
              <w:rPr>
                <w:rFonts w:ascii="Calibri" w:hAnsi="Calibri"/>
                <w:b w:val="0"/>
                <w:i w:val="0"/>
                <w:color w:val="000000"/>
                <w:sz w:val="18"/>
              </w:rPr>
              <w:t xml:space="preserve"> dan titik ujung pada koordinat tertentu.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Vektor Satuan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Vektor yang memiliki panjang (magnitudo) tepat satu satuan dan berfungsi menunjukkan arah.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Resultan Vektor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Vektor tunggal yang merupakan hasil gabungan dari penjumlahan dua atau lebih vektor penyusun.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Dot Product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Operasi perkalian aljabar dua vektor yang menghasilkan nilai skalar: </w:t>
            </w:r>
            <m:oMath>
              <m:r>
                <m:t>vec</m:t>
              </m:r>
              <m:r>
                <m:t>a</m:t>
              </m:r>
              <m:r>
                <m:t>·</m:t>
              </m:r>
              <m:r>
                <m:t>vec</m:t>
              </m:r>
              <m:r>
                <m:t>b</m:t>
              </m:r>
              <m:r>
                <m:t>=</m:t>
              </m:r>
              <m:r>
                <m:t>|</m:t>
              </m:r>
              <m:r>
                <m:t>vec</m:t>
              </m:r>
              <m:r>
                <m:t>a</m:t>
              </m:r>
              <m:r>
                <m:t>|</m:t>
              </m:r>
              <m:r>
                <m:t>|</m:t>
              </m:r>
              <m:r>
                <m:t>vec</m:t>
              </m:r>
              <m:r>
                <m:t>b</m:t>
              </m:r>
              <m:r>
                <m:t>|</m:t>
              </m:r>
              <m:r>
                <m:t>cos </m:t>
              </m:r>
              <m:r>
                <m:t>θ</m:t>
              </m:r>
            </m:oMath>
            <w:r>
              <w:rPr>
                <w:rFonts w:ascii="Calibri" w:hAnsi="Calibri"/>
                <w:b w:val="0"/>
                <w:i w:val="0"/>
                <w:color w:val="000000"/>
                <w:sz w:val="18"/>
              </w:rPr>
              <w:t>.</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