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Barisan dan Deret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suku ke-n dan jumlah n suku pertama dari barisan aritmetika dan geometri.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menyelesaikan masalah limit jumlahan deret geometri tak hingga konvergen.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konsep barisan dan deret dalam literasi keuangan (bunga tunggal, bunga majemuk, dan anuitas).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pola bilangan, barisan dan deret aritmetika, barisan dan deret geometri, deret geometri tak hingga konvergen, serta aplikasi bunga tunggal dan bunga majemuk.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Barisan dan Deret Aritmetika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beda, rumus suku ke-n (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), dan jumlah n suku pertama (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pada barisan dengan selisih konstan.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Barisan dan Deret Geometri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rasio suku, menghitung nilai suku ke-n, dan merumuskan jumlah deret geometri berhingga.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Deret Geometri Tak Hingga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jumlah deret geometri konvergen (</w:t>
      </w:r>
      <m:oMath>
        <m:sSub>
          <m:e>
            <m:r>
              <m:t>S</m:t>
            </m:r>
          </m:e>
          <m:sub>
            <m:r>
              <m:t>∞</m:t>
            </m:r>
          </m:sub>
        </m:sSub>
        <m: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1</m:t>
            </m:r>
            <m:r>
              <m:t>-</m:t>
            </m:r>
            <m:r>
              <m:t>r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) pada lintasan pantulan bola dan geometri fraktal.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Penerapan Finansial: Bunga Tunggal, Majemuk, dan Anuitas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Memodelkan pertumbuhan tabungan perbankan, penyusutan nilai mesin, dan simulasi cicilan kredit.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Diketahui suku ke-3 barisan aritmetika adalah 14 dan suku ke-7 adalah 26. Jumlah 20 suku pertama barisan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680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770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m:oMath>
        <m:sSub>
          <m:e>
            <m:r>
              <m:t>U</m:t>
            </m:r>
          </m:e>
          <m:sub>
            <m:r>
              <m:t>7</m:t>
            </m:r>
          </m:sub>
        </m:sSub>
        <m:r>
          <m:t>-</m:t>
        </m:r>
        <m:sSub>
          <m:e>
            <m:r>
              <m:t>U</m:t>
            </m:r>
          </m:e>
          <m:sub>
            <m:r>
              <m:t>3</m:t>
            </m:r>
          </m:sub>
        </m:sSub>
        <m:r>
          <m:t>=</m:t>
        </m:r>
        <m:r>
          <m:t>4</m:t>
        </m:r>
        <m:r>
          <m:t>b</m:t>
        </m:r>
        <m:r>
          <m:t>→</m:t>
        </m:r>
        <m:r>
          <m:t>2</m:t>
        </m:r>
        <m:r>
          <m:t>6</m:t>
        </m:r>
        <m:r>
          <m:t>-</m:t>
        </m:r>
        <m:r>
          <m:t>1</m:t>
        </m:r>
        <m:r>
          <m:t>4</m:t>
        </m:r>
        <m:r>
          <m:t>=</m:t>
        </m:r>
        <m:r>
          <m:t>1</m:t>
        </m:r>
        <m:r>
          <m:t>2</m:t>
        </m:r>
        <m:r>
          <m:t>→</m:t>
        </m:r>
        <m:r>
          <m:t>b</m:t>
        </m:r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t>=</m:t>
        </m:r>
        <m:r>
          <m:t>a</m:t>
        </m:r>
        <m:r>
          <m:t>+</m:t>
        </m:r>
        <m:r>
          <m:t>2</m:t>
        </m:r>
        <m:r>
          <m:t>(</m:t>
        </m:r>
        <m:r>
          <m:t>3</m:t>
        </m:r>
        <m:r>
          <m:t>)</m:t>
        </m:r>
        <m:r>
          <m:t>=</m:t>
        </m:r>
        <m:r>
          <m:t>1</m:t>
        </m:r>
        <m:r>
          <m:t>4</m:t>
        </m:r>
        <m:r>
          <m:t>→</m:t>
        </m:r>
        <m:r>
          <m:t>a</m:t>
        </m:r>
        <m:r>
          <m:t>=</m:t>
        </m:r>
        <m:r>
          <m:t>8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sSub>
          <m:e>
            <m:r>
              <m:t>S</m:t>
            </m:r>
          </m:e>
          <m:sub>
            <m:r>
              <m:t>2</m:t>
            </m:r>
            <m:r>
              <m:t>0</m:t>
            </m:r>
          </m:sub>
        </m:sSub>
        <m:r>
          <m:t>=</m:t>
        </m:r>
        <m:f>
          <m:fPr>
            <m:type m:val="bar"/>
          </m:fPr>
          <m:num>
            <m:r>
              <m:t>2</m:t>
            </m:r>
            <m:r>
              <m:t>0</m:t>
            </m:r>
          </m:num>
          <m:den>
            <m:r>
              <m:t>2</m:t>
            </m:r>
          </m:den>
        </m:f>
        <m:r>
          <m:t>[</m:t>
        </m:r>
        <m:r>
          <m:t>2</m:t>
        </m:r>
        <m:r>
          <m:t>(</m:t>
        </m:r>
        <m:r>
          <m:t>8</m:t>
        </m:r>
        <m:r>
          <m:t>)</m:t>
        </m:r>
        <m:r>
          <m:t>+</m:t>
        </m:r>
        <m:r>
          <m:t>(</m:t>
        </m:r>
        <m:r>
          <m:t>1</m:t>
        </m:r>
        <m:r>
          <m:t>9</m:t>
        </m:r>
        <m:r>
          <m:t>)</m:t>
        </m:r>
        <m:r>
          <m:t>(</m:t>
        </m:r>
        <m:r>
          <m:t>3</m:t>
        </m:r>
        <m:r>
          <m:t>)</m:t>
        </m:r>
        <m:r>
          <m:t>]</m:t>
        </m:r>
        <m:r>
          <m:t>=</m:t>
        </m:r>
        <m:r>
          <m:t>1</m:t>
        </m:r>
        <m:r>
          <m:t>0</m:t>
        </m:r>
        <m:r>
          <m:t>[</m:t>
        </m:r>
        <m:r>
          <m:t>1</m:t>
        </m:r>
        <m:r>
          <m:t>6</m:t>
        </m:r>
        <m:r>
          <m:t>+</m:t>
        </m:r>
        <m:r>
          <m:t>5</m:t>
        </m:r>
        <m:r>
          <m:t>7</m:t>
        </m:r>
        <m:r>
          <m:t>]</m:t>
        </m:r>
        <m:r>
          <m:t>=</m:t>
        </m:r>
        <m:r>
          <m:t>1</m:t>
        </m:r>
        <m:r>
          <m:t>0</m:t>
        </m:r>
        <m:r>
          <m:t>×</m:t>
        </m:r>
        <m:r>
          <m:t>7</m:t>
        </m:r>
        <m:r>
          <m:t>3</m:t>
        </m:r>
        <m:r>
          <m:t>=</m:t>
        </m:r>
        <m:r>
          <m:t>7</m:t>
        </m:r>
        <m:r>
          <m:t>3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Evaluasi: </w:t>
      </w:r>
      <m:oMath>
        <m:sSub>
          <m:e>
            <m:r>
              <m:t>S</m:t>
            </m:r>
          </m:e>
          <m:sub>
            <m:r>
              <m:t>2</m:t>
            </m:r>
            <m:r>
              <m:t>0</m:t>
            </m:r>
          </m:sub>
        </m:sSub>
        <m:r>
          <m:t>=</m:t>
        </m:r>
        <m:r>
          <m:t>7</m:t>
        </m:r>
        <m:r>
          <m:t>3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 Opsi C adalah 730.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Suku pertama suatu barisan geometri adalah 3 dan suku ke-4 adalah 24. Jumlah 6 suku pertama deret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189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192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381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384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U</m:t>
            </m:r>
          </m:e>
          <m:sub>
            <m:r>
              <m:t>4</m:t>
            </m:r>
          </m:sub>
        </m:sSub>
        <m:r>
          <m:t>=</m:t>
        </m:r>
        <m:r>
          <m:t>a</m:t>
        </m:r>
        <m:sSup>
          <m:e>
            <m:r>
              <m:t>r</m:t>
            </m:r>
          </m:e>
          <m:sup>
            <m:r>
              <m:t>3</m:t>
            </m:r>
          </m:sup>
        </m:sSup>
        <m:r>
          <m:t>→</m:t>
        </m:r>
        <m:r>
          <m:t>2</m:t>
        </m:r>
        <m:r>
          <m:t>4</m:t>
        </m:r>
        <m:r>
          <m:t>=</m:t>
        </m:r>
        <m:r>
          <m:t>3</m:t>
        </m:r>
        <m:sSup>
          <m:e>
            <m:r>
              <m:t>r</m:t>
            </m:r>
          </m:e>
          <m:sup>
            <m:r>
              <m:t>3</m:t>
            </m:r>
          </m:sup>
        </m:sSup>
        <m:r>
          <m:t>→</m:t>
        </m:r>
        <m:sSup>
          <m:e>
            <m:r>
              <m:t>r</m:t>
            </m:r>
          </m:e>
          <m:sup>
            <m:r>
              <m:t>3</m:t>
            </m:r>
          </m:sup>
        </m:sSup>
        <m:r>
          <m:t>=</m:t>
        </m:r>
        <m:r>
          <m:t>8</m:t>
        </m:r>
        <m:r>
          <m:t>→</m:t>
        </m:r>
        <m:r>
          <m:t>r</m:t>
        </m:r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sSub>
          <m:e>
            <m:r>
              <m:t>S</m:t>
            </m:r>
          </m:e>
          <m:sub>
            <m:r>
              <m:t>6</m:t>
            </m:r>
          </m:sub>
        </m:sSub>
        <m:r>
          <m:t>=</m:t>
        </m:r>
        <m:f>
          <m:fPr>
            <m:type m:val="bar"/>
          </m:fPr>
          <m:num>
            <m:r>
              <m:t>3</m:t>
            </m:r>
            <m:r>
              <m:t>(</m:t>
            </m:r>
            <m:sSup>
              <m:e>
                <m:r>
                  <m:t>2</m:t>
                </m:r>
              </m:e>
              <m:sup>
                <m:r>
                  <m:t>6</m:t>
                </m:r>
              </m:sup>
            </m:sSup>
            <m:r>
              <m:t>-</m:t>
            </m:r>
            <m:r>
              <m:t>1</m:t>
            </m:r>
            <m:r>
              <m:t>)</m:t>
            </m:r>
          </m:num>
          <m:den>
            <m:r>
              <m:t>2</m:t>
            </m:r>
            <m:r>
              <m:t>-</m:t>
            </m:r>
            <m:r>
              <m:t>1</m:t>
            </m:r>
          </m:den>
        </m:f>
        <m:r>
          <m:t>=</m:t>
        </m:r>
        <m:r>
          <m:t>3</m:t>
        </m:r>
        <m:r>
          <m:t>(</m:t>
        </m:r>
        <m:r>
          <m:t>6</m:t>
        </m:r>
        <m:r>
          <m:t>4</m:t>
        </m:r>
        <m:r>
          <m:t>-</m:t>
        </m:r>
        <m:r>
          <m:t>1</m:t>
        </m:r>
        <m:r>
          <m:t>)</m:t>
        </m:r>
        <m:r>
          <m:t>=</m:t>
        </m:r>
        <m:r>
          <m:t>3</m:t>
        </m:r>
        <m:r>
          <m:t>×</m:t>
        </m:r>
        <m:r>
          <m:t>6</m:t>
        </m:r>
        <m:r>
          <m:t>3</m:t>
        </m:r>
        <m:r>
          <m:t>=</m:t>
        </m:r>
        <m:r>
          <m:t>1</m:t>
        </m:r>
        <m:r>
          <m:t>8</m:t>
        </m:r>
        <m:r>
          <m:t>9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bola dijatuhkan dari ketinggian 12 meter dan memantul kembali dengan ketinggian </w:t>
      </w: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dari tinggi sebelumnya. Panjang seluruh lintasan bola hingga berhenti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48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72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84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96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Panjang lintasan bola jatuh dan memantul: </w:t>
      </w:r>
      <m:oMath>
        <m:r>
          <m:t>S</m:t>
        </m:r>
        <m:r>
          <m:t>=</m:t>
        </m:r>
        <m:sSub>
          <m:e>
            <m:r>
              <m:t>h</m:t>
            </m:r>
          </m:e>
          <m:sub>
            <m:r>
              <m:t>0</m:t>
            </m:r>
          </m:sub>
        </m:sSub>
        <m:r>
          <m:t>×</m:t>
        </m:r>
        <m:f>
          <m:fPr>
            <m:type m:val="bar"/>
          </m:fPr>
          <m:num>
            <m:r>
              <m:t>1</m:t>
            </m:r>
            <m:r>
              <m:t>+</m:t>
            </m:r>
            <m:r>
              <m:t>r</m:t>
            </m:r>
          </m:num>
          <m:den>
            <m:r>
              <m:t>1</m:t>
            </m:r>
            <m:r>
              <m:t>-</m:t>
            </m:r>
            <m:r>
              <m:t>r</m:t>
            </m:r>
          </m:den>
        </m:f>
        <m:r>
          <m:t>=</m:t>
        </m:r>
        <m:r>
          <m:t>1</m:t>
        </m:r>
        <m:r>
          <m:t>2</m:t>
        </m:r>
        <m:r>
          <m:t>×</m:t>
        </m:r>
        <m:f>
          <m:fPr>
            <m:type m:val="bar"/>
          </m:fPr>
          <m:num>
            <m:r>
              <m:t>1</m:t>
            </m:r>
            <m:r>
              <m:t>+</m:t>
            </m:r>
            <m:r>
              <m:t>3</m:t>
            </m:r>
            <m:r>
              <m:t>/</m:t>
            </m:r>
            <m:r>
              <m:t>4</m:t>
            </m:r>
          </m:num>
          <m:den>
            <m:r>
              <m:t>1</m:t>
            </m:r>
            <m:r>
              <m:t>-</m:t>
            </m:r>
            <m:r>
              <m:t>3</m:t>
            </m:r>
            <m:r>
              <m:t>/</m:t>
            </m:r>
            <m:r>
              <m:t>4</m:t>
            </m:r>
          </m:den>
        </m:f>
        <m:r>
          <m:t>=</m:t>
        </m:r>
        <m:r>
          <m:t>1</m:t>
        </m:r>
        <m:r>
          <m:t>2</m:t>
        </m:r>
        <m:r>
          <m:t>×</m:t>
        </m:r>
        <m:f>
          <m:fPr>
            <m:type m:val="bar"/>
          </m:fPr>
          <m:num>
            <m:r>
              <m:t>7</m:t>
            </m:r>
            <m:r>
              <m:t>/</m:t>
            </m:r>
            <m:r>
              <m:t>4</m:t>
            </m:r>
          </m:num>
          <m:den>
            <m:r>
              <m:t>1</m:t>
            </m:r>
            <m:r>
              <m:t>/</m:t>
            </m:r>
            <m:r>
              <m:t>4</m:t>
            </m:r>
          </m:den>
        </m:f>
        <m:r>
          <m:t>=</m:t>
        </m:r>
        <m:r>
          <m:t>1</m:t>
        </m:r>
        <m:r>
          <m:t>2</m:t>
        </m:r>
        <m:r>
          <m:t>×</m:t>
        </m:r>
        <m:r>
          <m:t>7</m:t>
        </m:r>
        <m:r>
          <m:t>=</m:t>
        </m:r>
        <m:r>
          <m:t>8</m:t>
        </m:r>
        <m:r>
          <m:t>4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Modal sebesar Rp10.000.000 ditabung di bank dengan sistem bunga majemuk 6% per tahun. Nilai akhir modal setelah 3 tahun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Rp11.800.000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Rp11.910.160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Rp12.000.000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Rp12.155.000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t>=</m:t>
        </m:r>
        <m:sSub>
          <m:e>
            <m:r>
              <m:t>M</m:t>
            </m:r>
          </m:e>
          <m:sub>
            <m:r>
              <m:t>0</m:t>
            </m:r>
          </m:sub>
        </m:sSub>
        <m:r>
          <m:t>(</m:t>
        </m:r>
        <m:r>
          <m:t>1</m:t>
        </m:r>
        <m:r>
          <m:t>+</m:t>
        </m:r>
        <m:r>
          <m:t>i</m:t>
        </m:r>
        <m:sSup>
          <m:e>
            <m:r>
              <m:t>)</m:t>
            </m:r>
          </m:e>
          <m:sup>
            <m:r>
              <m:t>n</m:t>
            </m:r>
          </m:sup>
        </m:sSup>
        <m:r>
          <m:t>=</m:t>
        </m:r>
        <m:r>
          <m:t>1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×</m:t>
        </m:r>
        <m:r>
          <m:t>(</m:t>
        </m:r>
        <m:r>
          <m:t>1</m:t>
        </m:r>
        <m:r>
          <m:t>+</m:t>
        </m:r>
        <m:r>
          <m:t>0</m:t>
        </m:r>
        <m:r>
          <m:t>,</m:t>
        </m:r>
        <m:r>
          <m:t>0</m:t>
        </m:r>
        <m:r>
          <m:t>6</m:t>
        </m:r>
        <m:sSup>
          <m:e>
            <m:r>
              <m:t>)</m:t>
            </m:r>
          </m:e>
          <m:sup>
            <m:r>
              <m:t>3</m:t>
            </m:r>
          </m:sup>
        </m:sSup>
        <m:r>
          <m:t>=</m:t>
        </m:r>
        <m:r>
          <m:t>1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.</m:t>
        </m:r>
        <m:r>
          <m:t>0</m:t>
        </m:r>
        <m:r>
          <m:t>0</m:t>
        </m:r>
        <m:r>
          <m:t>0</m:t>
        </m:r>
        <m:r>
          <m:t>×</m:t>
        </m:r>
        <m:r>
          <m:t>1</m:t>
        </m:r>
        <m:r>
          <m:t>,</m:t>
        </m:r>
        <m:r>
          <m:t>1</m:t>
        </m:r>
        <m:r>
          <m:t>9</m:t>
        </m:r>
        <m:r>
          <m:t>1</m:t>
        </m:r>
        <m:r>
          <m:t>0</m:t>
        </m:r>
        <m:r>
          <m:t>1</m:t>
        </m:r>
        <m:r>
          <m:t>6</m:t>
        </m:r>
        <m:r>
          <m:t>=</m:t>
        </m:r>
        <m:r>
          <m:t>R</m:t>
        </m:r>
        <m:r>
          <m:t>1</m:t>
        </m:r>
        <m:r>
          <m:t>1</m:t>
        </m:r>
        <m:r>
          <m:t>.</m:t>
        </m:r>
        <m:r>
          <m:t>9</m:t>
        </m:r>
        <m:r>
          <m:t>1</m:t>
        </m:r>
        <m:r>
          <m:t>0</m:t>
        </m:r>
        <m:r>
          <m:t>.</m:t>
        </m:r>
        <m:r>
          <m:t>1</m:t>
        </m:r>
        <m:r>
          <m:t>6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Jumlah deret geometri tak hingga </w:t>
      </w:r>
      <m:oMath>
        <m:r>
          <m:t>1</m:t>
        </m:r>
        <m:r>
          <m:t>8</m:t>
        </m:r>
        <m:r>
          <m:t>+</m:t>
        </m:r>
        <m:r>
          <m:t>6</m:t>
        </m:r>
        <m:r>
          <m:t>+</m:t>
        </m:r>
        <m:r>
          <m:t>2</m:t>
        </m:r>
        <m: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t>+</m:t>
        </m:r>
        <m:r>
          <m:t>dots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Suku awal </w:t>
      </w:r>
      <m:oMath>
        <m:r>
          <m:t>a</m:t>
        </m:r>
        <m:r>
          <m:t>=</m:t>
        </m:r>
        <m:r>
          <m:t>1</m:t>
        </m:r>
        <m:r>
          <m:t>8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rasio </w:t>
      </w:r>
      <m:oMath>
        <m:r>
          <m:t>r</m:t>
        </m:r>
        <m: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</m:t>
            </m:r>
            <m:r>
              <m:t>8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sSub>
          <m:e>
            <m:r>
              <m:t>S</m:t>
            </m:r>
          </m:e>
          <m:sub>
            <m:r>
              <m:t>∞</m:t>
            </m:r>
          </m:sub>
        </m:sSub>
        <m: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1</m:t>
            </m:r>
            <m:r>
              <m:t>-</m:t>
            </m:r>
            <m:r>
              <m:t>r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8</m:t>
            </m:r>
          </m:num>
          <m:den>
            <m:r>
              <m:t>1</m:t>
            </m:r>
            <m:r>
              <m:t>-</m:t>
            </m:r>
            <m:r>
              <m:t>1</m:t>
            </m:r>
            <m:r>
              <m:t>/</m:t>
            </m:r>
            <m:r>
              <m:t>3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8</m:t>
            </m:r>
          </m:num>
          <m:den>
            <m:r>
              <m:t>2</m:t>
            </m:r>
            <m:r>
              <m:t>/</m:t>
            </m:r>
            <m:r>
              <m:t>3</m:t>
            </m:r>
          </m:den>
        </m:f>
        <m:r>
          <m:t>=</m:t>
        </m:r>
        <m:r>
          <m:t>1</m:t>
        </m:r>
        <m:r>
          <m:t>8</m:t>
        </m:r>
        <m: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t>=</m:t>
        </m:r>
        <m:r>
          <m:t>2</m:t>
        </m:r>
        <m:r>
          <m:t>7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Barisan dan Deret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Barisan dan Deret Aritmetika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beda, rumus suku ke-n (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), dan jumlah n suku pertama (</w:t>
      </w:r>
      <m:oMath>
        <m:sSub>
          <m:e>
            <m:r>
              <m:t>S</m:t>
            </m:r>
          </m:e>
          <m:sub>
            <m:r>
              <m:t>n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pada barisan dengan selisih konstan.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Barisan dan Deret Geometri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rasio suku, menghitung nilai suku ke-n, dan merumuskan jumlah deret geometri berhingga.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Deret Geometri Tak Hingga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jumlah deret geometri konvergen (</w:t>
      </w:r>
      <m:oMath>
        <m:sSub>
          <m:e>
            <m:r>
              <m:t>S</m:t>
            </m:r>
          </m:e>
          <m:sub>
            <m:r>
              <m:t>∞</m:t>
            </m:r>
          </m:sub>
        </m:sSub>
        <m:r>
          <m:t>=</m:t>
        </m:r>
        <m:f>
          <m:fPr>
            <m:type m:val="bar"/>
          </m:fPr>
          <m:num>
            <m:r>
              <m:t>a</m:t>
            </m:r>
          </m:num>
          <m:den>
            <m:r>
              <m:t>1</m:t>
            </m:r>
            <m:r>
              <m:t>-</m:t>
            </m:r>
            <m:r>
              <m:t>r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) pada lintasan pantulan bola dan geometri fraktal.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Penerapan Finansial: Bunga Tunggal, Majemuk, dan Anuitas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Memodelkan pertumbuhan tabungan perbankan, penyusutan nilai mesin, dan simulasi cicilan kredit.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Barisan dan deret menyusun pola keteraturan bilangan yang memiliki selisih konstan (aritmetika) atau perbandingan rasio tetap (geometri). Kemampuan mengidentifikasi formula suku ke-n dan jumlah n suku pertama mempermudah analisis data deret waktu dan estimasi kapasitas produksi.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Deret geometri tak hingga memperluas pemahaman limit jumlahan tak berhingga dari suku-suku yang semakin mengecil secara teratur (rasio </w:t>
      </w:r>
      <m:oMath>
        <m:r>
          <m:t>|</m:t>
        </m:r>
        <m:r>
          <m:t>r</m:t>
        </m:r>
        <m:r>
          <m:t>|</m:t>
        </m:r>
        <m:r>
          <m:t>&lt;</m:t>
        </m:r>
        <m:r>
          <m:t>1</m:t>
        </m:r>
      </m:oMath>
      <w:r>
        <w:rPr>
          <w:rFonts w:ascii="Calibri" w:hAnsi="Calibri"/>
          <w:b w:val="0"/>
          <w:i w:val="0"/>
          <w:color w:val="000000"/>
          <w:sz w:val="19"/>
        </w:rPr>
        <w:t>). Konsep konvergensi ini diterapkan pada perhitungan pantulan bola dan jarak tempuh dinamis suatu benda elastis.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Aplikasi barisan dan deret dalam ranah literasi finansial memberikan landasan kuat dalam menghitung anuitas, amortisasi pinjaman, depresiasi aset, dan akumulasi investasi bunga majemuk jangka panjang.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Barisan Aritmetika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Barisan bilangan dengan selisih (beda) antara dua suku yang berurutan selalu bernilai tetap.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Rasio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perbandingan pembagian antara suatu suku dengan suku sebelumnya pada barisan geometri (</w:t>
            </w:r>
            <m:oMath>
              <m:r>
                <m:t>r</m:t>
              </m:r>
              <m: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</m:sub>
                  </m:sSub>
                </m:num>
                <m:den>
                  <m:sSub>
                    <m:e>
                      <m:r>
                        <m:t>U</m:t>
                      </m:r>
                    </m:e>
                    <m:sub>
                      <m:r>
                        <m:t>n</m:t>
                      </m:r>
                      <m:r>
                        <m:t>-</m:t>
                      </m:r>
                      <m:r>
                        <m:t>1</m:t>
                      </m:r>
                    </m:sub>
                  </m:sSub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Deret Konvergen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Deret geometri tak hingga yang memiliki nilai jumlahan berhingga pasti karena nilai mutlak rasionya kurang dari satu (</w:t>
            </w:r>
            <m:oMath>
              <m:r>
                <m:t>|</m:t>
              </m:r>
              <m:r>
                <m:t>r</m:t>
              </m:r>
              <m:r>
                <m:t>|</m:t>
              </m:r>
              <m:r>
                <m:t>&lt;</m:t>
              </m:r>
              <m:r>
                <m:t>1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Bunga Majemuk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penghitungan bunga yang diakumulasikan ke pokok pinjaman/investasi pada setiap periode berikutnya.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Anuitas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pembayaran atau penerimaan cicilan uang dalam jumlah tetap pada interval waktu yang teratur.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