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Eksponen dan Logaritma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menggeneralisasi sifat-sifat eksponen dan merasionalkan bentuk akar aljabar.</w:t>
      </w:r>
    </w:p>
    <w:p>
      <w:pPr>
        <w:pStyle w:val="ListNumber"/>
      </w:pPr>
      <w:r>
        <w:rPr>
          <w:rFonts w:ascii="Calibri" w:hAnsi="Calibri"/>
          <w:b w:val="0"/>
          <w:i w:val="0"/>
          <w:color w:val="000000"/>
          <w:sz w:val="19"/>
        </w:rPr>
        <w:t>Peserta didik mampu memodelkan dan menyelesaikan fenomena pertumbuhan serta peluruhan menggunakan fungsi eksponensial.</w:t>
      </w:r>
    </w:p>
    <w:p>
      <w:pPr>
        <w:pStyle w:val="ListNumber"/>
      </w:pPr>
      <w:r>
        <w:rPr>
          <w:rFonts w:ascii="Calibri" w:hAnsi="Calibri"/>
          <w:b w:val="0"/>
          <w:i w:val="0"/>
          <w:color w:val="000000"/>
          <w:sz w:val="19"/>
        </w:rPr>
        <w:t>Peserta didik mampu menerapkan sifat-sifat logaritma untuk menyelesaikan masalah matematis dan sains kontekstual.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sifat-sifat bilangan berpangkat (eksponen), bentuk akar, fungsi eksponensial, pertumbuhan dan peluruhan, serta konsep dasar dan sifat-sifat logaritma.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Sifat-Sifat Bilangan Berpangkat dan Bentuk Akar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Mengoperasikan pangkat bulat positif, nol, negatif, pangkat pecahan, serta merasionalkan bentuk akar kuadrat.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Fungsi Eksponensial dan Pemodelan Pertumbuhan/Peluruhan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Menggambar grafik fungsi eksponen serta menyelesaikan persamaan pertumbuhan bakteri dan peluruhan zat radioaktif.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Definisi dan Sifat-Sifat Operasi Logaritma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Mengubah bentuk eksponen ke logaritma dan menerapkan sifat penjumlahan, pengurangan, perkalian basis, serta perubahan basis logaritma.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Penerapan Skala Logaritma dalam Masalah Kontekstual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Memecahkan masalah perhitungan taraf intensitas bunyi, derajat keasaman larutan (pH), dan waktu investasi.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Bentuk sederhana dari operasi aljabar </w:t>
      </w:r>
      <m:oMath>
        <m:f>
          <m:fPr>
            <m:type m:val="bar"/>
          </m:fPr>
          <m:num>
            <m:sSup>
              <m:e>
                <m:r>
                  <m:t>a</m:t>
                </m:r>
              </m:e>
              <m:sup>
                <m:r>
                  <m:t>3</m:t>
                </m:r>
              </m:sup>
            </m:sSup>
            <m:sSup>
              <m:e>
                <m:r>
                  <m:t>b</m:t>
                </m:r>
              </m:e>
              <m:sup>
                <m:r>
                  <m:t>-</m:t>
                </m:r>
                <m:r>
                  <m:t>2</m:t>
                </m:r>
              </m:sup>
            </m:sSup>
            <m:sSup>
              <m:e>
                <m:r>
                  <m:t>c</m:t>
                </m:r>
              </m:e>
              <m:sup>
                <m:r>
                  <m:t>5</m:t>
                </m:r>
              </m:sup>
            </m:sSup>
          </m:num>
          <m:den>
            <m:sSup>
              <m:e>
                <m:r>
                  <m:t>a</m:t>
                </m:r>
              </m:e>
              <m:sup>
                <m:r>
                  <m:t>-</m:t>
                </m:r>
                <m:r>
                  <m:t>1</m:t>
                </m:r>
              </m:sup>
            </m:sSup>
            <m:sSup>
              <m:e>
                <m:r>
                  <m:t>b</m:t>
                </m:r>
              </m:e>
              <m:sup>
                <m:r>
                  <m:t>4</m:t>
                </m:r>
              </m:sup>
            </m:sSup>
            <m:sSup>
              <m:e>
                <m:r>
                  <m:t>c</m:t>
                </m:r>
              </m:e>
              <m:sup>
                <m:r>
                  <m:t>2</m:t>
                </m:r>
              </m:sup>
            </m:sSup>
          </m:den>
        </m:f>
      </m:oMath>
      <w:r>
        <w:rPr>
          <w:rFonts w:ascii="Calibri" w:hAnsi="Calibri"/>
          <w:b w:val="0"/>
          <w:i w:val="0"/>
          <w:color w:val="000000"/>
          <w:sz w:val="19"/>
        </w:rPr>
        <w:t xml:space="preserve"> adalah...</w:t>
      </w:r>
    </w:p>
    <w:p>
      <w:pPr>
        <w:spacing w:before="0" w:after="20"/>
        <w:ind w:left="576"/>
      </w:pPr>
      <m:oMath>
        <m:f>
          <m:fPr>
            <m:type m:val="bar"/>
          </m:fPr>
          <m:num>
            <m:sSup>
              <m:e>
                <m:r>
                  <m:t>a</m:t>
                </m:r>
              </m:e>
              <m:sup>
                <m:r>
                  <m:t>4</m:t>
                </m:r>
              </m:sup>
            </m:sSup>
            <m:sSup>
              <m:e>
                <m:r>
                  <m:t>c</m:t>
                </m:r>
              </m:e>
              <m:sup>
                <m:r>
                  <m:t>3</m:t>
                </m:r>
              </m:sup>
            </m:sSup>
          </m:num>
          <m:den>
            <m:sSup>
              <m:e>
                <m:r>
                  <m:t>b</m:t>
                </m:r>
              </m:e>
              <m:sup>
                <m:r>
                  <m:t>6</m:t>
                </m:r>
              </m:sup>
            </m:sSup>
          </m:den>
        </m:f>
      </m:oMath>
    </w:p>
    <w:p>
      <w:pPr>
        <w:spacing w:before="0" w:after="20"/>
        <w:ind w:left="576"/>
      </w:pPr>
      <m:oMath>
        <m:f>
          <m:fPr>
            <m:type m:val="bar"/>
          </m:fPr>
          <m:num>
            <m:sSup>
              <m:e>
                <m:r>
                  <m:t>a</m:t>
                </m:r>
              </m:e>
              <m:sup>
                <m:r>
                  <m:t>2</m:t>
                </m:r>
              </m:sup>
            </m:sSup>
            <m:sSup>
              <m:e>
                <m:r>
                  <m:t>c</m:t>
                </m:r>
              </m:e>
              <m:sup>
                <m:r>
                  <m:t>3</m:t>
                </m:r>
              </m:sup>
            </m:sSup>
          </m:num>
          <m:den>
            <m:sSup>
              <m:e>
                <m:r>
                  <m:t>b</m:t>
                </m:r>
              </m:e>
              <m:sup>
                <m:r>
                  <m:t>2</m:t>
                </m:r>
              </m:sup>
            </m:sSup>
          </m:den>
        </m:f>
      </m:oMath>
    </w:p>
    <w:p>
      <w:pPr>
        <w:spacing w:before="0" w:after="20"/>
        <w:ind w:left="576"/>
      </w:pPr>
      <m:oMath>
        <m:f>
          <m:fPr>
            <m:type m:val="bar"/>
          </m:fPr>
          <m:num>
            <m:sSup>
              <m:e>
                <m:r>
                  <m:t>a</m:t>
                </m:r>
              </m:e>
              <m:sup>
                <m:r>
                  <m:t>4</m:t>
                </m:r>
              </m:sup>
            </m:sSup>
            <m:sSup>
              <m:e>
                <m:r>
                  <m:t>c</m:t>
                </m:r>
              </m:e>
              <m:sup>
                <m:r>
                  <m:t>7</m:t>
                </m:r>
              </m:sup>
            </m:sSup>
          </m:num>
          <m:den>
            <m:sSup>
              <m:e>
                <m:r>
                  <m:t>b</m:t>
                </m:r>
              </m:e>
              <m:sup>
                <m:r>
                  <m:t>6</m:t>
                </m:r>
              </m:sup>
            </m:sSup>
          </m:den>
        </m:f>
      </m:oMath>
    </w:p>
    <w:p>
      <w:pPr>
        <w:spacing w:before="0" w:after="20"/>
        <w:ind w:left="576"/>
      </w:pPr>
      <m:oMath>
        <m:f>
          <m:fPr>
            <m:type m:val="bar"/>
          </m:fPr>
          <m:num>
            <m:sSup>
              <m:e>
                <m:r>
                  <m:t>a</m:t>
                </m:r>
              </m:e>
              <m:sup>
                <m:r>
                  <m:t>2</m:t>
                </m:r>
              </m:sup>
            </m:sSup>
            <m:sSup>
              <m:e>
                <m:r>
                  <m:t>c</m:t>
                </m:r>
              </m:e>
              <m:sup>
                <m:r>
                  <m:t>7</m:t>
                </m:r>
              </m:sup>
            </m:sSup>
          </m:num>
          <m:den>
            <m:sSup>
              <m:e>
                <m:r>
                  <m:t>b</m:t>
                </m:r>
              </m:e>
              <m:sup>
                <m:r>
                  <m:t>6</m:t>
                </m:r>
              </m:sup>
            </m:sSup>
          </m:den>
        </m:f>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Terapkan aturan pembagian eksponen: </w:t>
      </w:r>
      <m:oMath>
        <m:sSup>
          <m:e>
            <m:r>
              <m:t>a</m:t>
            </m:r>
          </m:e>
          <m:sup>
            <m:r>
              <m:t>3</m:t>
            </m:r>
            <m:r>
              <m:t>-</m:t>
            </m:r>
            <m:r>
              <m:t>(</m:t>
            </m:r>
            <m:r>
              <m:t>-</m:t>
            </m:r>
            <m:r>
              <m:t>1</m:t>
            </m:r>
            <m:r>
              <m:t>)</m:t>
            </m:r>
          </m:sup>
        </m:sSup>
        <m:sSup>
          <m:e>
            <m:r>
              <m:t>b</m:t>
            </m:r>
          </m:e>
          <m:sup>
            <m:r>
              <m:t>-</m:t>
            </m:r>
            <m:r>
              <m:t>2</m:t>
            </m:r>
            <m:r>
              <m:t>-</m:t>
            </m:r>
            <m:r>
              <m:t>4</m:t>
            </m:r>
          </m:sup>
        </m:sSup>
        <m:sSup>
          <m:e>
            <m:r>
              <m:t>c</m:t>
            </m:r>
          </m:e>
          <m:sup>
            <m:r>
              <m:t>5</m:t>
            </m:r>
            <m:r>
              <m:t>-</m:t>
            </m:r>
            <m:r>
              <m:t>2</m:t>
            </m:r>
          </m:sup>
        </m:sSup>
        <m:r>
          <m:t>=</m:t>
        </m:r>
        <m:sSup>
          <m:e>
            <m:r>
              <m:t>a</m:t>
            </m:r>
          </m:e>
          <m:sup>
            <m:r>
              <m:t>4</m:t>
            </m:r>
          </m:sup>
        </m:sSup>
        <m:sSup>
          <m:e>
            <m:r>
              <m:t>b</m:t>
            </m:r>
          </m:e>
          <m:sup>
            <m:r>
              <m:t>-</m:t>
            </m:r>
            <m:r>
              <m:t>6</m:t>
            </m:r>
          </m:sup>
        </m:sSup>
        <m:sSup>
          <m:e>
            <m:r>
              <m:t>c</m:t>
            </m:r>
          </m:e>
          <m:sup>
            <m:r>
              <m:t>3</m:t>
            </m:r>
          </m:sup>
        </m:sSup>
        <m:r>
          <m:t>=</m:t>
        </m:r>
        <m:f>
          <m:fPr>
            <m:type m:val="bar"/>
          </m:fPr>
          <m:num>
            <m:sSup>
              <m:e>
                <m:r>
                  <m:t>a</m:t>
                </m:r>
              </m:e>
              <m:sup>
                <m:r>
                  <m:t>4</m:t>
                </m:r>
              </m:sup>
            </m:sSup>
            <m:sSup>
              <m:e>
                <m:r>
                  <m:t>c</m:t>
                </m:r>
              </m:e>
              <m:sup>
                <m:r>
                  <m:t>3</m:t>
                </m:r>
              </m:sup>
            </m:sSup>
          </m:num>
          <m:den>
            <m:sSup>
              <m:e>
                <m:r>
                  <m:t>b</m:t>
                </m:r>
              </m:e>
              <m:sup>
                <m:r>
                  <m:t>6</m:t>
                </m:r>
              </m:sup>
            </m:sSup>
          </m:den>
        </m:f>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Hasil rasionalisasi penyebut dari pecahan </w:t>
      </w:r>
      <m:oMath>
        <m:f>
          <m:fPr>
            <m:type m:val="bar"/>
          </m:fPr>
          <m:num>
            <m:r>
              <m:t>6</m:t>
            </m:r>
          </m:num>
          <m:den>
            <m:rad>
              <m:radPr>
                <m:degHide m:val="1"/>
              </m:radPr>
              <m:deg/>
              <m:e>
                <m:r>
                  <m:t>5</m:t>
                </m:r>
              </m:e>
            </m:rad>
            <m:r>
              <m:t>-</m:t>
            </m:r>
            <m:rad>
              <m:radPr>
                <m:degHide m:val="1"/>
              </m:radPr>
              <m:deg/>
              <m:e>
                <m:r>
                  <m:t>2</m:t>
                </m:r>
              </m:e>
            </m:rad>
          </m:den>
        </m:f>
      </m:oMath>
      <w:r>
        <w:rPr>
          <w:rFonts w:ascii="Calibri" w:hAnsi="Calibri"/>
          <w:b w:val="0"/>
          <w:i w:val="0"/>
          <w:color w:val="000000"/>
          <w:sz w:val="19"/>
        </w:rPr>
        <w:t xml:space="preserve"> adalah...</w:t>
      </w:r>
    </w:p>
    <w:p>
      <w:pPr>
        <w:spacing w:before="0" w:after="20"/>
        <w:ind w:left="576"/>
      </w:pPr>
      <m:oMath>
        <m:r>
          <m:t>2</m:t>
        </m:r>
        <m:r>
          <m:t>(</m:t>
        </m:r>
        <m:rad>
          <m:radPr>
            <m:degHide m:val="1"/>
          </m:radPr>
          <m:deg/>
          <m:e>
            <m:r>
              <m:t>5</m:t>
            </m:r>
          </m:e>
        </m:rad>
        <m:r>
          <m:t>+</m:t>
        </m:r>
        <m:rad>
          <m:radPr>
            <m:degHide m:val="1"/>
          </m:radPr>
          <m:deg/>
          <m:e>
            <m:r>
              <m:t>2</m:t>
            </m:r>
          </m:e>
        </m:rad>
        <m:r>
          <m:t>)</m:t>
        </m:r>
      </m:oMath>
    </w:p>
    <w:p>
      <w:pPr>
        <w:spacing w:before="0" w:after="20"/>
        <w:ind w:left="576"/>
      </w:pPr>
      <m:oMath>
        <m:r>
          <m:t>3</m:t>
        </m:r>
        <m:r>
          <m:t>(</m:t>
        </m:r>
        <m:rad>
          <m:radPr>
            <m:degHide m:val="1"/>
          </m:radPr>
          <m:deg/>
          <m:e>
            <m:r>
              <m:t>5</m:t>
            </m:r>
          </m:e>
        </m:rad>
        <m:r>
          <m:t>+</m:t>
        </m:r>
        <m:rad>
          <m:radPr>
            <m:degHide m:val="1"/>
          </m:radPr>
          <m:deg/>
          <m:e>
            <m:r>
              <m:t>2</m:t>
            </m:r>
          </m:e>
        </m:rad>
        <m:r>
          <m:t>)</m:t>
        </m:r>
      </m:oMath>
    </w:p>
    <w:p>
      <w:pPr>
        <w:spacing w:before="0" w:after="20"/>
        <w:ind w:left="576"/>
      </w:pPr>
      <m:oMath>
        <m:r>
          <m:t>2</m:t>
        </m:r>
        <m:r>
          <m:t>(</m:t>
        </m:r>
        <m:rad>
          <m:radPr>
            <m:degHide m:val="1"/>
          </m:radPr>
          <m:deg/>
          <m:e>
            <m:r>
              <m:t>5</m:t>
            </m:r>
          </m:e>
        </m:rad>
        <m:r>
          <m:t>-</m:t>
        </m:r>
        <m:rad>
          <m:radPr>
            <m:degHide m:val="1"/>
          </m:radPr>
          <m:deg/>
          <m:e>
            <m:r>
              <m:t>2</m:t>
            </m:r>
          </m:e>
        </m:rad>
        <m:r>
          <m:t>)</m:t>
        </m:r>
      </m:oMath>
    </w:p>
    <w:p>
      <w:pPr>
        <w:spacing w:before="0" w:after="20"/>
        <w:ind w:left="576"/>
      </w:pPr>
      <m:oMath>
        <m:r>
          <m:t>6</m:t>
        </m:r>
        <m:r>
          <m:t>(</m:t>
        </m:r>
        <m:rad>
          <m:radPr>
            <m:degHide m:val="1"/>
          </m:radPr>
          <m:deg/>
          <m:e>
            <m:r>
              <m:t>5</m:t>
            </m:r>
          </m:e>
        </m:rad>
        <m:r>
          <m:t>+</m:t>
        </m:r>
        <m:rad>
          <m:radPr>
            <m:degHide m:val="1"/>
          </m:radPr>
          <m:deg/>
          <m:e>
            <m:r>
              <m:t>2</m:t>
            </m:r>
          </m:e>
        </m:rad>
        <m:r>
          <m:t>)</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Kalikan pembilang dan penyebut dengan sekawan </w:t>
      </w:r>
      <m:oMath>
        <m:r>
          <m:t>(</m:t>
        </m:r>
        <m:rad>
          <m:radPr>
            <m:degHide m:val="1"/>
          </m:radPr>
          <m:deg/>
          <m:e>
            <m:r>
              <m:t>5</m:t>
            </m:r>
          </m:e>
        </m:rad>
        <m:r>
          <m:t>+</m:t>
        </m:r>
        <m:rad>
          <m:radPr>
            <m:degHide m:val="1"/>
          </m:radPr>
          <m:deg/>
          <m:e>
            <m:r>
              <m:t>2</m:t>
            </m:r>
          </m:e>
        </m:rad>
        <m:r>
          <m:t>)</m:t>
        </m:r>
      </m:oMath>
      <w:r>
        <w:rPr>
          <w:rFonts w:ascii="Calibri" w:hAnsi="Calibri"/>
          <w:b w:val="0"/>
          <w:i/>
          <w:color w:val="64748B"/>
          <w:sz w:val="17"/>
        </w:rPr>
        <w:t xml:space="preserve">: </w:t>
      </w:r>
      <m:oMath>
        <m:f>
          <m:fPr>
            <m:type m:val="bar"/>
          </m:fPr>
          <m:num>
            <m:r>
              <m:t>6</m:t>
            </m:r>
            <m:r>
              <m:t>(</m:t>
            </m:r>
            <m:rad>
              <m:radPr>
                <m:degHide m:val="1"/>
              </m:radPr>
              <m:deg/>
              <m:e>
                <m:r>
                  <m:t>5</m:t>
                </m:r>
              </m:e>
            </m:rad>
            <m:r>
              <m:t>+</m:t>
            </m:r>
            <m:rad>
              <m:radPr>
                <m:degHide m:val="1"/>
              </m:radPr>
              <m:deg/>
              <m:e>
                <m:r>
                  <m:t>2</m:t>
                </m:r>
              </m:e>
            </m:rad>
            <m:r>
              <m:t>)</m:t>
            </m:r>
          </m:num>
          <m:den>
            <m:r>
              <m:t>(</m:t>
            </m:r>
            <m:rad>
              <m:radPr>
                <m:degHide m:val="1"/>
              </m:radPr>
              <m:deg/>
              <m:e>
                <m:r>
                  <m:t>5</m:t>
                </m:r>
              </m:e>
            </m:rad>
            <m:sSup>
              <m:e>
                <m:r>
                  <m:t>)</m:t>
                </m:r>
              </m:e>
              <m:sup>
                <m:r>
                  <m:t>2</m:t>
                </m:r>
              </m:sup>
            </m:sSup>
            <m:r>
              <m:t>-</m:t>
            </m:r>
            <m:r>
              <m:t>(</m:t>
            </m:r>
            <m:rad>
              <m:radPr>
                <m:degHide m:val="1"/>
              </m:radPr>
              <m:deg/>
              <m:e>
                <m:r>
                  <m:t>2</m:t>
                </m:r>
              </m:e>
            </m:rad>
            <m:sSup>
              <m:e>
                <m:r>
                  <m:t>)</m:t>
                </m:r>
              </m:e>
              <m:sup>
                <m:r>
                  <m:t>2</m:t>
                </m:r>
              </m:sup>
            </m:sSup>
          </m:den>
        </m:f>
        <m:r>
          <m:t>=</m:t>
        </m:r>
        <m:f>
          <m:fPr>
            <m:type m:val="bar"/>
          </m:fPr>
          <m:num>
            <m:r>
              <m:t>6</m:t>
            </m:r>
            <m:r>
              <m:t>(</m:t>
            </m:r>
            <m:rad>
              <m:radPr>
                <m:degHide m:val="1"/>
              </m:radPr>
              <m:deg/>
              <m:e>
                <m:r>
                  <m:t>5</m:t>
                </m:r>
              </m:e>
            </m:rad>
            <m:r>
              <m:t>+</m:t>
            </m:r>
            <m:rad>
              <m:radPr>
                <m:degHide m:val="1"/>
              </m:radPr>
              <m:deg/>
              <m:e>
                <m:r>
                  <m:t>2</m:t>
                </m:r>
              </m:e>
            </m:rad>
            <m:r>
              <m:t>)</m:t>
            </m:r>
          </m:num>
          <m:den>
            <m:r>
              <m:t>5</m:t>
            </m:r>
            <m:r>
              <m:t>-</m:t>
            </m:r>
            <m:r>
              <m:t>2</m:t>
            </m:r>
          </m:den>
        </m:f>
        <m:r>
          <m:t>=</m:t>
        </m:r>
        <m:f>
          <m:fPr>
            <m:type m:val="bar"/>
          </m:fPr>
          <m:num>
            <m:r>
              <m:t>6</m:t>
            </m:r>
            <m:r>
              <m:t>(</m:t>
            </m:r>
            <m:rad>
              <m:radPr>
                <m:degHide m:val="1"/>
              </m:radPr>
              <m:deg/>
              <m:e>
                <m:r>
                  <m:t>5</m:t>
                </m:r>
              </m:e>
            </m:rad>
            <m:r>
              <m:t>+</m:t>
            </m:r>
            <m:rad>
              <m:radPr>
                <m:degHide m:val="1"/>
              </m:radPr>
              <m:deg/>
              <m:e>
                <m:r>
                  <m:t>2</m:t>
                </m:r>
              </m:e>
            </m:rad>
            <m:r>
              <m:t>)</m:t>
            </m:r>
          </m:num>
          <m:den>
            <m:r>
              <m:t>3</m:t>
            </m:r>
          </m:den>
        </m:f>
        <m:r>
          <m:t>=</m:t>
        </m:r>
        <m:r>
          <m:t>2</m:t>
        </m:r>
        <m:r>
          <m:t>(</m:t>
        </m:r>
        <m:rad>
          <m:radPr>
            <m:degHide m:val="1"/>
          </m:radPr>
          <m:deg/>
          <m:e>
            <m:r>
              <m:t>5</m:t>
            </m:r>
          </m:e>
        </m:rad>
        <m:r>
          <m:t>+</m:t>
        </m:r>
        <m:rad>
          <m:radPr>
            <m:degHide m:val="1"/>
          </m:radPr>
          <m:deg/>
          <m:e>
            <m:r>
              <m:t>2</m:t>
            </m:r>
          </m:e>
        </m:rad>
        <m:r>
          <m:t>)</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Kultur bakteri awal berjumlah 500 sel dan membelah menjadi dua setiap 20 menit. Jumlah bakteri setelah 2 jam adalah...</w:t>
      </w:r>
    </w:p>
    <w:p>
      <w:pPr>
        <w:spacing w:before="0" w:after="20"/>
        <w:ind w:left="576"/>
      </w:pPr>
      <w:r>
        <w:rPr>
          <w:rFonts w:ascii="Calibri" w:hAnsi="Calibri"/>
          <w:b w:val="0"/>
          <w:i w:val="0"/>
          <w:color w:val="000000"/>
          <w:sz w:val="18"/>
        </w:rPr>
        <w:t>16.000 sel</w:t>
      </w:r>
    </w:p>
    <w:p>
      <w:pPr>
        <w:spacing w:before="0" w:after="20"/>
        <w:ind w:left="576"/>
      </w:pPr>
      <w:r>
        <w:rPr>
          <w:rFonts w:ascii="Calibri" w:hAnsi="Calibri"/>
          <w:b w:val="0"/>
          <w:i w:val="0"/>
          <w:color w:val="000000"/>
          <w:sz w:val="18"/>
        </w:rPr>
        <w:t>32.000 sel</w:t>
      </w:r>
    </w:p>
    <w:p>
      <w:pPr>
        <w:spacing w:before="0" w:after="20"/>
        <w:ind w:left="576"/>
      </w:pPr>
      <w:r>
        <w:rPr>
          <w:rFonts w:ascii="Calibri" w:hAnsi="Calibri"/>
          <w:b w:val="0"/>
          <w:i w:val="0"/>
          <w:color w:val="000000"/>
          <w:sz w:val="18"/>
        </w:rPr>
        <w:t>64.000 sel</w:t>
      </w:r>
    </w:p>
    <w:p>
      <w:pPr>
        <w:spacing w:before="0" w:after="20"/>
        <w:ind w:left="576"/>
      </w:pPr>
      <w:r>
        <w:rPr>
          <w:rFonts w:ascii="Calibri" w:hAnsi="Calibri"/>
          <w:b w:val="0"/>
          <w:i w:val="0"/>
          <w:color w:val="000000"/>
          <w:sz w:val="18"/>
        </w:rPr>
        <w:t>128.000 sel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Waktu total 2 jam = 120 menit. Periode pembelahan </w:t>
      </w:r>
      <m:oMath>
        <m:r>
          <m:t>n</m:t>
        </m:r>
        <m:r>
          <m:t>=</m:t>
        </m:r>
        <m:r>
          <m:t>1</m:t>
        </m:r>
        <m:r>
          <m:t>2</m:t>
        </m:r>
        <m:r>
          <m:t>0</m:t>
        </m:r>
        <m:r>
          <m:t>/</m:t>
        </m:r>
        <m:r>
          <m:t>2</m:t>
        </m:r>
        <m:r>
          <m:t>0</m:t>
        </m:r>
        <m:r>
          <m:t>=</m:t>
        </m:r>
        <m:r>
          <m:t>6</m:t>
        </m:r>
      </m:oMath>
      <w:r>
        <w:rPr>
          <w:rFonts w:ascii="Calibri" w:hAnsi="Calibri"/>
          <w:b w:val="0"/>
          <w:i/>
          <w:color w:val="64748B"/>
          <w:sz w:val="17"/>
        </w:rPr>
        <w:t xml:space="preserve">. Jumlah bakteri </w:t>
      </w:r>
      <m:oMath>
        <m:r>
          <m:t>N</m:t>
        </m:r>
        <m:r>
          <m:t>=</m:t>
        </m:r>
        <m:r>
          <m:t>5</m:t>
        </m:r>
        <m:r>
          <m:t>0</m:t>
        </m:r>
        <m:r>
          <m:t>0</m:t>
        </m:r>
        <m:r>
          <m:t>×</m:t>
        </m:r>
        <m:sSup>
          <m:e>
            <m:r>
              <m:t>2</m:t>
            </m:r>
          </m:e>
          <m:sup>
            <m:r>
              <m:t>6</m:t>
            </m:r>
          </m:sup>
        </m:sSup>
        <m:r>
          <m:t>=</m:t>
        </m:r>
        <m:r>
          <m:t>5</m:t>
        </m:r>
        <m:r>
          <m:t>0</m:t>
        </m:r>
        <m:r>
          <m:t>0</m:t>
        </m:r>
        <m:r>
          <m:t>×</m:t>
        </m:r>
        <m:r>
          <m:t>6</m:t>
        </m:r>
        <m:r>
          <m:t>4</m:t>
        </m:r>
        <m:r>
          <m:t>=</m:t>
        </m:r>
        <m:r>
          <m:t>3</m:t>
        </m:r>
        <m:r>
          <m:t>2</m:t>
        </m:r>
        <m:r>
          <m:t>.</m:t>
        </m:r>
        <m:r>
          <m:t>0</m:t>
        </m:r>
        <m:r>
          <m:t>0</m:t>
        </m:r>
        <m:r>
          <m:t>0</m:t>
        </m:r>
      </m:oMath>
      <w:r>
        <w:rPr>
          <w:rFonts w:ascii="Calibri" w:hAnsi="Calibri"/>
          <w:b w:val="0"/>
          <w:i/>
          <w:color w:val="64748B"/>
          <w:sz w:val="17"/>
        </w:rPr>
        <w:t xml:space="preserve"> sel.</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Jika </w:t>
      </w:r>
      <m:oMath>
        <m:sSup>
          <m:e>
            <m:r>
              <m:t/>
            </m:r>
          </m:e>
          <m:sup>
            <m:r>
              <m:t>2</m:t>
            </m:r>
          </m:sup>
        </m:sSup>
        <m:r>
          <m:t>log </m:t>
        </m:r>
        <m:r>
          <m:t>3</m:t>
        </m:r>
        <m:r>
          <m:t>=</m:t>
        </m:r>
        <m:r>
          <m:t>x</m:t>
        </m:r>
      </m:oMath>
      <w:r>
        <w:rPr>
          <w:rFonts w:ascii="Calibri" w:hAnsi="Calibri"/>
          <w:b w:val="0"/>
          <w:i w:val="0"/>
          <w:color w:val="000000"/>
          <w:sz w:val="19"/>
        </w:rPr>
        <w:t xml:space="preserve"> dan </w:t>
      </w:r>
      <m:oMath>
        <m:sSup>
          <m:e>
            <m:r>
              <m:t/>
            </m:r>
          </m:e>
          <m:sup>
            <m:r>
              <m:t>2</m:t>
            </m:r>
          </m:sup>
        </m:sSup>
        <m:r>
          <m:t>log </m:t>
        </m:r>
        <m:r>
          <m:t>5</m:t>
        </m:r>
        <m:r>
          <m:t>=</m:t>
        </m:r>
        <m:r>
          <m:t>y</m:t>
        </m:r>
      </m:oMath>
      <w:r>
        <w:rPr>
          <w:rFonts w:ascii="Calibri" w:hAnsi="Calibri"/>
          <w:b w:val="0"/>
          <w:i w:val="0"/>
          <w:color w:val="000000"/>
          <w:sz w:val="19"/>
        </w:rPr>
        <w:t xml:space="preserve">, nilai dari </w:t>
      </w:r>
      <m:oMath>
        <m:sSup>
          <m:e>
            <m:r>
              <m:t/>
            </m:r>
          </m:e>
          <m:sup>
            <m:r>
              <m:t>2</m:t>
            </m:r>
          </m:sup>
        </m:sSup>
        <m:r>
          <m:t>log </m:t>
        </m:r>
        <m:r>
          <m:t>4</m:t>
        </m:r>
        <m:r>
          <m:t>5</m:t>
        </m:r>
      </m:oMath>
      <w:r>
        <w:rPr>
          <w:rFonts w:ascii="Calibri" w:hAnsi="Calibri"/>
          <w:b w:val="0"/>
          <w:i w:val="0"/>
          <w:color w:val="000000"/>
          <w:sz w:val="19"/>
        </w:rPr>
        <w:t xml:space="preserve"> adalah...</w:t>
      </w:r>
    </w:p>
    <w:p>
      <w:pPr>
        <w:spacing w:before="0" w:after="20"/>
        <w:ind w:left="576"/>
      </w:pPr>
      <m:oMath>
        <m:r>
          <m:t>x</m:t>
        </m:r>
        <m:r>
          <m:t>+</m:t>
        </m:r>
        <m:r>
          <m:t>y</m:t>
        </m:r>
      </m:oMath>
    </w:p>
    <w:p>
      <w:pPr>
        <w:spacing w:before="0" w:after="20"/>
        <w:ind w:left="576"/>
      </w:pPr>
      <m:oMath>
        <m:r>
          <m:t>2</m:t>
        </m:r>
        <m:r>
          <m:t>x</m:t>
        </m:r>
        <m:r>
          <m:t>+</m:t>
        </m:r>
        <m:r>
          <m:t>y</m:t>
        </m:r>
      </m:oMath>
    </w:p>
    <w:p>
      <w:pPr>
        <w:spacing w:before="0" w:after="20"/>
        <w:ind w:left="576"/>
      </w:pPr>
      <m:oMath>
        <m:r>
          <m:t>x</m:t>
        </m:r>
        <m:r>
          <m:t>+</m:t>
        </m:r>
        <m:r>
          <m:t>2</m:t>
        </m:r>
        <m:r>
          <m:t>y</m:t>
        </m:r>
      </m:oMath>
    </w:p>
    <w:p>
      <w:pPr>
        <w:spacing w:before="0" w:after="20"/>
        <w:ind w:left="576"/>
      </w:pPr>
      <m:oMath>
        <m:r>
          <m:t>2</m:t>
        </m:r>
        <m:r>
          <m:t>x</m:t>
        </m:r>
        <m:r>
          <m:t>y</m:t>
        </m:r>
      </m:oMath>
    </w:p>
    <w:p>
      <w:pPr>
        <w:spacing w:before="20" w:after="80"/>
        <w:ind w:left="576"/>
      </w:pPr>
      <w:r>
        <w:rPr>
          <w:rFonts w:ascii="Calibri" w:hAnsi="Calibri"/>
          <w:i/>
          <w:color w:val="64748B"/>
          <w:sz w:val="17"/>
        </w:rPr>
        <w:t xml:space="preserve">Kunci Jawaban: B — Pembahasan: </w:t>
      </w:r>
      <m:oMath>
        <m:sSup>
          <m:e>
            <m:r>
              <m:t/>
            </m:r>
          </m:e>
          <m:sup>
            <m:r>
              <m:t>2</m:t>
            </m:r>
          </m:sup>
        </m:sSup>
        <m:r>
          <m:t>log </m:t>
        </m:r>
        <m:r>
          <m:t>4</m:t>
        </m:r>
        <m:r>
          <m:t>5</m:t>
        </m:r>
        <m:sSup>
          <m:e>
            <m:r>
              <m:t>=</m:t>
            </m:r>
          </m:e>
          <m:sup>
            <m:r>
              <m:t>2</m:t>
            </m:r>
          </m:sup>
        </m:sSup>
        <m:r>
          <m:t>log </m:t>
        </m:r>
        <m:r>
          <m:t>(</m:t>
        </m:r>
        <m:sSup>
          <m:e>
            <m:r>
              <m:t>3</m:t>
            </m:r>
          </m:e>
          <m:sup>
            <m:r>
              <m:t>2</m:t>
            </m:r>
          </m:sup>
        </m:sSup>
        <m:r>
          <m:t>×</m:t>
        </m:r>
        <m:r>
          <m:t>5</m:t>
        </m:r>
        <m:r>
          <m:t>)</m:t>
        </m:r>
        <m:sSup>
          <m:e>
            <m:r>
              <m:t>=</m:t>
            </m:r>
          </m:e>
          <m:sup>
            <m:r>
              <m:t>2</m:t>
            </m:r>
          </m:sup>
        </m:sSup>
        <m:r>
          <m:t>log </m:t>
        </m:r>
        <m:r>
          <m:t>(</m:t>
        </m:r>
        <m:sSup>
          <m:e>
            <m:r>
              <m:t>3</m:t>
            </m:r>
          </m:e>
          <m:sup>
            <m:r>
              <m:t>2</m:t>
            </m:r>
          </m:sup>
        </m:sSup>
        <m:r>
          <m:t>)</m:t>
        </m:r>
        <m:sSup>
          <m:e>
            <m:r>
              <m:t>+</m:t>
            </m:r>
          </m:e>
          <m:sup>
            <m:r>
              <m:t>2</m:t>
            </m:r>
          </m:sup>
        </m:sSup>
        <m:r>
          <m:t>log </m:t>
        </m:r>
        <m:r>
          <m:t>5</m:t>
        </m:r>
        <m:r>
          <m:t>=</m:t>
        </m:r>
        <m:r>
          <m:t>2</m:t>
        </m:r>
        <m:sSup>
          <m:e>
            <m:r>
              <m:t>·</m:t>
            </m:r>
          </m:e>
          <m:sup>
            <m:r>
              <m:t>2</m:t>
            </m:r>
          </m:sup>
        </m:sSup>
        <m:r>
          <m:t>log </m:t>
        </m:r>
        <m:r>
          <m:t>3</m:t>
        </m:r>
        <m:sSup>
          <m:e>
            <m:r>
              <m:t>+</m:t>
            </m:r>
          </m:e>
          <m:sup>
            <m:r>
              <m:t>2</m:t>
            </m:r>
          </m:sup>
        </m:sSup>
        <m:r>
          <m:t>log </m:t>
        </m:r>
        <m:r>
          <m:t>5</m:t>
        </m:r>
        <m:r>
          <m:t>=</m:t>
        </m:r>
        <m:r>
          <m:t>2</m:t>
        </m:r>
        <m:r>
          <m:t>x</m:t>
        </m:r>
        <m:r>
          <m:t>+</m:t>
        </m:r>
        <m:r>
          <m:t>y</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Nilai dari </w:t>
      </w:r>
      <m:oMath>
        <m:sSup>
          <m:e>
            <m:r>
              <m:t/>
            </m:r>
          </m:e>
          <m:sup>
            <m:r>
              <m:t>3</m:t>
            </m:r>
          </m:sup>
        </m:sSup>
        <m:r>
          <m:t>log </m:t>
        </m:r>
        <m:r>
          <m:t>5</m:t>
        </m:r>
        <m:r>
          <m:t>4</m:t>
        </m:r>
        <m:sSup>
          <m:e>
            <m:r>
              <m:t>+</m:t>
            </m:r>
          </m:e>
          <m:sup>
            <m:r>
              <m:t>3</m:t>
            </m:r>
          </m:sup>
        </m:sSup>
        <m:r>
          <m:t>log </m:t>
        </m:r>
        <m:r>
          <m:t>1</m:t>
        </m:r>
        <m:r>
          <m:t>8</m:t>
        </m:r>
        <m:sSup>
          <m:e>
            <m:r>
              <m:t>-</m:t>
            </m:r>
          </m:e>
          <m:sup>
            <m:r>
              <m:t>3</m:t>
            </m:r>
          </m:sup>
        </m:sSup>
        <m:r>
          <m:t>log </m:t>
        </m:r>
        <m:r>
          <m:t>1</m:t>
        </m:r>
        <m:r>
          <m:t>2</m:t>
        </m:r>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3</w:t>
      </w:r>
    </w:p>
    <w:p>
      <w:pPr>
        <w:spacing w:before="0" w:after="20"/>
        <w:ind w:left="576"/>
      </w:pPr>
      <w:r>
        <w:rPr>
          <w:rFonts w:ascii="Calibri" w:hAnsi="Calibri"/>
          <w:b w:val="0"/>
          <w:i w:val="0"/>
          <w:color w:val="000000"/>
          <w:sz w:val="18"/>
        </w:rPr>
        <w:t>4</w:t>
      </w:r>
    </w:p>
    <w:p>
      <w:pPr>
        <w:spacing w:before="0" w:after="20"/>
        <w:ind w:left="576"/>
      </w:pPr>
      <w:r>
        <w:rPr>
          <w:rFonts w:ascii="Calibri" w:hAnsi="Calibri"/>
          <w:b w:val="0"/>
          <w:i w:val="0"/>
          <w:color w:val="000000"/>
          <w:sz w:val="18"/>
        </w:rPr>
        <w:t>5</w:t>
      </w:r>
    </w:p>
    <w:p>
      <w:pPr>
        <w:spacing w:before="0" w:after="20"/>
        <w:ind w:left="576"/>
      </w:pPr>
      <w:r>
        <w:rPr>
          <w:rFonts w:ascii="Calibri" w:hAnsi="Calibri"/>
          <w:b w:val="0"/>
          <w:i w:val="0"/>
          <w:color w:val="000000"/>
          <w:sz w:val="18"/>
        </w:rPr>
        <w:t>6</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Gunakan sifat logaritma: </w:t>
      </w:r>
      <m:oMath>
        <m:sSup>
          <m:e>
            <m:r>
              <m:t/>
            </m:r>
          </m:e>
          <m:sup>
            <m:r>
              <m:t>3</m:t>
            </m:r>
          </m:sup>
        </m:sSup>
        <m:r>
          <m:t>log </m:t>
        </m:r>
        <m:r>
          <m:t>left</m:t>
        </m:r>
        <m:r>
          <m:t>(</m:t>
        </m:r>
        <m:f>
          <m:fPr>
            <m:type m:val="bar"/>
          </m:fPr>
          <m:num>
            <m:r>
              <m:t>5</m:t>
            </m:r>
            <m:r>
              <m:t>4</m:t>
            </m:r>
            <m:r>
              <m:t>×</m:t>
            </m:r>
            <m:r>
              <m:t>1</m:t>
            </m:r>
            <m:r>
              <m:t>8</m:t>
            </m:r>
          </m:num>
          <m:den>
            <m:r>
              <m:t>1</m:t>
            </m:r>
            <m:r>
              <m:t>2</m:t>
            </m:r>
          </m:den>
        </m:f>
        <m:r>
          <m:t>right</m:t>
        </m:r>
        <m:r>
          <m:t>)</m:t>
        </m:r>
        <m:sSup>
          <m:e>
            <m:r>
              <m:t>=</m:t>
            </m:r>
          </m:e>
          <m:sup>
            <m:r>
              <m:t>3</m:t>
            </m:r>
          </m:sup>
        </m:sSup>
        <m:r>
          <m:t>log </m:t>
        </m:r>
        <m:r>
          <m:t>left</m:t>
        </m:r>
        <m:r>
          <m:t>(</m:t>
        </m:r>
        <m:f>
          <m:fPr>
            <m:type m:val="bar"/>
          </m:fPr>
          <m:num>
            <m:r>
              <m:t>9</m:t>
            </m:r>
            <m:r>
              <m:t>7</m:t>
            </m:r>
            <m:r>
              <m:t>2</m:t>
            </m:r>
          </m:num>
          <m:den>
            <m:r>
              <m:t>1</m:t>
            </m:r>
            <m:r>
              <m:t>2</m:t>
            </m:r>
          </m:den>
        </m:f>
        <m:r>
          <m:t>right</m:t>
        </m:r>
        <m:r>
          <m:t>)</m:t>
        </m:r>
        <m:sSup>
          <m:e>
            <m:r>
              <m:t>=</m:t>
            </m:r>
          </m:e>
          <m:sup>
            <m:r>
              <m:t>3</m:t>
            </m:r>
          </m:sup>
        </m:sSup>
        <m:r>
          <m:t>log </m:t>
        </m:r>
        <m:r>
          <m:t>8</m:t>
        </m:r>
        <m:r>
          <m:t>1</m:t>
        </m:r>
        <m:sSup>
          <m:e>
            <m:r>
              <m:t>=</m:t>
            </m:r>
          </m:e>
          <m:sup>
            <m:r>
              <m:t>3</m:t>
            </m:r>
          </m:sup>
        </m:sSup>
        <m:r>
          <m:t>log </m:t>
        </m:r>
        <m:r>
          <m:t>(</m:t>
        </m:r>
        <m:sSup>
          <m:e>
            <m:r>
              <m:t>3</m:t>
            </m:r>
          </m:e>
          <m:sup>
            <m:r>
              <m:t>4</m:t>
            </m:r>
          </m:sup>
        </m:sSup>
        <m:r>
          <m:t>)</m:t>
        </m:r>
        <m:r>
          <m:t>=</m:t>
        </m:r>
        <m:r>
          <m:t>4</m:t>
        </m:r>
      </m:oMath>
      <w:r>
        <w:rPr>
          <w:rFonts w:ascii="Calibri" w:hAnsi="Calibri"/>
          <w:b w:val="0"/>
          <w:i/>
          <w:color w:val="64748B"/>
          <w:sz w:val="17"/>
        </w:rPr>
        <w:t>.</w:t>
      </w:r>
    </w:p>
    <w:p>
      <w:r>
        <w:br w:type="page"/>
      </w:r>
    </w:p>
    <w:p>
      <w:pPr>
        <w:pStyle w:val="Title"/>
      </w:pPr>
      <w:r>
        <w:t>LEMBAR KERJA PESERTA DIDIK (LKPD)</w:t>
      </w:r>
    </w:p>
    <w:p>
      <w:pPr>
        <w:pStyle w:val="Subtitle"/>
      </w:pPr>
      <w:r>
        <w:t>Mata Pelajaran: Matematika • Bab 1: Eksponen dan Logaritma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Sifat-Sifat Bilangan Berpangkat dan Bentuk Akar</w:t>
      </w:r>
    </w:p>
    <w:p>
      <w:pPr>
        <w:spacing w:before="20" w:after="60"/>
        <w:ind w:left="216"/>
      </w:pPr>
      <w:r>
        <w:rPr>
          <w:rFonts w:ascii="Calibri" w:hAnsi="Calibri"/>
          <w:color w:val="000000"/>
          <w:sz w:val="18"/>
        </w:rPr>
        <w:t xml:space="preserve">Petunjuk: </w:t>
      </w:r>
      <w:r>
        <w:rPr>
          <w:rFonts w:ascii="Calibri" w:hAnsi="Calibri"/>
          <w:b w:val="0"/>
          <w:i w:val="0"/>
          <w:color w:val="000000"/>
          <w:sz w:val="18"/>
        </w:rPr>
        <w:t>Mengoperasikan pangkat bulat positif, nol, negatif, pangkat pecahan, serta merasionalkan bentuk akar kuadrat.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Fungsi Eksponensial dan Pemodelan Pertumbuhan/Peluruhan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Menggambar grafik fungsi eksponen serta menyelesaikan persamaan pertumbuhan bakteri dan peluruhan zat radioaktif.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Definisi dan Sifat-Sifat Operasi Logaritma</w:t>
      </w:r>
    </w:p>
    <w:p>
      <w:pPr>
        <w:spacing w:before="20" w:after="60"/>
        <w:ind w:left="216"/>
      </w:pPr>
      <w:r>
        <w:rPr>
          <w:rFonts w:ascii="Calibri" w:hAnsi="Calibri"/>
          <w:color w:val="000000"/>
          <w:sz w:val="18"/>
        </w:rPr>
        <w:t xml:space="preserve">Petunjuk: </w:t>
      </w:r>
      <w:r>
        <w:rPr>
          <w:rFonts w:ascii="Calibri" w:hAnsi="Calibri"/>
          <w:b w:val="0"/>
          <w:i w:val="0"/>
          <w:color w:val="000000"/>
          <w:sz w:val="18"/>
        </w:rPr>
        <w:t>Mengubah bentuk eksponen ke logaritma dan menerapkan sifat penjumlahan, pengurangan, perkalian basis, serta perubahan basis logaritma.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Penerapan Skala Logaritma dalam Masalah Kontekstual</w:t>
      </w:r>
    </w:p>
    <w:p>
      <w:pPr>
        <w:spacing w:before="20" w:after="60"/>
        <w:ind w:left="216"/>
      </w:pPr>
      <w:r>
        <w:rPr>
          <w:rFonts w:ascii="Calibri" w:hAnsi="Calibri"/>
          <w:color w:val="000000"/>
          <w:sz w:val="18"/>
        </w:rPr>
        <w:t xml:space="preserve">Petunjuk: </w:t>
      </w:r>
      <w:r>
        <w:rPr>
          <w:rFonts w:ascii="Calibri" w:hAnsi="Calibri"/>
          <w:b w:val="0"/>
          <w:i w:val="0"/>
          <w:color w:val="000000"/>
          <w:sz w:val="18"/>
        </w:rPr>
        <w:t>Memecahkan masalah perhitungan taraf intensitas bunyi, derajat keasaman larutan (pH), dan waktu investasi.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Eksponen merupakan bentuk perkalian berulang bilangan yang sama untuk menyederhanakan representasi nilai bernilai sangat besar atau sangat kecil. Pemahaman sifat eksponen rasional dan bentuk akar menjadi fondasi dalam memodelkan fenomena eksponensial riil seperti perkembangbiakan mikroorganisme dan bunga majemuk perbankan.</w:t>
      </w:r>
    </w:p>
    <w:p>
      <w:pPr>
        <w:spacing w:before="40" w:after="60" w:line="276" w:lineRule="auto"/>
      </w:pPr>
      <w:r>
        <w:rPr>
          <w:rFonts w:ascii="Calibri" w:hAnsi="Calibri"/>
          <w:b w:val="0"/>
          <w:i w:val="0"/>
          <w:color w:val="000000"/>
          <w:sz w:val="19"/>
        </w:rPr>
        <w:t>Fungsi eksponensial menggambarkan laju perubahan yang proporsional dengan nilai fungsinya saat itu, menghasilkan kurva pertumbuhan atau peluruhan kontinu. Peserta didik menganalisis grafik fungsi eksponensial untuk menentukan titik potong, asimtot datar, dan domain serta range fungsi secara tepat.</w:t>
      </w:r>
    </w:p>
    <w:p>
      <w:pPr>
        <w:spacing w:before="40" w:after="60" w:line="276" w:lineRule="auto"/>
      </w:pPr>
      <w:r>
        <w:rPr>
          <w:rFonts w:ascii="Calibri" w:hAnsi="Calibri"/>
          <w:b w:val="0"/>
          <w:i w:val="0"/>
          <w:color w:val="000000"/>
          <w:sz w:val="19"/>
        </w:rPr>
        <w:t>Logaritma hadir sebagai operasi invers dari eksponensial untuk menentukan besar pangkat ketika basis dan hasil pangkat diketahui. Penguasaan sifat-sifat logaritma mempermudah komputasi skala logaritmik seperti tingkat keasaman pH, skala gempa bumi Richter, dan desibel intensitas bunyi.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Eksponen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penulisan perkalian berulang suatu bilangan pokok (basis) sebanyak n kali.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Bentuk Akar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Akar dari bilangan rasional yang menghasilkan bilangan irasional seperti </w:t>
            </w:r>
            <m:oMath>
              <m:rad>
                <m:radPr>
                  <m:degHide m:val="1"/>
                </m:radPr>
                <m:deg/>
                <m:e>
                  <m:r>
                    <m:t>2</m:t>
                  </m:r>
                </m:e>
              </m:rad>
            </m:oMath>
            <w:r>
              <w:rPr>
                <w:rFonts w:ascii="Calibri" w:hAnsi="Calibri"/>
                <w:b w:val="0"/>
                <w:i w:val="0"/>
                <w:color w:val="000000"/>
                <w:sz w:val="18"/>
              </w:rPr>
              <w:t xml:space="preserve"> atau </w:t>
            </w:r>
            <m:oMath>
              <m:rad>
                <m:radPr>
                  <m:degHide m:val="1"/>
                </m:radPr>
                <m:deg/>
                <m:e>
                  <m:r>
                    <m:t>3</m:t>
                  </m:r>
                </m:e>
              </m:rad>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Logaritma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Operasi invers dari perpangkatan: jika </w:t>
            </w:r>
            <m:oMath>
              <m:sSup>
                <m:e>
                  <m:r>
                    <m:t>a</m:t>
                  </m:r>
                </m:e>
                <m:sup>
                  <m:r>
                    <m:t>b</m:t>
                  </m:r>
                </m:sup>
              </m:sSup>
              <m:r>
                <m:t>=</m:t>
              </m:r>
              <m:r>
                <m:t>c</m:t>
              </m:r>
            </m:oMath>
            <w:r>
              <w:rPr>
                <w:rFonts w:ascii="Calibri" w:hAnsi="Calibri"/>
                <w:b w:val="0"/>
                <w:i w:val="0"/>
                <w:color w:val="000000"/>
                <w:sz w:val="18"/>
              </w:rPr>
              <w:t xml:space="preserve"> dengan </w:t>
            </w:r>
            <m:oMath>
              <m:r>
                <m:t>a</m:t>
              </m:r>
              <m:r>
                <m:t>&gt;</m:t>
              </m:r>
              <m:r>
                <m:t>0</m:t>
              </m:r>
            </m:oMath>
            <w:r>
              <w:rPr>
                <w:rFonts w:ascii="Calibri" w:hAnsi="Calibri"/>
                <w:b w:val="0"/>
                <w:i w:val="0"/>
                <w:color w:val="000000"/>
                <w:sz w:val="18"/>
              </w:rPr>
              <w:t xml:space="preserve"> dan </w:t>
            </w:r>
            <m:oMath>
              <m:r>
                <m:t>a</m:t>
              </m:r>
              <m:r>
                <m:t>≠</m:t>
              </m:r>
              <m:r>
                <m:t>1</m:t>
              </m:r>
            </m:oMath>
            <w:r>
              <w:rPr>
                <w:rFonts w:ascii="Calibri" w:hAnsi="Calibri"/>
                <w:b w:val="0"/>
                <w:i w:val="0"/>
                <w:color w:val="000000"/>
                <w:sz w:val="18"/>
              </w:rPr>
              <w:t xml:space="preserve">, maka </w:t>
            </w:r>
            <m:oMath>
              <m:sSup>
                <m:e>
                  <m:r>
                    <m:t/>
                  </m:r>
                </m:e>
                <m:sup>
                  <m:r>
                    <m:t>a</m:t>
                  </m:r>
                </m:sup>
              </m:sSup>
              <m:r>
                <m:t>log </m:t>
              </m:r>
              <m:r>
                <m:t>c</m:t>
              </m:r>
              <m:r>
                <m:t>=</m:t>
              </m:r>
              <m:r>
                <m:t>b</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Asimtot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lurus yang didekati oleh kurva lengkung suatu fungsi secara tak hingga namun tidak pernah dipotong.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Peluruhan Eksponensial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penurunan nilai suatu kuantitas secara bertahap dengan rasio penyusutan yang tetap terhadap waktu.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