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8: Mengenal Diagram dan Data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Mengelompokkan dan menyortir kumpulan benda konkret berdasarkan satu atribut ciri tertentu.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Membilang banyak benda dalam setiap kategori kelompok dan mencatat hasil hitungannya.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Menyusun diagram gambar (piktogram) sederhana dengan rapi dan proporsional.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Membaca serta menginterpretasikan informasi dari diagram gambar (menentukan data terbanyak/tersedikit).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Modul ajar statistika awal Kelas 1 SD Bab 8 untuk melatih keterampilan mengelompokkan benda berdasarkan atribut, mencatat data, dan membaca piktogram sederhana.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Menyortir dan Mengelompokkan Objek Berdasarkan Ciri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Mengelompokkan kumpulan mainan atau alat tulis menurut warna, bentuk, atau jenisnya.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Menyajikan Data ke dalam Diagram Gambar (Piktogram)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Menempelkan stiker/gambar pada kolom diagram untuk menggambarkan jumlah data yang terkumpul.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Membaca Informasi dan Menarik Kesimpulan dari Diagram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Menjawab pertanyaan mengenai data terbanyak, tersedikit, dan jumlah keseluruhan dari diagram.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Dalam sebuah tabel hobi kelas 1: 5 anak suka menyanyi, 7 anak suka menggambar, dan 4 anak suka menari. Hobi yang paling banyak disukai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Menyanyi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Menggambar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Membaca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Angka 7 adalah nilai tertinggi, yang menunjukkan hobi menggambar paling banyak dipilih siswa.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Sebuah gambar buah mewakili 1 orang siswa. Jika pada baris apel ada 4 gambar apel, artinya banyak siswa penyuka apel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 orang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2 orang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4 orang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8 orang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Karena 1 gambar apel = 1 siswa, maka 4 gambar apel menunjukkan 4 siswa.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Data warna kesukaan: Merah (6 siswa), Biru (6 siswa), Hijau (3 siswa). Kesimpulan yang benar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Warna hijau paling banyak disukai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Penyuka warna merah dan biru sama banyak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Penyuka warna biru lebih sedikit dari hijau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Semua siswa menyukai warna merah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Penyuka merah ada 6 dan biru ada 6, sehingga jumlah penyuka kedua warna tersebut sama banyak.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Cara paling mudah untuk menghitung jumlah jenis mainan yang ada di lemari kelas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Mengelompokkan jenis mainan yang sejenis lalu menghitungnya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Menghitung secara acak berulang-ulang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Membuang mainan yang rusak tanpa didata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Menebak jumlahnya kira-kira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Mengelompokkan benda sejenis (klasifikasi data) membuat proses membilang menjadi teratur, teliti, dan tidak terlewat.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Berdasarkan diagram buah: Pisang (3 siswa), Jeruk (5 siswa), Mangga (4 siswa). Berapa jumlah seluruh siswa yang didata?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10 siswa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11 siswa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12 siswa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14 siswa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Jumlahkan seluruh data siswa: 3 + 5 + 4 = 12 orang siswa.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8: Mengenal Diagram dan Data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Menyortir dan Mengelompokkan Objek Berdasarkan Ciri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Mengelompokkan kumpulan mainan atau alat tulis menurut warna, bentuk, atau jenisnya.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Menyajikan Data ke dalam Diagram Gambar (Piktogram)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Menempelkan stiker/gambar pada kolom diagram untuk menggambarkan jumlah data yang terkumpul.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Membaca Informasi dan Menarik Kesimpulan dari Diagram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Menjawab pertanyaan mengenai data terbanyak, tersedikit, dan jumlah keseluruhan dari diagram.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Literasi data pada usia dini ditanamkan melalui aktivitas menyortir, mengelompokkan, dan menghitung objek konkret berdasarkan atribut visual seperti warna, bentuk, ukuran, atau jenis benda.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Setelah data objek terhitung, peserta didik dibimbing untuk menyajikan data tersebut ke dalam bentuk diagram gambar (piktogram) sederhana, di mana satu gambar atau stiker mewakili satu objek nyata.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belajar membaca informasi dari diagram gambar, seperti menentukan kategori mana yang paling banyak disukai, paling sedikit dipilih, serta menghitung selisih jumlah antar kelompok secara komunikatif.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Data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Sekumpulan fakta, informasi, atau angka yang diperoleh dari hasil pengamatan atau penghitungan.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Diagram Gambar (Piktogram)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Bagan atau penyajian data yang menggunakan gambar atau simbol untuk mewakili jumlah data tertentu.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Menyortir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Memilah dan memisahkan benda-benda ke dalam kelompok tertentu sesuai dengan aturan atau ciri yang sama.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Kategori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Pengelompokkan benda yang memiliki kesamaan sifat atau kegunaan.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Frekuensi / Jumlah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Berapa kali suatu benda atau kejadian muncul dalam kumpulan data.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