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A (KELAS 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Penjumlahan dan Pengurangan sampai dengan 20</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Menghitung penjumlahan dua bilangan cacah dengan hasil tidak melebihi 20.</w:t>
      </w:r>
    </w:p>
    <w:p>
      <w:pPr>
        <w:pStyle w:val="ListNumber"/>
      </w:pPr>
      <w:r>
        <w:rPr>
          <w:rFonts w:ascii="Calibri" w:hAnsi="Calibri"/>
          <w:b w:val="0"/>
          <w:i w:val="0"/>
          <w:color w:val="000000"/>
          <w:sz w:val="19"/>
        </w:rPr>
        <w:t>Menghitung pengurangan bilangan cacah yang melibatkan angka 11 sampai 20.</w:t>
      </w:r>
    </w:p>
    <w:p>
      <w:pPr>
        <w:pStyle w:val="ListNumber"/>
      </w:pPr>
      <w:r>
        <w:rPr>
          <w:rFonts w:ascii="Calibri" w:hAnsi="Calibri"/>
          <w:b w:val="0"/>
          <w:i w:val="0"/>
          <w:color w:val="000000"/>
          <w:sz w:val="19"/>
        </w:rPr>
        <w:t>Menggunakan strategi kreatif seperti berhitung maju/mundur dan pasangan sepuluh dalam berhitung.</w:t>
      </w:r>
    </w:p>
    <w:p>
      <w:pPr>
        <w:pStyle w:val="ListNumber"/>
      </w:pPr>
      <w:r>
        <w:rPr>
          <w:rFonts w:ascii="Calibri" w:hAnsi="Calibri"/>
          <w:b w:val="0"/>
          <w:i w:val="0"/>
          <w:color w:val="000000"/>
          <w:sz w:val="19"/>
        </w:rPr>
        <w:t>Menyelesaikan masalah kontekstual yang melibatkan operasi penjumlahan dan pengurangan campuran.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Perangkat ajar matematika Kelas 1 SD Bab 6 yang memuat metode berhitung maju/mundur, strategi membuat pasangan 10, dan penyelesaian masalah sehari-hari hingga bilangan 20.</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Penjumlahan Bilangan sampai 20 dengan Berhitung Maju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Menyelesaikan penjumlahan dengan strategi menyimpan angka besar di ingatan dan menghitung maju.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Pengurangan Bilangan sampai 20 dengan Berhitung Mundur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Menyelesaikan pengurangan melalui strategi menghitung mundur atau memisahkan puluhan dan satuan.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Strategi Pasangan Sepuluh dan Pemecahan Masalah Soal Cerita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Menguraikan angka untuk membentuk kelompok 10 dan menyelesaikan soal cerita terstruktur.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Hasil dari 12 + 5 adalah...</w:t>
      </w:r>
    </w:p>
    <w:p>
      <w:pPr>
        <w:spacing w:before="0" w:after="20"/>
        <w:ind w:left="576"/>
      </w:pPr>
      <w:r>
        <w:rPr>
          <w:rFonts w:ascii="Calibri" w:hAnsi="Calibri"/>
          <w:b w:val="0"/>
          <w:i w:val="0"/>
          <w:color w:val="000000"/>
          <w:sz w:val="18"/>
        </w:rPr>
        <w:t>A. 16</w:t>
      </w:r>
    </w:p>
    <w:p>
      <w:pPr>
        <w:spacing w:before="0" w:after="20"/>
        <w:ind w:left="576"/>
      </w:pPr>
      <w:r>
        <w:rPr>
          <w:rFonts w:ascii="Calibri" w:hAnsi="Calibri"/>
          <w:b w:val="0"/>
          <w:i w:val="0"/>
          <w:color w:val="000000"/>
          <w:sz w:val="18"/>
        </w:rPr>
        <w:t>B. 17</w:t>
      </w:r>
    </w:p>
    <w:p>
      <w:pPr>
        <w:spacing w:before="0" w:after="20"/>
        <w:ind w:left="576"/>
      </w:pPr>
      <w:r>
        <w:rPr>
          <w:rFonts w:ascii="Calibri" w:hAnsi="Calibri"/>
          <w:b w:val="0"/>
          <w:i w:val="0"/>
          <w:color w:val="000000"/>
          <w:sz w:val="18"/>
        </w:rPr>
        <w:t>C. 18</w:t>
      </w:r>
    </w:p>
    <w:p>
      <w:pPr>
        <w:spacing w:before="0" w:after="20"/>
        <w:ind w:left="576"/>
      </w:pPr>
      <w:r>
        <w:rPr>
          <w:rFonts w:ascii="Calibri" w:hAnsi="Calibri"/>
          <w:b w:val="0"/>
          <w:i w:val="0"/>
          <w:color w:val="000000"/>
          <w:sz w:val="18"/>
        </w:rPr>
        <w:t>D. 19</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12 + 5: jumlahkan satuan 2 + 5 = 7, lalu gabungkan dengan puluhan 1 menjadi 17.</w:t>
      </w:r>
    </w:p>
    <w:p>
      <w:pPr>
        <w:spacing w:before="80" w:after="40"/>
        <w:ind w:left="216"/>
      </w:pPr>
      <w:r>
        <w:rPr>
          <w:rFonts w:ascii="Calibri" w:hAnsi="Calibri"/>
          <w:b/>
          <w:color w:val="000000"/>
          <w:sz w:val="19"/>
        </w:rPr>
        <w:t xml:space="preserve">2. </w:t>
      </w:r>
      <w:r>
        <w:rPr>
          <w:rFonts w:ascii="Calibri" w:hAnsi="Calibri"/>
          <w:b w:val="0"/>
          <w:i w:val="0"/>
          <w:color w:val="000000"/>
          <w:sz w:val="19"/>
        </w:rPr>
        <w:t>Lani mempunyai 16 pita rambut. Sebanyak 4 pita diberikan kepada sahabatnya. Sisa pita Lani adalah...</w:t>
      </w:r>
    </w:p>
    <w:p>
      <w:pPr>
        <w:spacing w:before="0" w:after="20"/>
        <w:ind w:left="576"/>
      </w:pPr>
      <w:r>
        <w:rPr>
          <w:rFonts w:ascii="Calibri" w:hAnsi="Calibri"/>
          <w:b w:val="0"/>
          <w:i w:val="0"/>
          <w:color w:val="000000"/>
          <w:sz w:val="18"/>
        </w:rPr>
        <w:t>A. 10 buah</w:t>
      </w:r>
    </w:p>
    <w:p>
      <w:pPr>
        <w:spacing w:before="0" w:after="20"/>
        <w:ind w:left="576"/>
      </w:pPr>
      <w:r>
        <w:rPr>
          <w:rFonts w:ascii="Calibri" w:hAnsi="Calibri"/>
          <w:b w:val="0"/>
          <w:i w:val="0"/>
          <w:color w:val="000000"/>
          <w:sz w:val="18"/>
        </w:rPr>
        <w:t>B. 11 buah</w:t>
      </w:r>
    </w:p>
    <w:p>
      <w:pPr>
        <w:spacing w:before="0" w:after="20"/>
        <w:ind w:left="576"/>
      </w:pPr>
      <w:r>
        <w:rPr>
          <w:rFonts w:ascii="Calibri" w:hAnsi="Calibri"/>
          <w:b w:val="0"/>
          <w:i w:val="0"/>
          <w:color w:val="000000"/>
          <w:sz w:val="18"/>
        </w:rPr>
        <w:t>C. 12 buah</w:t>
      </w:r>
    </w:p>
    <w:p>
      <w:pPr>
        <w:spacing w:before="0" w:after="20"/>
        <w:ind w:left="576"/>
      </w:pPr>
      <w:r>
        <w:rPr>
          <w:rFonts w:ascii="Calibri" w:hAnsi="Calibri"/>
          <w:b w:val="0"/>
          <w:i w:val="0"/>
          <w:color w:val="000000"/>
          <w:sz w:val="18"/>
        </w:rPr>
        <w:t>D. 14 buah</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16 - 4 = 12 pita tersisa pada Lani.</w:t>
      </w:r>
    </w:p>
    <w:p>
      <w:pPr>
        <w:spacing w:before="80" w:after="40"/>
        <w:ind w:left="216"/>
      </w:pPr>
      <w:r>
        <w:rPr>
          <w:rFonts w:ascii="Calibri" w:hAnsi="Calibri"/>
          <w:b/>
          <w:color w:val="000000"/>
          <w:sz w:val="19"/>
        </w:rPr>
        <w:t xml:space="preserve">3. </w:t>
      </w:r>
      <w:r>
        <w:rPr>
          <w:rFonts w:ascii="Calibri" w:hAnsi="Calibri"/>
          <w:b w:val="0"/>
          <w:i w:val="0"/>
          <w:color w:val="000000"/>
          <w:sz w:val="19"/>
        </w:rPr>
        <w:t>Hasil penjumlahan dari 8 + 7 adalah...</w:t>
      </w:r>
    </w:p>
    <w:p>
      <w:pPr>
        <w:spacing w:before="0" w:after="20"/>
        <w:ind w:left="576"/>
      </w:pPr>
      <w:r>
        <w:rPr>
          <w:rFonts w:ascii="Calibri" w:hAnsi="Calibri"/>
          <w:b w:val="0"/>
          <w:i w:val="0"/>
          <w:color w:val="000000"/>
          <w:sz w:val="18"/>
        </w:rPr>
        <w:t>A. 14</w:t>
      </w:r>
    </w:p>
    <w:p>
      <w:pPr>
        <w:spacing w:before="0" w:after="20"/>
        <w:ind w:left="576"/>
      </w:pPr>
      <w:r>
        <w:rPr>
          <w:rFonts w:ascii="Calibri" w:hAnsi="Calibri"/>
          <w:b w:val="0"/>
          <w:i w:val="0"/>
          <w:color w:val="000000"/>
          <w:sz w:val="18"/>
        </w:rPr>
        <w:t>B. 15</w:t>
      </w:r>
    </w:p>
    <w:p>
      <w:pPr>
        <w:spacing w:before="0" w:after="20"/>
        <w:ind w:left="576"/>
      </w:pPr>
      <w:r>
        <w:rPr>
          <w:rFonts w:ascii="Calibri" w:hAnsi="Calibri"/>
          <w:b w:val="0"/>
          <w:i w:val="0"/>
          <w:color w:val="000000"/>
          <w:sz w:val="18"/>
        </w:rPr>
        <w:t>C. 16</w:t>
      </w:r>
    </w:p>
    <w:p>
      <w:pPr>
        <w:spacing w:before="0" w:after="20"/>
        <w:ind w:left="576"/>
      </w:pPr>
      <w:r>
        <w:rPr>
          <w:rFonts w:ascii="Calibri" w:hAnsi="Calibri"/>
          <w:b w:val="0"/>
          <w:i w:val="0"/>
          <w:color w:val="000000"/>
          <w:sz w:val="18"/>
        </w:rPr>
        <w:t>D. 13</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8 + 7 = 8 + 2 + 5 = 10 + 5 = 15.</w:t>
      </w:r>
    </w:p>
    <w:p>
      <w:pPr>
        <w:spacing w:before="80" w:after="40"/>
        <w:ind w:left="216"/>
      </w:pPr>
      <w:r>
        <w:rPr>
          <w:rFonts w:ascii="Calibri" w:hAnsi="Calibri"/>
          <w:b/>
          <w:color w:val="000000"/>
          <w:sz w:val="19"/>
        </w:rPr>
        <w:t xml:space="preserve">4. </w:t>
      </w:r>
      <w:r>
        <w:rPr>
          <w:rFonts w:ascii="Calibri" w:hAnsi="Calibri"/>
          <w:b w:val="0"/>
          <w:i w:val="0"/>
          <w:color w:val="000000"/>
          <w:sz w:val="19"/>
        </w:rPr>
        <w:t>Hasil dari 18 - 9 adalah...</w:t>
      </w:r>
    </w:p>
    <w:p>
      <w:pPr>
        <w:spacing w:before="0" w:after="20"/>
        <w:ind w:left="576"/>
      </w:pPr>
      <w:r>
        <w:rPr>
          <w:rFonts w:ascii="Calibri" w:hAnsi="Calibri"/>
          <w:b w:val="0"/>
          <w:i w:val="0"/>
          <w:color w:val="000000"/>
          <w:sz w:val="18"/>
        </w:rPr>
        <w:t>A. 8</w:t>
      </w:r>
    </w:p>
    <w:p>
      <w:pPr>
        <w:spacing w:before="0" w:after="20"/>
        <w:ind w:left="576"/>
      </w:pPr>
      <w:r>
        <w:rPr>
          <w:rFonts w:ascii="Calibri" w:hAnsi="Calibri"/>
          <w:b w:val="0"/>
          <w:i w:val="0"/>
          <w:color w:val="000000"/>
          <w:sz w:val="18"/>
        </w:rPr>
        <w:t>B. 9</w:t>
      </w:r>
    </w:p>
    <w:p>
      <w:pPr>
        <w:spacing w:before="0" w:after="20"/>
        <w:ind w:left="576"/>
      </w:pPr>
      <w:r>
        <w:rPr>
          <w:rFonts w:ascii="Calibri" w:hAnsi="Calibri"/>
          <w:b w:val="0"/>
          <w:i w:val="0"/>
          <w:color w:val="000000"/>
          <w:sz w:val="18"/>
        </w:rPr>
        <w:t>C. 10</w:t>
      </w:r>
    </w:p>
    <w:p>
      <w:pPr>
        <w:spacing w:before="0" w:after="20"/>
        <w:ind w:left="576"/>
      </w:pPr>
      <w:r>
        <w:rPr>
          <w:rFonts w:ascii="Calibri" w:hAnsi="Calibri"/>
          <w:b w:val="0"/>
          <w:i w:val="0"/>
          <w:color w:val="000000"/>
          <w:sz w:val="18"/>
        </w:rPr>
        <w:t>D. 7</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18 - 9 = 9, karena 9 + 9 = 18.</w:t>
      </w:r>
    </w:p>
    <w:p>
      <w:pPr>
        <w:spacing w:before="80" w:after="40"/>
        <w:ind w:left="216"/>
      </w:pPr>
      <w:r>
        <w:rPr>
          <w:rFonts w:ascii="Calibri" w:hAnsi="Calibri"/>
          <w:b/>
          <w:color w:val="000000"/>
          <w:sz w:val="19"/>
        </w:rPr>
        <w:t xml:space="preserve">5. </w:t>
      </w:r>
      <w:r>
        <w:rPr>
          <w:rFonts w:ascii="Calibri" w:hAnsi="Calibri"/>
          <w:b w:val="0"/>
          <w:i w:val="0"/>
          <w:color w:val="000000"/>
          <w:sz w:val="19"/>
        </w:rPr>
        <w:t>Di sebuah toko ada 11 buku gambar. Penjual menambah pasokan 6 buku gambar lagi. Tiga buku kemudian terjual. Berapa sisa buku sekarang?</w:t>
      </w:r>
    </w:p>
    <w:p>
      <w:pPr>
        <w:spacing w:before="0" w:after="20"/>
        <w:ind w:left="576"/>
      </w:pPr>
      <w:r>
        <w:rPr>
          <w:rFonts w:ascii="Calibri" w:hAnsi="Calibri"/>
          <w:b w:val="0"/>
          <w:i w:val="0"/>
          <w:color w:val="000000"/>
          <w:sz w:val="18"/>
        </w:rPr>
        <w:t>A. 14 buku</w:t>
      </w:r>
    </w:p>
    <w:p>
      <w:pPr>
        <w:spacing w:before="0" w:after="20"/>
        <w:ind w:left="576"/>
      </w:pPr>
      <w:r>
        <w:rPr>
          <w:rFonts w:ascii="Calibri" w:hAnsi="Calibri"/>
          <w:b w:val="0"/>
          <w:i w:val="0"/>
          <w:color w:val="000000"/>
          <w:sz w:val="18"/>
        </w:rPr>
        <w:t>B. 15 buku</w:t>
      </w:r>
    </w:p>
    <w:p>
      <w:pPr>
        <w:spacing w:before="0" w:after="20"/>
        <w:ind w:left="576"/>
      </w:pPr>
      <w:r>
        <w:rPr>
          <w:rFonts w:ascii="Calibri" w:hAnsi="Calibri"/>
          <w:b w:val="0"/>
          <w:i w:val="0"/>
          <w:color w:val="000000"/>
          <w:sz w:val="18"/>
        </w:rPr>
        <w:t>C. 13 buku</w:t>
      </w:r>
    </w:p>
    <w:p>
      <w:pPr>
        <w:spacing w:before="0" w:after="20"/>
        <w:ind w:left="576"/>
      </w:pPr>
      <w:r>
        <w:rPr>
          <w:rFonts w:ascii="Calibri" w:hAnsi="Calibri"/>
          <w:b w:val="0"/>
          <w:i w:val="0"/>
          <w:color w:val="000000"/>
          <w:sz w:val="18"/>
        </w:rPr>
        <w:t>D. 17 buku</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Hitung bertahap: 11 + 6 = 17 buku. Lalu 17 - 3 = 14 buku tersisa.</w:t>
      </w:r>
    </w:p>
    <w:p>
      <w:r>
        <w:br w:type="page"/>
      </w:r>
    </w:p>
    <w:p>
      <w:pPr>
        <w:pStyle w:val="Title"/>
      </w:pPr>
      <w:r>
        <w:t>LEMBAR KERJA PESERTA DIDIK (LKPD)</w:t>
      </w:r>
    </w:p>
    <w:p>
      <w:pPr>
        <w:pStyle w:val="Subtitle"/>
      </w:pPr>
      <w:r>
        <w:t>Mata Pelajaran: Matematika • Bab 6: Penjumlahan dan Pengurangan sampai dengan 20</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Penjumlahan Bilangan sampai 20 dengan Berhitung Maju</w:t>
      </w:r>
    </w:p>
    <w:p>
      <w:pPr>
        <w:spacing w:before="20" w:after="60"/>
        <w:ind w:left="216"/>
      </w:pPr>
      <w:r>
        <w:rPr>
          <w:rFonts w:ascii="Calibri" w:hAnsi="Calibri"/>
          <w:color w:val="000000"/>
          <w:sz w:val="18"/>
        </w:rPr>
        <w:t xml:space="preserve">Petunjuk: </w:t>
      </w:r>
      <w:r>
        <w:rPr>
          <w:rFonts w:ascii="Calibri" w:hAnsi="Calibri"/>
          <w:b w:val="0"/>
          <w:i w:val="0"/>
          <w:color w:val="000000"/>
          <w:sz w:val="18"/>
        </w:rPr>
        <w:t>Menyelesaikan penjumlahan dengan strategi menyimpan angka besar di ingatan dan menghitung maju.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Pengurangan Bilangan sampai 20 dengan Berhitung Mundur</w:t>
      </w:r>
    </w:p>
    <w:p>
      <w:pPr>
        <w:spacing w:before="20" w:after="60"/>
        <w:ind w:left="216"/>
      </w:pPr>
      <w:r>
        <w:rPr>
          <w:rFonts w:ascii="Calibri" w:hAnsi="Calibri"/>
          <w:color w:val="000000"/>
          <w:sz w:val="18"/>
        </w:rPr>
        <w:t xml:space="preserve">Petunjuk: </w:t>
      </w:r>
      <w:r>
        <w:rPr>
          <w:rFonts w:ascii="Calibri" w:hAnsi="Calibri"/>
          <w:b w:val="0"/>
          <w:i w:val="0"/>
          <w:color w:val="000000"/>
          <w:sz w:val="18"/>
        </w:rPr>
        <w:t>Menyelesaikan pengurangan melalui strategi menghitung mundur atau memisahkan puluhan dan satuan.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Strategi Pasangan Sepuluh dan Pemecahan Masalah Soal Cerita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Menguraikan angka untuk membentuk kelompok 10 dan menyelesaikan soal cerita terstruktur.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Pada bab ini, operasi hitung penjumlahan dan pengurangan ditingkatkan hingga mencakup rentang bilangan 11 sampai 20. Pembelajaran berfokus pada beragam strategi berhitung mental (mental math) yang efisien bagi siswa kelas 1.</w:t>
      </w:r>
    </w:p>
    <w:p>
      <w:pPr>
        <w:spacing w:before="40" w:after="60" w:line="276" w:lineRule="auto"/>
      </w:pPr>
      <w:r>
        <w:rPr>
          <w:rFonts w:ascii="Calibri" w:hAnsi="Calibri"/>
          <w:b w:val="0"/>
          <w:i w:val="0"/>
          <w:color w:val="000000"/>
          <w:sz w:val="19"/>
        </w:rPr>
        <w:t>Siswa dikenalkan pada teknik menghitung maju (untuk penjumlahan) dan menghitung mundur (untuk pengurangan) dengan bantuan garis bilangan atau sepuluh jari. Siswa juga dilatih menggunakan strategi jembatan sepuluh (making 10), misalnya mengubah '8 + 5' menjadi '8 + 2 + 3 = 13'.</w:t>
      </w:r>
    </w:p>
    <w:p>
      <w:pPr>
        <w:spacing w:before="40" w:after="60" w:line="276" w:lineRule="auto"/>
      </w:pPr>
      <w:r>
        <w:rPr>
          <w:rFonts w:ascii="Calibri" w:hAnsi="Calibri"/>
          <w:b w:val="0"/>
          <w:i w:val="0"/>
          <w:color w:val="000000"/>
          <w:sz w:val="19"/>
        </w:rPr>
        <w:t>Modul ajar dilengkapi dengan aneka ragam latihan soal cerita kontekstual bertema kegiatan harian di sekolah dan rumah, sehingga anak mampu mengidentifikasi operasi matematika yang relevan secara mandiri.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Menghitung Maju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penjumlahan dengan memulai dari bilangan pertama dan melompat maju sebanyak bilangan kedua.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Menghitung Mundur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pengurangan dengan memulai dari bilangan awal lalu melompat mundur sebanyak pengurang.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Pasangan Sepuluh (Making 10)</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Strategi menjumlahkan dengan menyusun salah satu bilangan agar genap menjadi sepuluh terlebih dahulu.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Berhitung Mental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melakukan perhitungan matematika secara langsung di dalam pikiran tanpa alat tulis.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Operasi Campuran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Penggunaan dua jenis operasi hitung yang berbeda dalam satu rangkaian penyelesaian masalah.</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