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A (KELAS 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A (Kelas 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Ayo Membilang sampai dengan 20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Membilang banyak benda hingga 20 secara terstruktur menggunakan strategi pengelompokan puluhan.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Membaca dan menuliskan lambang bilangan 11 sampai dengan 20 dengan format yang rapi.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Menentukan nilai tempat bilangan (puluhan dan satuan) pada rentang angka 11 sampai 20.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Mengurutkan dan membandingkan dua bilangan cacah hingga 20 dari yang terkecil atau terbesar.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Modul ajar matematika Kelas 1 SD Bab 5 untuk memperluas pemahaman bilangan 11 sampai 20, pengenalan nilai tempat puluhan dan satuan, serta perbandingan bilangan.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Membilang dan Menuliskan Lambang 11 sampai 20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kumpulan benda belasan dan menuliskan nama serta lambang bilangannya.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Nilai Tempat Puluhan dan Satuan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Memisahkan bilangan belasan menjadi kelompok 1 puluhan dan sisa satuan menggunakan media fisik.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Membandingkan dan Mengurutkan Bilangan pada Garis Bilangan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urutan maju-mundur dan membandingkan dua bilangan belasan dengan tanda perbandingan.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Lambang bilangan dari 'tujuh belas'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Tujuh belas tersusun atas 1 puluhan dan 7 satuan, ditulis 17.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Bilangan 14 terdiri atas...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 puluhan dan 4 satuan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 puluhan dan 1 satuan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 puluhan dan 0 satuan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14 puluhan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nilai tempat bilangan 14, angka 1 menempati nilai puluhan (10) dan angka 4 menempati nilai satuan (4).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Urutan bilangan dari yang terkecil: 18, 12, 15, 11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11, 12, 15, 18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18, 15, 12, 11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12, 11, 15, 18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11, 15, 12, 18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Membandingkan angka dari yang paling kecil: 11 &lt; 12 &lt; 15 &lt; 18.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Bilangan yang terletak tepat sesudah angka 19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17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Membilang maju satu langkah setelah 19 adalah 20.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Perbandingan yang benar antara bilangan 16 dan 13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16 lebih sedikit dari 13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16 lebih banyak dari 13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16 sama dengan 13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13 lebih besar dari 16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Angka 16 bernilai lebih besar (lebih banyak) daripada angka 13.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5: Ayo Membilang sampai dengan 20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Membilang dan Menuliskan Lambang 11 sampai 20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kumpulan benda belasan dan menuliskan nama serta lambang bilangannya.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Nilai Tempat Puluhan dan Satuan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Memisahkan bilangan belasan menjadi kelompok 1 puluhan dan sisa satuan menggunakan media fisik.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Membandingkan dan Mengurutkan Bilangan pada Garis Bilangan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urutan maju-mundur dan membandingkan dua bilangan belasan dengan tanda perbandingan.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Memasuki semester 2, jangkauan bilangan diperluas dari 11 hingga 20. Pembelajaran menekankan pemahaman struktural bahwa bilangan belasan tersusun atas '1 puluhan (sepuluh)' ditambah sejumlah 'satuan'.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menggunakan media konkret berupa ikatan stik es krim atau kantong blok puluhan. Dengan mengikat 10 stik menjadi 1 ikat puluhan, konsep posisi nilai tempat puluhan dan satuan ditanamkan secara konkret dan intuitif sebelum dikenalkan pada tabel nilai tempat.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juga berlatih menempatkan bilangan pada garis bilangan sederhana, membilang loncat 2 atau 5, serta membandingkan dan mengurutkan deretan angka acak dari yang terkecil maupun terbesar.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Nilai Tempat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dari suatu angka yang ditentukan oleh posisinya dalam suatu susunan bilangan.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Puluhan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tempat untuk angka yang menyatakan kumpulan sepuluh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Satuan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tempat untuk angka yang menyatakan satuan benda lepas (0 sampai 9).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Garis Bilangan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lurus yang memuat titik-titik bertuliskan bilangan dengan jarak interval yang sama.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Membilang Maju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Menghitung urutan bilangan dari nilai yang lebih kecil ke nilai yang lebih besar.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