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Bentuk di Sekitar Kita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aneka bentuk bangun datar (segitiga, segi empat, dan lingkaran) dari benda konkret.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Mengenal karakteristik bangun ruang sederhana seperti balok, kubus, tabung, dan bola.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Mengelompokkan benda-benda di sekitar berdasarkan kesamaan bentuk geometri.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Menyusun dan mendekorasi kepingan bangun datar menjadi bentuk objek baru (rumah, pohon, hewan).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Modul ajar geometri awal Kelas 1 SD Bab 4 untuk mengidentifikasi ciri bangun datar (segitiga, segi empat, lingkaran) dan bangun ruang (balok, kubus, tabung, bola) di lingkungan sekitar.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Bangun Datar (Segitiga, Segi Empat, Lingkaran)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Mengamati ciri fisik bangun datar berdasarkan garis lurus, sudut pojok, dan garis lengkung tertutup.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Mengenal Bangun Ruang di Lingkungan Kelas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bentuk balok, kubus, tabung, dan bola dari aneka benda kemasan atau mainan.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Menjiplak, Mengelompokkan, dan Menyusun Pola Bentuk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Melakukan kegiatan kolase menjiplak bentuk 3D menjadi 2D serta membuat pola keteraturan bentuk.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Benda di dalam kelas yang memiliki permukaan berbentuk lingkaran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Jam dinding bundar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Papan tulis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Buku gambar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Penggaris lurus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Jam dinding berbentuk bundar memiliki permukaan bangun datar lingkaran tanpa sudut.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Bangun datar yang memiliki 3 sisi dan 3 titik sudut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Persegi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Segitiga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Persegi panjang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Lingkaran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Segitiga adalah bangun datar yang dibatasi oleh 3 sisi garis lurus dan memiliki 3 sudut.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Kotak tempat pensil dan lemari buku pada umumnya merupakan contoh bangun ruang berupa...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Balok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Kerucut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Tabung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Kotak pensil dan lemari berbentuk balok karena memiliki panjang, lebar, tinggi, dan sisi berbentuk persegi panjang.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Benda berikut yang dapat menggelinding dengan mudah di lantai datar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Buku tulis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Bola sepak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Kotak kardus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Penghapus papan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Bola sepak berbentuk bangun ruang bola dengan permukaan melengkung halus, sehingga sangat mudah menggelinding.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Kaleng biskuit atau botol minum berbentuk silinder termasuk contoh bangun ruang...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Kubus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Tabung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Prisma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Balok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Kaleng biskuit dan botol minum memiliki alas dan tutup lingkaran serta selimut lengkung, yaitu tabung.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4: Bentuk di Sekitar Kita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Bangun Datar (Segitiga, Segi Empat, Lingkaran)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Mengamati ciri fisik bangun datar berdasarkan garis lurus, sudut pojok, dan garis lengkung tertutup.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Mengenal Bangun Ruang di Lingkungan Kelas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bentuk balok, kubus, tabung, dan bola dari aneka benda kemasan atau mainan.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Menjiplak, Mengelompokkan, dan Menyusun Pola Bentuk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Melakukan kegiatan kolase menjiplak bentuk 3D menjadi 2D serta membuat pola keteraturan bentuk.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geometri pada jenjang awal mengajak peserta didik mengenali keteraturan bentuk fisik di lingkungan sekitar. Anak-anak mengeksplorasi bentuk benda sehari-hari seperti permukaan meja, papan tulis, roda sepeda, kotak pensil, dan bola kasti.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belajar membedakan bangun datar (dua dimensi: segitiga, segi empat, lingkaran) berdasarkan ciri sisi lurus dan garis lengkung. Selanjutnya, siswa diajak menyentuh dan mendeskripsikan bangun ruang sederhana (tiga dimensi: balok, kubus, tabung, kerucut, dan bola).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Aktivitas motorik dan spasial diperkuat melalui praktik menjiplak permukaan benda 3D untuk menghasilkan bangun 2D, memotong dan menyusun kepingan bentuk (tangram sederhana), serta mengenali pola pengulangan bentuk berulang.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Bangun Datar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geometri dua dimensi yang hanya memiliki panjang dan lebar serta dibatasi oleh garis lurus atau lengkung.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Segi Empat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Bangun datar yang dibatasi oleh empat sisi garis lurus dan memiliki empat sudut.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Segitiga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Bangun datar yang memiliki tiga sisi garis lurus dan tiga titik sudut.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Lingkaran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Bangun datar yang dibentuk oleh satu garis lengkung tertutup dengan semua titik berjarak sama dari titik pusat.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Bangun Ruang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Objek geometri tiga dimensi yang memiliki ruang, volume, dan dibatasi oleh sisi-sisi permukaan.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