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Penjumlahan sampai dengan 10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arti penjumlahan sebagai penggabungan dua kelompok objek konkret.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Menuliskan kalimat matematika penjumlahan berdasarkan gambar atau cerita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hasil penjumlahan dua bilangan cacah hingga hasil maksimal 10.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masalah kontekstual penjumlahan sederhana yang terjadi di lingkungan sekitar.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Modul ajar matematika Kelas 1 SD Bab 2 yang membahas konsep penggabungan dua kelompok benda, pengenalan simbol tambah (+) dan sama dengan (=), serta penyelesaian kalimat matematika kontekstual.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Konsep Menggabungkan dan Menambahkan Benda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arti penjumlahan melalui aktivitas menggabungkan dua himpunan benda 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Simbol Tambah, Sama Dengan, dan Kalimat Matematika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dan menulis ekspresi matematika penjumlahan menggunakan simbol (+) dan (=).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Penjumlahan dengan Nol dan Soal Cerita Kontekstual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masalah cerita bergambar dan memahami hasil penjumlahan saat ditambahkan angka nol.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 dahan pohon ada 4 ekor burung. Lalu datang lagi 2 ekor burung hinggap di dahan yang sama. Kalimat matematika penjumlahan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 + 2 = 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4 - 2 = 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 + 2 =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 + 4 = 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Burung bertambah datang, artinya menggunakan operasi penjumlahan: 4 ekor ditambah 2 ekor sama dengan 6 ekor (4 + 2 = 6).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Siti memiliki 5 pensil warna. Ayah membelikan 5 pensil warna baru. Berapa banyak seluruh pensil warna Siti sekarang?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9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10 buah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 buah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5 + 5 = 10. Jadi seluruh pensil warna Siti berjumlah 10 buah.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Hasil dari 3 + 4 sama nilainya dengan hasil penjumlahan...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 + 6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 + 2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 + 5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 + 4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3 + 4 = 7. Penjumlahan 5 + 2 juga menghasilkan 7, sehingga memiliki nilai yang sama.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Edo mengumpulkan 6 kelereng di kantong kiri dan 0 kelereng di kantong kanan. Jumlah kelereng Edo seluruhnya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0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60 butir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Bilangan berapa pun yang dijumlahkan dengan 0 hasilnya adalah bilangan itu sendiri (6 + 0 = 6).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Ibu meletakkan 3 kue cokelat dan 4 kue keju di piring. Kemudian adik meletakkan 1 kue stroberi lagi. Jumlah kue di piring sekarang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 kue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 kue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 kue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 kue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3 + 4 + 1 = 7 + 1 = 8 kue seluruhnya.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Penjumlahan sampai dengan 10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Konsep Menggabungkan dan Menambahkan Benda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arti penjumlahan melalui aktivitas menggabungkan dua himpunan benda 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Simbol Tambah, Sama Dengan, dan Kalimat Matematika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dan menulis ekspresi matematika penjumlahan menggunakan simbol (+) dan (=).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Penjumlahan dengan Nol dan Soal Cerita Kontekstual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masalah cerita bergambar dan memahami hasil penjumlahan saat ditambahkan angka nol.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Operasi penjumlahan diperkenalkan sebagai proses menggabungkan dua kelompok objek atau menambahkan benda baru ke kelompok yang sudah ada. Pendekatan pembelajaran bergerak dari tahap konkret (memanipulasi balok/kancing), piktorial (gambar ilustrasi cerita), hingga simbolik.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diperkenalkan pada simbol penjumlahan (+) dan simbol kesetaraan (=). Melalui stimulasi cerita sehari-hari, anak berlatih menerjemahkan narasi sederhana (misalnya '3 apel di piring ditambah 2 apel dari ibu') menjadi kalimat matematika formal '3 + 2 = 5'.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juga mencakup sifat khusus penjumlahan dengan angka 0, di mana penambahan 0 tidak mengubah jumlah benda, serta pemecahan masalah sederhana berbasis gambar interaktif.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Penjumlahan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Operasi hitung dasar yang menggabungkan dua bilangan atau lebih menjadi satu jumlah total.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Simbol Tambah (+)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matematika yang menunjukkan tindakan penambahan atau penggabungan kuantitas.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Simbol Sama Dengan (=)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matematika yang menunjukkan kesetaraan nilai antara sisi kiri dan sisi 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Matematika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Pernyataan matematika yang memuat angka, simbol operasi hitung, dan tanda kesetaraan.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Jumlah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Hasil akhir yang diperoleh setelah dua atau lebih bilangan digabungkan.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