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KIMIA — FASE F (KELAS 12)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Atas (SMA) / Fase F (Kelas 12)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Kimia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18 JP (6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2: Penyetaraan Redoks, Sel Volta, dan Korosi Logam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media gambar/benda konkret,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Menyetarakan persamaan reaksi redoks kompleks dalam suasana asam dan basa menggunakan metode setengah reaksi (ion-elektron) dan perubahan bilangan oksidasi (PBO).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Menganalisis susunan Sel Volta/Galvani, notasi sel, dan menghitung potensial sel standar (</w:t>
      </w:r>
      <m:oMath>
        <m:sSubSup>
          <m:e>
            <m:r>
              <m:t>E</m:t>
            </m:r>
          </m:e>
          <m:sub>
            <m:r>
              <m:t>s</m:t>
            </m:r>
            <m:r>
              <m:t>e</m:t>
            </m:r>
            <m:r>
              <m:t>l</m:t>
            </m:r>
          </m:sub>
          <m:sup>
            <m:r>
              <m:t>0</m:t>
            </m:r>
          </m:sup>
        </m:sSubSup>
        <m:r>
          <m:t>=</m:t>
        </m:r>
        <m:sSubSup>
          <m:e>
            <m:r>
              <m:t>E</m:t>
            </m:r>
          </m:e>
          <m:sub>
            <m:r>
              <m:t>k</m:t>
            </m:r>
            <m:r>
              <m:t>a</m:t>
            </m:r>
            <m:r>
              <m:t>t</m:t>
            </m:r>
            <m:r>
              <m:t>o</m:t>
            </m:r>
            <m:r>
              <m:t>d</m:t>
            </m:r>
            <m:r>
              <m:t>a</m:t>
            </m:r>
          </m:sub>
          <m:sup>
            <m:r>
              <m:t>0</m:t>
            </m:r>
          </m:sup>
        </m:sSubSup>
        <m:r>
          <m:t>-</m:t>
        </m:r>
        <m:sSubSup>
          <m:e>
            <m:r>
              <m:t>E</m:t>
            </m:r>
          </m:e>
          <m:sub>
            <m:r>
              <m:t>a</m:t>
            </m:r>
            <m:r>
              <m:t>n</m:t>
            </m:r>
            <m:r>
              <m:t>o</m:t>
            </m:r>
            <m:r>
              <m:t>d</m:t>
            </m:r>
            <m:r>
              <m:t>a</m:t>
            </m:r>
          </m:sub>
          <m:sup>
            <m:r>
              <m:t>0</m:t>
            </m:r>
          </m:sup>
        </m:sSubSup>
      </m:oMath>
      <w:r>
        <w:rPr>
          <w:rFonts w:ascii="Calibri" w:hAnsi="Calibri"/>
          <w:b w:val="0"/>
          <w:i w:val="0"/>
          <w:color w:val="000000"/>
          <w:sz w:val="19"/>
        </w:rPr>
        <w:t>) untuk memprediksi kespontanan reaksi.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Menerapkan Hukum Faraday I dan II pada sel elektrolisis (penyepuhan logam) serta merancang metode proteksi katodik pencegahan korosi besi.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Menyetarakan persamaan reaksi redoks (metode setengah reaksi &amp; PBO), menganalisis potensial sel standar Sel Volta, hukum Faraday elektrolisis, dan pencegahan korosi.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Metode Penyetaraan Reaksi Redoks Suasana Asam dan Basa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 xml:space="preserve">Eksplorasi Konseptual: Tahapan penyetaraan atom selain O/H, penambahan </w:t>
      </w:r>
      <m:oMath>
        <m:sSub>
          <m:e>
            <m:r>
              <m:t>H</m:t>
            </m:r>
          </m:e>
          <m:sub>
            <m:r>
              <m:t>2</m:t>
            </m:r>
          </m:sub>
        </m:sSub>
        <m:r>
          <m:t>O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 dan </w:t>
      </w:r>
      <m:oMath>
        <m:sSup>
          <m:e>
            <m:r>
              <m:t>H</m:t>
            </m:r>
          </m:e>
          <m:sup>
            <m:r>
              <m:t>+</m:t>
            </m:r>
          </m:sup>
        </m:sSup>
      </m:oMath>
      <w:r>
        <w:rPr>
          <w:rFonts w:ascii="Calibri" w:hAnsi="Calibri"/>
          <w:b w:val="0"/>
          <w:i w:val="0"/>
          <w:color w:val="000000"/>
          <w:sz w:val="18"/>
        </w:rPr>
        <w:t xml:space="preserve"> (asam) atau </w:t>
      </w:r>
      <m:oMath>
        <m:r>
          <m:t>O</m:t>
        </m:r>
        <m:sSup>
          <m:e>
            <m:r>
              <m:t>H</m:t>
            </m:r>
          </m:e>
          <m:sup>
            <m:r>
              <m:t>-</m:t>
            </m:r>
          </m:sup>
        </m:sSup>
      </m:oMath>
      <w:r>
        <w:rPr>
          <w:rFonts w:ascii="Calibri" w:hAnsi="Calibri"/>
          <w:b w:val="0"/>
          <w:i w:val="0"/>
          <w:color w:val="000000"/>
          <w:sz w:val="18"/>
        </w:rPr>
        <w:t xml:space="preserve"> (basa), serta penyeimbangan elektron.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Sel Volta, Deret Volta, dan Perhitungan Potensial Sel Standar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 xml:space="preserve">Eksplorasi Konseptual: Anoda (oksidasi) vs Katoda (reduksi), jembatan garam, notasi sel </w:t>
      </w:r>
      <m:oMath>
        <m:r>
          <m:t>Z</m:t>
        </m:r>
        <m:r>
          <m:t>n</m:t>
        </m:r>
        <m:r>
          <m:t>|</m:t>
        </m:r>
        <m:r>
          <m:t>Z</m:t>
        </m:r>
        <m:sSup>
          <m:e>
            <m:r>
              <m:t>n</m:t>
            </m:r>
          </m:e>
          <m:sup>
            <m:r>
              <m:t>2</m:t>
            </m:r>
            <m:r>
              <m:t>+</m:t>
            </m:r>
          </m:sup>
        </m:sSup>
        <m:r>
          <m:t>|</m:t>
        </m:r>
        <m:r>
          <m:t>|</m:t>
        </m:r>
        <m:r>
          <m:t>C</m:t>
        </m:r>
        <m:sSup>
          <m:e>
            <m:r>
              <m:t>u</m:t>
            </m:r>
          </m:e>
          <m:sup>
            <m:r>
              <m:t>2</m:t>
            </m:r>
            <m:r>
              <m:t>+</m:t>
            </m:r>
          </m:sup>
        </m:sSup>
        <m:r>
          <m:t>|</m:t>
        </m:r>
        <m:r>
          <m:t>C</m:t>
        </m:r>
        <m:r>
          <m:t>u</m:t>
        </m:r>
      </m:oMath>
      <w:r>
        <w:rPr>
          <w:rFonts w:ascii="Calibri" w:hAnsi="Calibri"/>
          <w:b w:val="0"/>
          <w:i w:val="0"/>
          <w:color w:val="000000"/>
          <w:sz w:val="18"/>
        </w:rPr>
        <w:t>, dan kespontanan reaksi kimia.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Hukum Faraday Elektrolisis dan Pencegahan Korosi Logam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 xml:space="preserve">Eksplorasi Konseptual: Hukum Faraday </w:t>
      </w:r>
      <m:oMath>
        <m:r>
          <m:t>w</m:t>
        </m:r>
        <m:r>
          <m:t>=</m:t>
        </m:r>
        <m:f>
          <m:fPr>
            <m:type m:val="bar"/>
          </m:fPr>
          <m:num>
            <m:r>
              <m:t>e</m:t>
            </m:r>
            <m:r>
              <m:t>·</m:t>
            </m:r>
            <m:r>
              <m:t>i</m:t>
            </m:r>
            <m:r>
              <m:t>·</m:t>
            </m:r>
            <m:r>
              <m:t>t</m:t>
            </m:r>
          </m:num>
          <m:den>
            <m:r>
              <m:t>9</m:t>
            </m:r>
            <m:r>
              <m:t>6</m:t>
            </m:r>
            <m:r>
              <m:t>.</m:t>
            </m:r>
            <m:r>
              <m:t>5</m:t>
            </m:r>
            <m:r>
              <m:t>0</m:t>
            </m:r>
            <m:r>
              <m:t>0</m:t>
            </m:r>
          </m:den>
        </m:f>
      </m:oMath>
      <w:r>
        <w:rPr>
          <w:rFonts w:ascii="Calibri" w:hAnsi="Calibri"/>
          <w:b w:val="0"/>
          <w:i w:val="0"/>
          <w:color w:val="000000"/>
          <w:sz w:val="18"/>
        </w:rPr>
        <w:t>, reaksi di elektroda inert/aktif, faktor pemicu korosi, dan metode anoda korban.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Diketahui data potensial reduksi standar berikut:</w:t>
        <w:br/>
      </w:r>
      <m:oMath>
        <m:r>
          <m:t>Z</m:t>
        </m:r>
        <m:sSup>
          <m:e>
            <m:r>
              <m:t>n</m:t>
            </m:r>
          </m:e>
          <m:sup>
            <m:r>
              <m:t>2</m:t>
            </m:r>
            <m:r>
              <m:t>+</m:t>
            </m:r>
          </m:sup>
        </m:sSup>
        <m:r>
          <m:t>+</m:t>
        </m:r>
        <m:r>
          <m:t>2</m:t>
        </m:r>
        <m:sSup>
          <m:e>
            <m:r>
              <m:t>e</m:t>
            </m:r>
          </m:e>
          <m:sup>
            <m:r>
              <m:t>-</m:t>
            </m:r>
          </m:sup>
        </m:sSup>
        <m:r>
          <m:t>→</m:t>
        </m:r>
        <m:r>
          <m:t>Z</m:t>
        </m:r>
        <m:r>
          <m:t>n</m:t>
        </m:r>
        <m:r>
          <m:t> </m:t>
        </m:r>
        <m:sSup>
          <m:e>
            <m:r>
              <m:t>E</m:t>
            </m:r>
          </m:e>
          <m:sup>
            <m:r>
              <m:t>0</m:t>
            </m:r>
          </m:sup>
        </m:sSup>
        <m:r>
          <m:t>=</m:t>
        </m:r>
        <m:r>
          <m:t>-</m:t>
        </m:r>
        <m:r>
          <m:t>0</m:t>
        </m:r>
        <m:r>
          <m:t>,</m:t>
        </m:r>
        <m:r>
          <m:t>7</m:t>
        </m:r>
        <m:r>
          <m:t>6</m:t>
        </m:r>
        <m:r>
          <m:t>V</m:t>
        </m:r>
      </m:oMath>
      <w:r>
        <w:rPr>
          <w:rFonts w:ascii="Calibri" w:hAnsi="Calibri"/>
          <w:b w:val="0"/>
          <w:i w:val="0"/>
          <w:color w:val="000000"/>
          <w:sz w:val="19"/>
        </w:rPr>
        <w:br/>
      </w:r>
      <m:oMath>
        <m:r>
          <m:t>C</m:t>
        </m:r>
        <m:sSup>
          <m:e>
            <m:r>
              <m:t>u</m:t>
            </m:r>
          </m:e>
          <m:sup>
            <m:r>
              <m:t>2</m:t>
            </m:r>
            <m:r>
              <m:t>+</m:t>
            </m:r>
          </m:sup>
        </m:sSup>
        <m:r>
          <m:t>+</m:t>
        </m:r>
        <m:r>
          <m:t>2</m:t>
        </m:r>
        <m:sSup>
          <m:e>
            <m:r>
              <m:t>e</m:t>
            </m:r>
          </m:e>
          <m:sup>
            <m:r>
              <m:t>-</m:t>
            </m:r>
          </m:sup>
        </m:sSup>
        <m:r>
          <m:t>→</m:t>
        </m:r>
        <m:r>
          <m:t>C</m:t>
        </m:r>
        <m:r>
          <m:t>u</m:t>
        </m:r>
        <m:r>
          <m:t> </m:t>
        </m:r>
        <m:sSup>
          <m:e>
            <m:r>
              <m:t>E</m:t>
            </m:r>
          </m:e>
          <m:sup>
            <m:r>
              <m:t>0</m:t>
            </m:r>
          </m:sup>
        </m:sSup>
        <m:r>
          <m:t>=</m:t>
        </m:r>
        <m:r>
          <m:t>+</m:t>
        </m:r>
        <m:r>
          <m:t>0</m:t>
        </m:r>
        <m:r>
          <m:t>,</m:t>
        </m:r>
        <m:r>
          <m:t>3</m:t>
        </m:r>
        <m:r>
          <m:t>4</m:t>
        </m:r>
        <m:r>
          <m:t>V</m:t>
        </m:r>
      </m:oMath>
      <w:r>
        <w:rPr>
          <w:rFonts w:ascii="Calibri" w:hAnsi="Calibri"/>
          <w:b w:val="0"/>
          <w:i w:val="0"/>
          <w:color w:val="000000"/>
          <w:sz w:val="19"/>
        </w:rPr>
        <w:br/>
        <w:t>Berapakah potensial sel standar (</w:t>
      </w:r>
      <m:oMath>
        <m:sSubSup>
          <m:e>
            <m:r>
              <m:t>E</m:t>
            </m:r>
          </m:e>
          <m:sub>
            <m:r>
              <m:t>s</m:t>
            </m:r>
            <m:r>
              <m:t>e</m:t>
            </m:r>
            <m:r>
              <m:t>l</m:t>
            </m:r>
          </m:sub>
          <m:sup>
            <m:r>
              <m:t>0</m:t>
            </m:r>
          </m:sup>
        </m:sSubSup>
      </m:oMath>
      <w:r>
        <w:rPr>
          <w:rFonts w:ascii="Calibri" w:hAnsi="Calibri"/>
          <w:b w:val="0"/>
          <w:i w:val="0"/>
          <w:color w:val="000000"/>
          <w:sz w:val="19"/>
        </w:rPr>
        <w:t>) dari sel Volta yang dirangkai dari kedua elektroda tersebut?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 xml:space="preserve">A. </w:t>
      </w:r>
      <m:oMath>
        <m:r>
          <m:t>-</m:t>
        </m:r>
        <m:r>
          <m:t>1</m:t>
        </m:r>
        <m:r>
          <m:t>,</m:t>
        </m:r>
        <m:r>
          <m:t>1</m:t>
        </m:r>
        <m:r>
          <m:t>0</m:t>
        </m:r>
        <m:r>
          <m:t>V</m:t>
        </m:r>
      </m:oMath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 xml:space="preserve">B. </w:t>
      </w:r>
      <m:oMath>
        <m:r>
          <m:t>+</m:t>
        </m:r>
        <m:r>
          <m:t>0</m:t>
        </m:r>
        <m:r>
          <m:t>,</m:t>
        </m:r>
        <m:r>
          <m:t>4</m:t>
        </m:r>
        <m:r>
          <m:t>2</m:t>
        </m:r>
        <m:r>
          <m:t>V</m:t>
        </m:r>
      </m:oMath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 xml:space="preserve">C. </w:t>
      </w:r>
      <m:oMath>
        <m:r>
          <m:t>+</m:t>
        </m:r>
        <m:r>
          <m:t>1</m:t>
        </m:r>
        <m:r>
          <m:t>,</m:t>
        </m:r>
        <m:r>
          <m:t>1</m:t>
        </m:r>
        <m:r>
          <m:t>0</m:t>
        </m:r>
        <m:r>
          <m:t>V</m:t>
        </m:r>
      </m:oMath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 xml:space="preserve">D. </w:t>
      </w:r>
      <m:oMath>
        <m:r>
          <m:t>+</m:t>
        </m:r>
        <m:r>
          <m:t>0</m:t>
        </m:r>
        <m:r>
          <m:t>,</m:t>
        </m:r>
        <m:r>
          <m:t>3</m:t>
        </m:r>
        <m:r>
          <m:t>8</m:t>
        </m:r>
        <m:r>
          <m:t>V</m:t>
        </m:r>
      </m:oMath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m:oMath>
        <m:sSubSup>
          <m:e>
            <m:r>
              <m:t>E</m:t>
            </m:r>
          </m:e>
          <m:sub>
            <m:r>
              <m:t>C</m:t>
            </m:r>
            <m:r>
              <m:t>u</m:t>
            </m:r>
          </m:sub>
          <m:sup>
            <m:r>
              <m:t>0</m:t>
            </m:r>
          </m:sup>
        </m:sSubSup>
      </m:oMath>
      <w:r>
        <w:rPr>
          <w:rFonts w:ascii="Calibri" w:hAnsi="Calibri"/>
          <w:b w:val="0"/>
          <w:i/>
          <w:color w:val="64748B"/>
          <w:sz w:val="17"/>
        </w:rPr>
        <w:t xml:space="preserve"> lebih positif sehingga Cu bertindak sebagai Katoda (reduksi) dan Zn sebagai Anoda (oksidasi). </w:t>
      </w:r>
      <m:oMath>
        <m:sSubSup>
          <m:e>
            <m:r>
              <m:t>E</m:t>
            </m:r>
          </m:e>
          <m:sub>
            <m:r>
              <m:t>s</m:t>
            </m:r>
            <m:r>
              <m:t>e</m:t>
            </m:r>
            <m:r>
              <m:t>l</m:t>
            </m:r>
          </m:sub>
          <m:sup>
            <m:r>
              <m:t>0</m:t>
            </m:r>
          </m:sup>
        </m:sSubSup>
        <m:r>
          <m:t>=</m:t>
        </m:r>
        <m:sSubSup>
          <m:e>
            <m:r>
              <m:t>E</m:t>
            </m:r>
          </m:e>
          <m:sub>
            <m:r>
              <m:t>k</m:t>
            </m:r>
            <m:r>
              <m:t>a</m:t>
            </m:r>
            <m:r>
              <m:t>t</m:t>
            </m:r>
            <m:r>
              <m:t>o</m:t>
            </m:r>
            <m:r>
              <m:t>d</m:t>
            </m:r>
            <m:r>
              <m:t>a</m:t>
            </m:r>
          </m:sub>
          <m:sup>
            <m:r>
              <m:t>0</m:t>
            </m:r>
          </m:sup>
        </m:sSubSup>
        <m:r>
          <m:t>-</m:t>
        </m:r>
        <m:sSubSup>
          <m:e>
            <m:r>
              <m:t>E</m:t>
            </m:r>
          </m:e>
          <m:sub>
            <m:r>
              <m:t>a</m:t>
            </m:r>
            <m:r>
              <m:t>n</m:t>
            </m:r>
            <m:r>
              <m:t>o</m:t>
            </m:r>
            <m:r>
              <m:t>d</m:t>
            </m:r>
            <m:r>
              <m:t>a</m:t>
            </m:r>
          </m:sub>
          <m:sup>
            <m:r>
              <m:t>0</m:t>
            </m:r>
          </m:sup>
        </m:sSubSup>
        <m:r>
          <m:t>=</m:t>
        </m:r>
        <m:r>
          <m:t>(</m:t>
        </m:r>
        <m:r>
          <m:t>+</m:t>
        </m:r>
        <m:r>
          <m:t>0</m:t>
        </m:r>
        <m:r>
          <m:t>,</m:t>
        </m:r>
        <m:r>
          <m:t>3</m:t>
        </m:r>
        <m:r>
          <m:t>4</m:t>
        </m:r>
        <m:r>
          <m:t>V</m:t>
        </m:r>
        <m:r>
          <m:t>)</m:t>
        </m:r>
        <m:r>
          <m:t>-</m:t>
        </m:r>
        <m:r>
          <m:t>(</m:t>
        </m:r>
        <m:r>
          <m:t>-</m:t>
        </m:r>
        <m:r>
          <m:t>0</m:t>
        </m:r>
        <m:r>
          <m:t>,</m:t>
        </m:r>
        <m:r>
          <m:t>7</m:t>
        </m:r>
        <m:r>
          <m:t>6</m:t>
        </m:r>
        <m:r>
          <m:t>V</m:t>
        </m:r>
        <m:r>
          <m:t>)</m:t>
        </m:r>
        <m:r>
          <m:t>=</m:t>
        </m:r>
        <m:r>
          <m:t>+</m:t>
        </m:r>
        <m:r>
          <m:t>1</m:t>
        </m:r>
        <m:r>
          <m:t>,</m:t>
        </m:r>
        <m:r>
          <m:t>1</m:t>
        </m:r>
        <m:r>
          <m:t>0</m:t>
        </m:r>
        <m:r>
          <m:t>V</m:t>
        </m:r>
      </m:oMath>
      <w:r>
        <w:rPr>
          <w:rFonts w:ascii="Calibri" w:hAnsi="Calibri"/>
          <w:b w:val="0"/>
          <w:i/>
          <w:color w:val="64748B"/>
          <w:sz w:val="17"/>
        </w:rPr>
        <w:t>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 xml:space="preserve">Pada elektrolisis larutan </w:t>
      </w:r>
      <m:oMath>
        <m:r>
          <m:t>A</m:t>
        </m:r>
        <m:r>
          <m:t>g</m:t>
        </m:r>
        <m:r>
          <m:t>N</m:t>
        </m:r>
        <m:sSub>
          <m:e>
            <m:r>
              <m:t>O</m:t>
            </m:r>
          </m:e>
          <m:sub>
            <m:r>
              <m:t>3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9"/>
        </w:rPr>
        <w:t xml:space="preserve"> menggunakan elektroda karbon (C), spesi yang akan mengalami reduksi dan mengendap di kutub katoda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Gas Hidrogen (</w:t>
      </w:r>
      <m:oMath>
        <m:sSub>
          <m:e>
            <m:r>
              <m:t>H</m:t>
            </m:r>
          </m:e>
          <m:sub>
            <m:r>
              <m:t>2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8"/>
        </w:rPr>
        <w:t>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Endapan Perak (</w:t>
      </w:r>
      <m:oMath>
        <m:r>
          <m:t>A</m:t>
        </m:r>
        <m:r>
          <m:t>g</m:t>
        </m:r>
      </m:oMath>
      <w:r>
        <w:rPr>
          <w:rFonts w:ascii="Calibri" w:hAnsi="Calibri"/>
          <w:b w:val="0"/>
          <w:i w:val="0"/>
          <w:color w:val="000000"/>
          <w:sz w:val="18"/>
        </w:rPr>
        <w:t>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Gas Oksigen (</w:t>
      </w:r>
      <m:oMath>
        <m:sSub>
          <m:e>
            <m:r>
              <m:t>O</m:t>
            </m:r>
          </m:e>
          <m:sub>
            <m:r>
              <m:t>2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8"/>
        </w:rPr>
        <w:t>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Gas Nitrogen Dioksida (</w:t>
      </w:r>
      <m:oMath>
        <m:r>
          <m:t>N</m:t>
        </m:r>
        <m:sSub>
          <m:e>
            <m:r>
              <m:t>O</m:t>
            </m:r>
          </m:e>
          <m:sub>
            <m:r>
              <m:t>2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8"/>
        </w:rPr>
        <w:t>)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 xml:space="preserve">Kation </w:t>
      </w:r>
      <m:oMath>
        <m:r>
          <m:t>A</m:t>
        </m:r>
        <m:sSup>
          <m:e>
            <m:r>
              <m:t>g</m:t>
            </m:r>
          </m:e>
          <m:sup>
            <m:r>
              <m:t>+</m:t>
            </m:r>
          </m:sup>
        </m:sSup>
      </m:oMath>
      <w:r>
        <w:rPr>
          <w:rFonts w:ascii="Calibri" w:hAnsi="Calibri"/>
          <w:b w:val="0"/>
          <w:i/>
          <w:color w:val="64748B"/>
          <w:sz w:val="17"/>
        </w:rPr>
        <w:t xml:space="preserve"> memiliki potensial reduksi standar (</w:t>
      </w:r>
      <m:oMath>
        <m:sSup>
          <m:e>
            <m:r>
              <m:t>E</m:t>
            </m:r>
          </m:e>
          <m:sup>
            <m:r>
              <m:t>0</m:t>
            </m:r>
          </m:sup>
        </m:sSup>
        <m:r>
          <m:t>=</m:t>
        </m:r>
        <m:r>
          <m:t>+</m:t>
        </m:r>
        <m:r>
          <m:t>0</m:t>
        </m:r>
        <m:r>
          <m:t>,</m:t>
        </m:r>
        <m:r>
          <m:t>8</m:t>
        </m:r>
        <m:r>
          <m:t>0</m:t>
        </m:r>
        <m:r>
          <m:t>V</m:t>
        </m:r>
      </m:oMath>
      <w:r>
        <w:rPr>
          <w:rFonts w:ascii="Calibri" w:hAnsi="Calibri"/>
          <w:b w:val="0"/>
          <w:i/>
          <w:color w:val="64748B"/>
          <w:sz w:val="17"/>
        </w:rPr>
        <w:t>) yang jauh lebih positif daripada potensial reduksi air (</w:t>
      </w:r>
      <m:oMath>
        <m:sSup>
          <m:e>
            <m:r>
              <m:t>E</m:t>
            </m:r>
          </m:e>
          <m:sup>
            <m:r>
              <m:t>0</m:t>
            </m:r>
          </m:sup>
        </m:sSup>
        <m:r>
          <m:t>=</m:t>
        </m:r>
        <m:r>
          <m:t>-</m:t>
        </m:r>
        <m:r>
          <m:t>0</m:t>
        </m:r>
        <m:r>
          <m:t>,</m:t>
        </m:r>
        <m:r>
          <m:t>8</m:t>
        </m:r>
        <m:r>
          <m:t>3</m:t>
        </m:r>
        <m:r>
          <m:t>V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), sehingga kation </w:t>
      </w:r>
      <m:oMath>
        <m:r>
          <m:t>A</m:t>
        </m:r>
        <m:sSup>
          <m:e>
            <m:r>
              <m:t>g</m:t>
            </m:r>
          </m:e>
          <m:sup>
            <m:r>
              <m:t>+</m:t>
            </m:r>
          </m:sup>
        </m:sSup>
      </m:oMath>
      <w:r>
        <w:rPr>
          <w:rFonts w:ascii="Calibri" w:hAnsi="Calibri"/>
          <w:b w:val="0"/>
          <w:i/>
          <w:color w:val="64748B"/>
          <w:sz w:val="17"/>
        </w:rPr>
        <w:t xml:space="preserve"> langsung tereduksi menjadi endapan logam </w:t>
      </w:r>
      <m:oMath>
        <m:r>
          <m:t>A</m:t>
        </m:r>
        <m:r>
          <m:t>g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 di katoda (</w:t>
      </w:r>
      <m:oMath>
        <m:r>
          <m:t>A</m:t>
        </m:r>
        <m:sSup>
          <m:e>
            <m:r>
              <m:t>g</m:t>
            </m:r>
          </m:e>
          <m:sup>
            <m:r>
              <m:t>+</m:t>
            </m:r>
          </m:sup>
        </m:sSup>
        <m:r>
          <m:t>+</m:t>
        </m:r>
        <m:sSup>
          <m:e>
            <m:r>
              <m:t>e</m:t>
            </m:r>
          </m:e>
          <m:sup>
            <m:r>
              <m:t>-</m:t>
            </m:r>
          </m:sup>
        </m:sSup>
        <m:r>
          <m:t>→</m:t>
        </m:r>
        <m:r>
          <m:t>A</m:t>
        </m:r>
        <m:r>
          <m:t>g</m:t>
        </m:r>
      </m:oMath>
      <w:r>
        <w:rPr>
          <w:rFonts w:ascii="Calibri" w:hAnsi="Calibri"/>
          <w:b w:val="0"/>
          <w:i/>
          <w:color w:val="64748B"/>
          <w:sz w:val="17"/>
        </w:rPr>
        <w:t>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 xml:space="preserve">Arus listrik sebesar 10 Ampere dialirkan selama 965 detik ke dalam larutan </w:t>
      </w:r>
      <m:oMath>
        <m:r>
          <m:t>C</m:t>
        </m:r>
        <m:r>
          <m:t>u</m:t>
        </m:r>
        <m:r>
          <m:t>S</m:t>
        </m:r>
        <m:sSub>
          <m:e>
            <m:r>
              <m:t>O</m:t>
            </m:r>
          </m:e>
          <m:sub>
            <m:r>
              <m:t>4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9"/>
        </w:rPr>
        <w:t xml:space="preserve"> (</w:t>
      </w:r>
      <m:oMath>
        <m:sSub>
          <m:e>
            <m:r>
              <m:t>A</m:t>
            </m:r>
          </m:e>
          <m:sub>
            <m:r>
              <m:t>r</m:t>
            </m:r>
          </m:sub>
        </m:sSub>
        <m:r>
          <m:t>\</m:t>
        </m:r>
        <m:r>
          <m:t>C</m:t>
        </m:r>
        <m:r>
          <m:t>u</m:t>
        </m:r>
        <m:r>
          <m:t>=</m:t>
        </m:r>
        <m:r>
          <m:t>6</m:t>
        </m:r>
        <m:r>
          <m:t>3</m:t>
        </m:r>
        <m:r>
          <m:t>,</m:t>
        </m:r>
        <m:r>
          <m:t>5</m:t>
        </m:r>
        <m:r>
          <m:t>g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). Berapakah massa tembaga yang mengendap di katoda? (Konstanta Faraday </w:t>
      </w:r>
      <m:oMath>
        <m:r>
          <m:t>F</m:t>
        </m:r>
        <m:r>
          <m:t>=</m:t>
        </m:r>
        <m:r>
          <m:t>9</m:t>
        </m:r>
        <m:r>
          <m:t>6</m:t>
        </m:r>
        <m:r>
          <m:t>.</m:t>
        </m:r>
        <m:r>
          <m:t>5</m:t>
        </m:r>
        <m:r>
          <m:t>0</m:t>
        </m:r>
        <m:r>
          <m:t>0</m:t>
        </m:r>
        <m:r>
          <m:t>C</m:t>
        </m:r>
      </m:oMath>
      <w:r>
        <w:rPr>
          <w:rFonts w:ascii="Calibri" w:hAnsi="Calibri"/>
          <w:b w:val="0"/>
          <w:i w:val="0"/>
          <w:color w:val="000000"/>
          <w:sz w:val="19"/>
        </w:rPr>
        <w:t>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0,3175 gram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3,1750 gram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6,3500 gram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31,750 gram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m:oMath>
        <m:r>
          <m:t>e</m:t>
        </m:r>
        <m:r>
          <m:t>=</m:t>
        </m:r>
        <m:f>
          <m:fPr>
            <m:type m:val="bar"/>
          </m:fPr>
          <m:num>
            <m:sSub>
              <m:e>
                <m:r>
                  <m:t>A</m:t>
                </m:r>
              </m:e>
              <m:sub>
                <m:r>
                  <m:t>r</m:t>
                </m:r>
              </m:sub>
            </m:sSub>
          </m:num>
          <m:den>
            <m:r>
              <m:t>v</m:t>
            </m:r>
            <m:r>
              <m:t>a</m:t>
            </m:r>
            <m:r>
              <m:t>l</m:t>
            </m:r>
            <m:r>
              <m:t>e</m:t>
            </m:r>
            <m:r>
              <m:t>n</m:t>
            </m:r>
            <m:r>
              <m:t>s</m:t>
            </m:r>
            <m:r>
              <m:t>i</m:t>
            </m:r>
          </m:den>
        </m:f>
        <m:r>
          <m:t>=</m:t>
        </m:r>
        <m:f>
          <m:fPr>
            <m:type m:val="bar"/>
          </m:fPr>
          <m:num>
            <m:r>
              <m:t>6</m:t>
            </m:r>
            <m:r>
              <m:t>3</m:t>
            </m:r>
            <m:r>
              <m:t>,</m:t>
            </m:r>
            <m:r>
              <m:t>5</m:t>
            </m:r>
          </m:num>
          <m:den>
            <m:r>
              <m:t>2</m:t>
            </m:r>
          </m:den>
        </m:f>
        <m:r>
          <m:t>=</m:t>
        </m:r>
        <m:r>
          <m:t>3</m:t>
        </m:r>
        <m:r>
          <m:t>1</m:t>
        </m:r>
        <m:r>
          <m:t>,</m:t>
        </m:r>
        <m:r>
          <m:t>7</m:t>
        </m:r>
        <m:r>
          <m:t>5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. Massa endapan: </w:t>
      </w:r>
      <m:oMath>
        <m:r>
          <m:t>w</m:t>
        </m:r>
        <m:r>
          <m:t>=</m:t>
        </m:r>
        <m:f>
          <m:fPr>
            <m:type m:val="bar"/>
          </m:fPr>
          <m:num>
            <m:r>
              <m:t>e</m:t>
            </m:r>
            <m:r>
              <m:t>·</m:t>
            </m:r>
            <m:r>
              <m:t>i</m:t>
            </m:r>
            <m:r>
              <m:t>·</m:t>
            </m:r>
            <m:r>
              <m:t>t</m:t>
            </m:r>
          </m:num>
          <m:den>
            <m:r>
              <m:t>9</m:t>
            </m:r>
            <m:r>
              <m:t>6</m:t>
            </m:r>
            <m:r>
              <m:t>.</m:t>
            </m:r>
            <m:r>
              <m:t>5</m:t>
            </m:r>
            <m:r>
              <m:t>0</m:t>
            </m:r>
            <m:r>
              <m:t>0</m:t>
            </m:r>
          </m:den>
        </m:f>
        <m:r>
          <m:t>=</m:t>
        </m:r>
        <m:f>
          <m:fPr>
            <m:type m:val="bar"/>
          </m:fPr>
          <m:num>
            <m:r>
              <m:t>3</m:t>
            </m:r>
            <m:r>
              <m:t>1</m:t>
            </m:r>
            <m:r>
              <m:t>,</m:t>
            </m:r>
            <m:r>
              <m:t>7</m:t>
            </m:r>
            <m:r>
              <m:t>5</m:t>
            </m:r>
            <m:r>
              <m:t>×</m:t>
            </m:r>
            <m:r>
              <m:t>1</m:t>
            </m:r>
            <m:r>
              <m:t>0</m:t>
            </m:r>
            <m:r>
              <m:t>×</m:t>
            </m:r>
            <m:r>
              <m:t>9</m:t>
            </m:r>
            <m:r>
              <m:t>6</m:t>
            </m:r>
            <m:r>
              <m:t>5</m:t>
            </m:r>
          </m:num>
          <m:den>
            <m:r>
              <m:t>9</m:t>
            </m:r>
            <m:r>
              <m:t>6</m:t>
            </m:r>
            <m:r>
              <m:t>.</m:t>
            </m:r>
            <m:r>
              <m:t>5</m:t>
            </m:r>
            <m:r>
              <m:t>0</m:t>
            </m:r>
            <m:r>
              <m:t>0</m:t>
            </m:r>
          </m:den>
        </m:f>
        <m:r>
          <m:t>=</m:t>
        </m:r>
        <m:f>
          <m:fPr>
            <m:type m:val="bar"/>
          </m:fPr>
          <m:num>
            <m:r>
              <m:t>3</m:t>
            </m:r>
            <m:r>
              <m:t>1</m:t>
            </m:r>
            <m:r>
              <m:t>,</m:t>
            </m:r>
            <m:r>
              <m:t>7</m:t>
            </m:r>
            <m:r>
              <m:t>5</m:t>
            </m:r>
            <m:r>
              <m:t>×</m:t>
            </m:r>
            <m:r>
              <m:t>9</m:t>
            </m:r>
            <m:r>
              <m:t>.</m:t>
            </m:r>
            <m:r>
              <m:t>6</m:t>
            </m:r>
            <m:r>
              <m:t>5</m:t>
            </m:r>
            <m:r>
              <m:t>0</m:t>
            </m:r>
          </m:num>
          <m:den>
            <m:r>
              <m:t>9</m:t>
            </m:r>
            <m:r>
              <m:t>6</m:t>
            </m:r>
            <m:r>
              <m:t>.</m:t>
            </m:r>
            <m:r>
              <m:t>5</m:t>
            </m:r>
            <m:r>
              <m:t>0</m:t>
            </m:r>
            <m:r>
              <m:t>0</m:t>
            </m:r>
          </m:den>
        </m:f>
        <m:r>
          <m:t>=</m:t>
        </m:r>
        <m:r>
          <m:t>3</m:t>
        </m:r>
        <m:r>
          <m:t>,</m:t>
        </m:r>
        <m:r>
          <m:t>1</m:t>
        </m:r>
        <m:r>
          <m:t>7</m:t>
        </m:r>
        <m:r>
          <m:t>5</m:t>
        </m:r>
        <m:r>
          <m:t>g</m:t>
        </m:r>
      </m:oMath>
      <w:r>
        <w:rPr>
          <w:rFonts w:ascii="Calibri" w:hAnsi="Calibri"/>
          <w:b w:val="0"/>
          <w:i/>
          <w:color w:val="64748B"/>
          <w:sz w:val="17"/>
        </w:rPr>
        <w:t>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Pipa besi penyalur minyak bumi yang ditanam di dalam tanah basah sering dihubungkan dengan lempeng logam Magnesium (Mg). Fungsi utama logam Magnesium tersebut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Menambah bobot pipa agar tidak bergeser terkena gempa.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Bertindak sebagai 'Anoda Korban' (proteksi katodik) karena Mg memiliki potensial reduksi lebih negatif daripada Fe sehingga Mg teroksidasi lebih dahulu melindungi besi.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Mengubah pipa besi menjadi logam emas murni.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Menyalurkan aliran listrik penerangan jalan umum.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m:oMath>
        <m:sSubSup>
          <m:e>
            <m:r>
              <m:t>E</m:t>
            </m:r>
          </m:e>
          <m:sub>
            <m:r>
              <m:t>M</m:t>
            </m:r>
            <m:r>
              <m:t>g</m:t>
            </m:r>
          </m:sub>
          <m:sup>
            <m:r>
              <m:t>0</m:t>
            </m:r>
          </m:sup>
        </m:sSubSup>
        <m:r>
          <m:t>=</m:t>
        </m:r>
        <m:r>
          <m:t>-</m:t>
        </m:r>
        <m:r>
          <m:t>2</m:t>
        </m:r>
        <m:r>
          <m:t>,</m:t>
        </m:r>
        <m:r>
          <m:t>3</m:t>
        </m:r>
        <m:r>
          <m:t>7</m:t>
        </m:r>
        <m:r>
          <m:t>V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 jauh lebih negatif dibanding </w:t>
      </w:r>
      <m:oMath>
        <m:sSubSup>
          <m:e>
            <m:r>
              <m:t>E</m:t>
            </m:r>
          </m:e>
          <m:sub>
            <m:r>
              <m:t>F</m:t>
            </m:r>
            <m:r>
              <m:t>e</m:t>
            </m:r>
          </m:sub>
          <m:sup>
            <m:r>
              <m:t>0</m:t>
            </m:r>
          </m:sup>
        </m:sSubSup>
        <m:r>
          <m:t>=</m:t>
        </m:r>
        <m:r>
          <m:t>-</m:t>
        </m:r>
        <m:r>
          <m:t>0</m:t>
        </m:r>
        <m:r>
          <m:t>,</m:t>
        </m:r>
        <m:r>
          <m:t>4</m:t>
        </m:r>
        <m:r>
          <m:t>4</m:t>
        </m:r>
        <m:r>
          <m:t>V</m:t>
        </m:r>
      </m:oMath>
      <w:r>
        <w:rPr>
          <w:rFonts w:ascii="Calibri" w:hAnsi="Calibri"/>
          <w:b w:val="0"/>
          <w:i/>
          <w:color w:val="64748B"/>
          <w:sz w:val="17"/>
        </w:rPr>
        <w:t>. Dalam kontak galvanik, Mg akan teroksidasi mengorbankan dirinya dan mengalirkan elektron ke besi sehingga besi terproteksi dari karat.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Pada sel aki timbal (lead-acid battery) saat digunakan untuk menyalakan starter mobil (proses pengosongan / discharging), reaksi yang terjadi pada kedua elektroda menghasilkan pembentukan endapan...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Logam Timbal (</w:t>
      </w:r>
      <m:oMath>
        <m:r>
          <m:t>P</m:t>
        </m:r>
        <m:r>
          <m:t>b</m:t>
        </m:r>
      </m:oMath>
      <w:r>
        <w:rPr>
          <w:rFonts w:ascii="Calibri" w:hAnsi="Calibri"/>
          <w:b w:val="0"/>
          <w:i w:val="0"/>
          <w:color w:val="000000"/>
          <w:sz w:val="18"/>
        </w:rPr>
        <w:t>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Timbal(II) Sulfat (</w:t>
      </w:r>
      <m:oMath>
        <m:r>
          <m:t>P</m:t>
        </m:r>
        <m:r>
          <m:t>b</m:t>
        </m:r>
        <m:r>
          <m:t>S</m:t>
        </m:r>
        <m:sSub>
          <m:e>
            <m:r>
              <m:t>O</m:t>
            </m:r>
          </m:e>
          <m:sub>
            <m:r>
              <m:t>4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8"/>
        </w:rPr>
        <w:t>) pada kedua elektroda disertai penurunan konsentrasi asam sulfat (</w:t>
      </w:r>
      <m:oMath>
        <m:sSub>
          <m:e>
            <m:r>
              <m:t>H</m:t>
            </m:r>
          </m:e>
          <m:sub>
            <m:r>
              <m:t>2</m:t>
            </m:r>
          </m:sub>
        </m:sSub>
        <m:r>
          <m:t>S</m:t>
        </m:r>
        <m:sSub>
          <m:e>
            <m:r>
              <m:t>O</m:t>
            </m:r>
          </m:e>
          <m:sub>
            <m:r>
              <m:t>4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8"/>
        </w:rPr>
        <w:t>).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Gas Klorin (</w:t>
      </w:r>
      <m:oMath>
        <m:r>
          <m:t>C</m:t>
        </m:r>
        <m:sSub>
          <m:e>
            <m:r>
              <m:t>l</m:t>
            </m:r>
          </m:e>
          <m:sub>
            <m:r>
              <m:t>2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8"/>
        </w:rPr>
        <w:t>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Karat Besi (</w:t>
      </w:r>
      <m:oMath>
        <m:r>
          <m:t>F</m:t>
        </m:r>
        <m:sSub>
          <m:e>
            <m:r>
              <m:t>e</m:t>
            </m:r>
          </m:e>
          <m:sub>
            <m:r>
              <m:t>2</m:t>
            </m:r>
          </m:sub>
        </m:sSub>
        <m:sSub>
          <m:e>
            <m:r>
              <m:t>O</m:t>
            </m:r>
          </m:e>
          <m:sub>
            <m:r>
              <m:t>3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8"/>
        </w:rPr>
        <w:t>)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Saat discharging, anoda (</w:t>
      </w:r>
      <m:oMath>
        <m:r>
          <m:t>P</m:t>
        </m:r>
        <m:r>
          <m:t>b</m:t>
        </m:r>
      </m:oMath>
      <w:r>
        <w:rPr>
          <w:rFonts w:ascii="Calibri" w:hAnsi="Calibri"/>
          <w:b w:val="0"/>
          <w:i/>
          <w:color w:val="64748B"/>
          <w:sz w:val="17"/>
        </w:rPr>
        <w:t>) dan katoda (</w:t>
      </w:r>
      <m:oMath>
        <m:r>
          <m:t>P</m:t>
        </m:r>
        <m:r>
          <m:t>b</m:t>
        </m:r>
        <m:sSub>
          <m:e>
            <m:r>
              <m:t>O</m:t>
            </m:r>
          </m:e>
          <m:sub>
            <m:r>
              <m:t>2</m:t>
            </m:r>
          </m:sub>
        </m:sSub>
      </m:oMath>
      <w:r>
        <w:rPr>
          <w:rFonts w:ascii="Calibri" w:hAnsi="Calibri"/>
          <w:b w:val="0"/>
          <w:i/>
          <w:color w:val="64748B"/>
          <w:sz w:val="17"/>
        </w:rPr>
        <w:t xml:space="preserve">) sama-sama bereaksi dengan larutan </w:t>
      </w:r>
      <m:oMath>
        <m:sSub>
          <m:e>
            <m:r>
              <m:t>H</m:t>
            </m:r>
          </m:e>
          <m:sub>
            <m:r>
              <m:t>2</m:t>
            </m:r>
          </m:sub>
        </m:sSub>
        <m:r>
          <m:t>S</m:t>
        </m:r>
        <m:sSub>
          <m:e>
            <m:r>
              <m:t>O</m:t>
            </m:r>
          </m:e>
          <m:sub>
            <m:r>
              <m:t>4</m:t>
            </m:r>
          </m:sub>
        </m:sSub>
      </m:oMath>
      <w:r>
        <w:rPr>
          <w:rFonts w:ascii="Calibri" w:hAnsi="Calibri"/>
          <w:b w:val="0"/>
          <w:i/>
          <w:color w:val="64748B"/>
          <w:sz w:val="17"/>
        </w:rPr>
        <w:t xml:space="preserve"> membentuk endapan </w:t>
      </w:r>
      <m:oMath>
        <m:r>
          <m:t>P</m:t>
        </m:r>
        <m:r>
          <m:t>b</m:t>
        </m:r>
        <m:r>
          <m:t>S</m:t>
        </m:r>
        <m:sSub>
          <m:e>
            <m:r>
              <m:t>O</m:t>
            </m:r>
          </m:e>
          <m:sub>
            <m:r>
              <m:t>4</m:t>
            </m:r>
          </m:sub>
        </m:sSub>
      </m:oMath>
      <w:r>
        <w:rPr>
          <w:rFonts w:ascii="Calibri" w:hAnsi="Calibri"/>
          <w:b w:val="0"/>
          <w:i/>
          <w:color w:val="64748B"/>
          <w:sz w:val="17"/>
        </w:rPr>
        <w:t xml:space="preserve"> pada kedua pelat elektroda, menurunkan massa jenis air aki.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Kimia • Bab 2: Penyetaraan Redoks, Sel Volta, dan Korosi Logam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Metode Penyetaraan Reaksi Redoks Suasana Asam dan Basa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 xml:space="preserve">Tahapan penyetaraan atom selain O/H, penambahan </w:t>
      </w:r>
      <m:oMath>
        <m:sSub>
          <m:e>
            <m:r>
              <m:t>H</m:t>
            </m:r>
          </m:e>
          <m:sub>
            <m:r>
              <m:t>2</m:t>
            </m:r>
          </m:sub>
        </m:sSub>
        <m:r>
          <m:t>O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 dan </w:t>
      </w:r>
      <m:oMath>
        <m:sSup>
          <m:e>
            <m:r>
              <m:t>H</m:t>
            </m:r>
          </m:e>
          <m:sup>
            <m:r>
              <m:t>+</m:t>
            </m:r>
          </m:sup>
        </m:sSup>
      </m:oMath>
      <w:r>
        <w:rPr>
          <w:rFonts w:ascii="Calibri" w:hAnsi="Calibri"/>
          <w:b w:val="0"/>
          <w:i w:val="0"/>
          <w:color w:val="000000"/>
          <w:sz w:val="18"/>
        </w:rPr>
        <w:t xml:space="preserve"> (asam) atau </w:t>
      </w:r>
      <m:oMath>
        <m:r>
          <m:t>O</m:t>
        </m:r>
        <m:sSup>
          <m:e>
            <m:r>
              <m:t>H</m:t>
            </m:r>
          </m:e>
          <m:sup>
            <m:r>
              <m:t>-</m:t>
            </m:r>
          </m:sup>
        </m:sSup>
      </m:oMath>
      <w:r>
        <w:rPr>
          <w:rFonts w:ascii="Calibri" w:hAnsi="Calibri"/>
          <w:b w:val="0"/>
          <w:i w:val="0"/>
          <w:color w:val="000000"/>
          <w:sz w:val="18"/>
        </w:rPr>
        <w:t xml:space="preserve"> (basa), serta penyeimbangan elektron.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Sel Volta, Deret Volta, dan Perhitungan Potensial Sel Standar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 xml:space="preserve">Anoda (oksidasi) vs Katoda (reduksi), jembatan garam, notasi sel </w:t>
      </w:r>
      <m:oMath>
        <m:r>
          <m:t>Z</m:t>
        </m:r>
        <m:r>
          <m:t>n</m:t>
        </m:r>
        <m:r>
          <m:t>|</m:t>
        </m:r>
        <m:r>
          <m:t>Z</m:t>
        </m:r>
        <m:sSup>
          <m:e>
            <m:r>
              <m:t>n</m:t>
            </m:r>
          </m:e>
          <m:sup>
            <m:r>
              <m:t>2</m:t>
            </m:r>
            <m:r>
              <m:t>+</m:t>
            </m:r>
          </m:sup>
        </m:sSup>
        <m:r>
          <m:t>|</m:t>
        </m:r>
        <m:r>
          <m:t>|</m:t>
        </m:r>
        <m:r>
          <m:t>C</m:t>
        </m:r>
        <m:sSup>
          <m:e>
            <m:r>
              <m:t>u</m:t>
            </m:r>
          </m:e>
          <m:sup>
            <m:r>
              <m:t>2</m:t>
            </m:r>
            <m:r>
              <m:t>+</m:t>
            </m:r>
          </m:sup>
        </m:sSup>
        <m:r>
          <m:t>|</m:t>
        </m:r>
        <m:r>
          <m:t>C</m:t>
        </m:r>
        <m:r>
          <m:t>u</m:t>
        </m:r>
      </m:oMath>
      <w:r>
        <w:rPr>
          <w:rFonts w:ascii="Calibri" w:hAnsi="Calibri"/>
          <w:b w:val="0"/>
          <w:i w:val="0"/>
          <w:color w:val="000000"/>
          <w:sz w:val="18"/>
        </w:rPr>
        <w:t>, dan kespontanan reaksi kimia.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Hukum Faraday Elektrolisis dan Pencegahan Korosi Logam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 xml:space="preserve">Hukum Faraday </w:t>
      </w:r>
      <m:oMath>
        <m:r>
          <m:t>w</m:t>
        </m:r>
        <m:r>
          <m:t>=</m:t>
        </m:r>
        <m:f>
          <m:fPr>
            <m:type m:val="bar"/>
          </m:fPr>
          <m:num>
            <m:r>
              <m:t>e</m:t>
            </m:r>
            <m:r>
              <m:t>·</m:t>
            </m:r>
            <m:r>
              <m:t>i</m:t>
            </m:r>
            <m:r>
              <m:t>·</m:t>
            </m:r>
            <m:r>
              <m:t>t</m:t>
            </m:r>
          </m:num>
          <m:den>
            <m:r>
              <m:t>9</m:t>
            </m:r>
            <m:r>
              <m:t>6</m:t>
            </m:r>
            <m:r>
              <m:t>.</m:t>
            </m:r>
            <m:r>
              <m:t>5</m:t>
            </m:r>
            <m:r>
              <m:t>0</m:t>
            </m:r>
            <m:r>
              <m:t>0</m:t>
            </m:r>
          </m:den>
        </m:f>
      </m:oMath>
      <w:r>
        <w:rPr>
          <w:rFonts w:ascii="Calibri" w:hAnsi="Calibri"/>
          <w:b w:val="0"/>
          <w:i w:val="0"/>
          <w:color w:val="000000"/>
          <w:sz w:val="18"/>
        </w:rPr>
        <w:t>, reaksi di elektroda inert/aktif, faktor pemicu korosi, dan metode anoda korban.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Elektrokimia merupakan cabang ilmu kimia yang mempelajari keterkaitan timbal balik antara reaksi kimia redoks (reduksi-oksidasi) dengan energi listrik. Pada jenjang SMA Kelas 12, peserta didik memperdalam keterampilan menyetarakan persamaan reaksi redoks kompleks yang melibatkan spesi poliatomik dalam suasana asam maupun basa melalui metode ion-elektron dan bilangan oksidasi.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Pembelajaran dibagi menjadi dua domain utama: (1) Sel Volta (Sel Galvani) yang mengubah energi reaksi kimia redoks spontan (</w:t>
      </w:r>
      <m:oMath>
        <m:sSubSup>
          <m:e>
            <m:r>
              <m:t>E</m:t>
            </m:r>
          </m:e>
          <m:sub>
            <m:r>
              <m:t>s</m:t>
            </m:r>
            <m:r>
              <m:t>e</m:t>
            </m:r>
            <m:r>
              <m:t>l</m:t>
            </m:r>
          </m:sub>
          <m:sup>
            <m:r>
              <m:t>0</m:t>
            </m:r>
          </m:sup>
        </m:sSubSup>
        <m:r>
          <m:t>&gt;</m:t>
        </m:r>
        <m:r>
          <m:t>0</m:t>
        </m:r>
      </m:oMath>
      <w:r>
        <w:rPr>
          <w:rFonts w:ascii="Calibri" w:hAnsi="Calibri"/>
          <w:b w:val="0"/>
          <w:i w:val="0"/>
          <w:color w:val="000000"/>
          <w:sz w:val="19"/>
        </w:rPr>
        <w:t>) menjadi arus listrik, mencakup baterai kering, aki (*lead-acid accumulator*), dan sel bahan bakar (*fuel cell*); serta (2) Sel Elektrolisis yang memanfaatkan arus listrik eksternal untuk menggerakkan reaksi redoks non-spontan, seperti dalam industri pemurnian logam dan penyepuhan (*electroplating*).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juga menganalisis mekanisme elektrokimia di balik korosi besi (</w:t>
      </w:r>
      <m:oMath>
        <m:r>
          <m:t>F</m:t>
        </m:r>
        <m:r>
          <m:t>e</m:t>
        </m:r>
      </m:oMath>
      <w:r>
        <w:rPr>
          <w:rFonts w:ascii="Calibri" w:hAnsi="Calibri"/>
          <w:b w:val="0"/>
          <w:i w:val="0"/>
          <w:color w:val="000000"/>
          <w:sz w:val="19"/>
        </w:rPr>
        <w:t>) sebagai sel galvani mikro alami. Berbagai strategi rekayasa pencegahan karat dikaji secara mendalam, termasuk pelapisan pelindung (*coating*), galvanisasi dengan seng (</w:t>
      </w:r>
      <m:oMath>
        <m:r>
          <m:t>Z</m:t>
        </m:r>
        <m:r>
          <m:t>n</m:t>
        </m:r>
      </m:oMath>
      <w:r>
        <w:rPr>
          <w:rFonts w:ascii="Calibri" w:hAnsi="Calibri"/>
          <w:b w:val="0"/>
          <w:i w:val="0"/>
          <w:color w:val="000000"/>
          <w:sz w:val="19"/>
        </w:rPr>
        <w:t>), dan proteksi katodik (*sacrificial anode*) menggunakan logam magnesium (</w:t>
      </w:r>
      <m:oMath>
        <m:r>
          <m:t>M</m:t>
        </m:r>
        <m:r>
          <m:t>g</m:t>
        </m:r>
      </m:oMath>
      <w:r>
        <w:rPr>
          <w:rFonts w:ascii="Calibri" w:hAnsi="Calibri"/>
          <w:b w:val="0"/>
          <w:i w:val="0"/>
          <w:color w:val="000000"/>
          <w:sz w:val="19"/>
        </w:rPr>
        <w:t>) pada pipa bawah tanah dan lambung kapal.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Potensial Reduksi Standar (E°)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Ukuran kecenderungan suatu zat atau ion untuk mengalami reaksi reduksi pada kondisi standar (1 M, 1 atm, 25°C) relatif terhadap elektroda hidrogen standar.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Sel Volta (Galvani)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Perangkat elektrokimia yang menghasilkan energi listrik dari reaksi redoks spontan di mana anoda bermuatan negatif dan katoda bermuatan positif.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Sel Elektrolisis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Perangkat elektrokimia yang menggunakan energi listrik searah untuk memicu terjadinya reaksi kimia redoks non-spontan.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Hukum Faraday 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Hukum yang menyatakan bahwa massa zat yang mengendap atau dibebaskan pada elektroda selama elektrolisis sebanding dengan jumlah muatan listrik yang dialirkan (</w:t>
            </w:r>
            <m:oMath>
              <m:r>
                <m:t>w</m:t>
              </m:r>
              <m:r>
                <m:t>=</m:t>
              </m:r>
              <m:f>
                <m:fPr>
                  <m:type m:val="bar"/>
                </m:fPr>
                <m:num>
                  <m:r>
                    <m:t>e</m:t>
                  </m:r>
                  <m:r>
                    <m:t>i</m:t>
                  </m:r>
                  <m:r>
                    <m:t>t</m:t>
                  </m:r>
                </m:num>
                <m:den>
                  <m:r>
                    <m:t>F</m:t>
                  </m:r>
                </m:den>
              </m:f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Proteksi Katodik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Metode pencegahan korosi logam besi dengan menghubungkannya pada logam yang memiliki potensial reduksi lebih negatif (anoda korban) sehingga logam pelindung yang terkorosi terlebih dahulu.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Kimia Kelas 12 SMA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