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KIMIA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Kimia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Kinetika Kimia dan Laju Reaksi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merumuskan persamaan laju reaksi dan menentukan orde reaksi berdasarkan data eksperimen.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fenomena kinetika kimia berdasarkan Teori Tumbukan dan Energi Aktivasi.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pengaruh konsentrasi, luas permukaan, suhu, dan katalis terhadap laju reaksi.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Konsep laju reaksi (</w:t>
      </w:r>
      <m:oMath>
        <m:r>
          <m:t>v</m:t>
        </m:r>
        <m:r>
          <m:t>=</m:t>
        </m:r>
        <m:r>
          <m:t>-</m:t>
        </m:r>
        <m:f>
          <m:fPr>
            <m:type m:val="bar"/>
          </m:fPr>
          <m:num>
            <m:r>
              <m:t>d</m:t>
            </m:r>
            <m:r>
              <m:t>[</m:t>
            </m:r>
            <m:r>
              <m:t>R</m:t>
            </m:r>
            <m:r>
              <m:t>]</m:t>
            </m:r>
          </m:num>
          <m:den>
            <m:r>
              <m:t>d</m:t>
            </m:r>
            <m:r>
              <m:t>t</m:t>
            </m:r>
          </m:den>
        </m:f>
        <m:r>
          <m:t>=</m:t>
        </m:r>
        <m:r>
          <m:t>+</m:t>
        </m:r>
        <m:f>
          <m:fPr>
            <m:type m:val="bar"/>
          </m:fPr>
          <m:num>
            <m:r>
              <m:t>d</m:t>
            </m:r>
            <m:r>
              <m:t>[</m:t>
            </m:r>
            <m:r>
              <m:t>P</m:t>
            </m:r>
            <m:r>
              <m:t>]</m:t>
            </m:r>
          </m:num>
          <m:den>
            <m:r>
              <m:t>d</m:t>
            </m:r>
            <m:r>
              <m:t>t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), persamaan laju reaksi (</w:t>
      </w:r>
      <m:oMath>
        <m:r>
          <m:t>v</m:t>
        </m:r>
        <m:r>
          <m:t>=</m:t>
        </m:r>
        <m:r>
          <m:t>k</m:t>
        </m:r>
        <m:r>
          <m:t>[</m:t>
        </m:r>
        <m:r>
          <m:t>A</m:t>
        </m:r>
        <m:sSup>
          <m:e>
            <m:r>
              <m:t>]</m:t>
            </m:r>
          </m:e>
          <m:sup>
            <m:r>
              <m:t>m</m:t>
            </m:r>
          </m:sup>
        </m:sSup>
        <m:r>
          <m:t>[</m:t>
        </m:r>
        <m:r>
          <m:t>B</m:t>
        </m:r>
        <m:sSup>
          <m:e>
            <m:r>
              <m:t>]</m:t>
            </m:r>
          </m:e>
          <m:sup>
            <m:r>
              <m:t>n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), penentuan orde reaksi dan nilai konstanta laju (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), Teori Tumbukan dan energi aktivasi (</w:t>
      </w:r>
      <m:oMath>
        <m:sSub>
          <m:e>
            <m:r>
              <m:t>E</m:t>
            </m:r>
          </m:e>
          <m:sub>
            <m:r>
              <m:t>a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), serta faktor-faktor yang mempengaruhi laju reaksi (konsentrasi, luas permukaan, suhu, katalis).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Konsep Laju Reaksi dan Penentuan Persamaan Laju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orde reaksi nol, satu, dan dua dari data tabel eksperimen variasi konsentrasi.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Teori Tumbukan Efektif dan Energi Aktivasi ($E_a$)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profil diagram energi potensial reaksi kimia dan kompleks teraktivasi.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Faktor-Faktor yang Mempengaruhi Laju Reaksi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Mengkaji pengaruh luas permukaan bidang sentuh partikel, konsentrasi pereaksi, dan kenaikan suhu.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Peranan Katalis Homogen dan Heterogen dalam Industri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cara kerja katalis dalam menurunkan jalur energi aktivasi reaksi kimia sintesis.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Data percobaan reaksi </w:t>
      </w:r>
      <m:oMath>
        <m:r>
          <m:t>2</m:t>
        </m:r>
        <m:r>
          <m:t>A</m:t>
        </m:r>
        <m:r>
          <m:t>+</m:t>
        </m:r>
        <m:r>
          <m:t>B</m:t>
        </m:r>
        <m:r>
          <m:t>→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: Jika konsentrasi </w:t>
      </w:r>
      <m:oMath>
        <m:r>
          <m:t>[</m:t>
        </m:r>
        <m:r>
          <m:t>A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dinaikkan 2 kali pada </w:t>
      </w:r>
      <m:oMath>
        <m:r>
          <m:t>[</m:t>
        </m:r>
        <m:r>
          <m:t>B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tetap, laju reaksi menjadi 4 kali lebih cepat. Jika </w:t>
      </w:r>
      <m:oMath>
        <m:r>
          <m:t>[</m:t>
        </m:r>
        <m:r>
          <m:t>A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[</m:t>
        </m:r>
        <m:r>
          <m:t>B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masing-masing dinaikkan 2 kali, laju reaksi menjadi 8 kali lebih cepat. Persamaan laju reaksinya adalah...</w:t>
      </w:r>
    </w:p>
    <w:p>
      <w:pPr>
        <w:spacing w:before="0" w:after="20"/>
        <w:ind w:left="576"/>
      </w:pPr>
      <m:oMath>
        <m:r>
          <m:t>v</m:t>
        </m:r>
        <m:r>
          <m:t>=</m:t>
        </m:r>
        <m:r>
          <m:t>k</m:t>
        </m:r>
        <m:r>
          <m:t>[</m:t>
        </m:r>
        <m:r>
          <m:t>A</m:t>
        </m:r>
        <m:sSup>
          <m:e>
            <m:r>
              <m:t>]</m:t>
            </m:r>
          </m:e>
          <m:sup>
            <m:r>
              <m:t>2</m:t>
            </m:r>
          </m:sup>
        </m:sSup>
        <m:r>
          <m:t>[</m:t>
        </m:r>
        <m:r>
          <m:t>B</m:t>
        </m:r>
        <m:r>
          <m:t>]</m:t>
        </m:r>
      </m:oMath>
    </w:p>
    <w:p>
      <w:pPr>
        <w:spacing w:before="0" w:after="20"/>
        <w:ind w:left="576"/>
      </w:pPr>
      <m:oMath>
        <m:r>
          <m:t>v</m:t>
        </m:r>
        <m:r>
          <m:t>=</m:t>
        </m:r>
        <m:r>
          <m:t>k</m:t>
        </m:r>
        <m:r>
          <m:t>[</m:t>
        </m:r>
        <m:r>
          <m:t>A</m:t>
        </m:r>
        <m:r>
          <m:t>]</m:t>
        </m:r>
        <m:r>
          <m:t>[</m:t>
        </m:r>
        <m:r>
          <m:t>B</m:t>
        </m:r>
        <m:sSup>
          <m:e>
            <m:r>
              <m:t>]</m:t>
            </m:r>
          </m:e>
          <m:sup>
            <m:r>
              <m:t>2</m:t>
            </m:r>
          </m:sup>
        </m:sSup>
      </m:oMath>
    </w:p>
    <w:p>
      <w:pPr>
        <w:spacing w:before="0" w:after="20"/>
        <w:ind w:left="576"/>
      </w:pPr>
      <m:oMath>
        <m:r>
          <m:t>v</m:t>
        </m:r>
        <m:r>
          <m:t>=</m:t>
        </m:r>
        <m:r>
          <m:t>k</m:t>
        </m:r>
        <m:r>
          <m:t>[</m:t>
        </m:r>
        <m:r>
          <m:t>A</m:t>
        </m:r>
        <m:sSup>
          <m:e>
            <m:r>
              <m:t>]</m:t>
            </m:r>
          </m:e>
          <m:sup>
            <m:r>
              <m:t>2</m:t>
            </m:r>
          </m:sup>
        </m:sSup>
        <m:r>
          <m:t>[</m:t>
        </m:r>
        <m:r>
          <m:t>B</m:t>
        </m:r>
        <m:sSup>
          <m:e>
            <m:r>
              <m:t>]</m:t>
            </m:r>
          </m:e>
          <m:sup>
            <m:r>
              <m:t>2</m:t>
            </m:r>
          </m:sup>
        </m:sSup>
      </m:oMath>
    </w:p>
    <w:p>
      <w:pPr>
        <w:spacing w:before="0" w:after="20"/>
        <w:ind w:left="576"/>
      </w:pPr>
      <m:oMath>
        <m:r>
          <m:t>v</m:t>
        </m:r>
        <m:r>
          <m:t>=</m:t>
        </m:r>
        <m:r>
          <m:t>k</m:t>
        </m:r>
        <m:r>
          <m:t>[</m:t>
        </m:r>
        <m:r>
          <m:t>A</m:t>
        </m:r>
        <m:r>
          <m:t>]</m:t>
        </m:r>
        <m:r>
          <m:t>[</m:t>
        </m:r>
        <m:r>
          <m:t>B</m:t>
        </m:r>
        <m:r>
          <m:t>]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Orde terhadap </w:t>
      </w:r>
      <m:oMath>
        <m:r>
          <m:t>A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: </w:t>
      </w:r>
      <m:oMath>
        <m:sSup>
          <m:e>
            <m:r>
              <m:t>2</m:t>
            </m:r>
          </m:e>
          <m:sup>
            <m:r>
              <m:t>m</m:t>
            </m:r>
          </m:sup>
        </m:sSup>
        <m:r>
          <m:t>=</m:t>
        </m:r>
        <m:r>
          <m:t>4</m:t>
        </m:r>
        <m:r>
          <m:t>→</m:t>
        </m:r>
        <m:r>
          <m:t>m</m:t>
        </m:r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Saat </w:t>
      </w:r>
      <m:oMath>
        <m:r>
          <m:t>[</m:t>
        </m:r>
        <m:r>
          <m:t>A</m:t>
        </m:r>
        <m:r>
          <m:t>]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[</m:t>
        </m:r>
        <m:r>
          <m:t>B</m:t>
        </m:r>
        <m:r>
          <m:t>]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naik 2 kali: </w:t>
      </w:r>
      <m:oMath>
        <m:sSup>
          <m:e>
            <m:r>
              <m:t>2</m:t>
            </m:r>
          </m:e>
          <m:sup>
            <m:r>
              <m:t>2</m:t>
            </m:r>
          </m:sup>
        </m:sSup>
        <m:r>
          <m:t>·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t>=</m:t>
        </m:r>
        <m:r>
          <m:t>8</m:t>
        </m:r>
        <m:r>
          <m:t>→</m:t>
        </m:r>
        <m:r>
          <m:t>4</m:t>
        </m:r>
        <m:r>
          <m:t>·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t>=</m:t>
        </m:r>
        <m:r>
          <m:t>8</m:t>
        </m:r>
        <m:r>
          <m:t>→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t>=</m:t>
        </m:r>
        <m:r>
          <m:t>2</m:t>
        </m:r>
        <m:r>
          <m:t>→</m:t>
        </m:r>
        <m:r>
          <m:t>n</m:t>
        </m:r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Maka </w:t>
      </w:r>
      <m:oMath>
        <m:r>
          <m:t>v</m:t>
        </m:r>
        <m:r>
          <m:t>=</m:t>
        </m:r>
        <m:r>
          <m:t>k</m:t>
        </m:r>
        <m:r>
          <m:t>[</m:t>
        </m:r>
        <m:r>
          <m:t>A</m:t>
        </m:r>
        <m:sSup>
          <m:e>
            <m:r>
              <m:t>]</m:t>
            </m:r>
          </m:e>
          <m:sup>
            <m:r>
              <m:t>2</m:t>
            </m:r>
          </m:sup>
        </m:sSup>
        <m:r>
          <m:t>[</m:t>
        </m:r>
        <m:r>
          <m:t>B</m:t>
        </m:r>
        <m:r>
          <m:t>]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Setiap kenaikan suhu sebesar </w:t>
      </w:r>
      <m:oMath>
        <m:r>
          <m:t>1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laju reaksi berlangsung 2 kali lebih cepat. Jika pada suhu </w:t>
      </w:r>
      <m:oMath>
        <m:r>
          <m:t>2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reaksi berlangsung selama 32 menit, maka pada suhu </w:t>
      </w:r>
      <m:oMath>
        <m:r>
          <m:t>5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reaksi tersebut akan selesai dalam waktu...</w:t>
      </w:r>
    </w:p>
    <w:p>
      <w:pPr>
        <w:spacing w:before="0" w:after="20"/>
        <w:ind w:left="576"/>
      </w:pPr>
      <m:oMath>
        <m:r>
          <m:t>4</m:t>
        </m:r>
        <m:r>
          <m:t>m</m:t>
        </m:r>
      </m:oMath>
    </w:p>
    <w:p>
      <w:pPr>
        <w:spacing w:before="0" w:after="20"/>
        <w:ind w:left="576"/>
      </w:pPr>
      <m:oMath>
        <m:r>
          <m:t>8</m:t>
        </m:r>
        <m:r>
          <m:t>m</m:t>
        </m:r>
      </m:oMath>
    </w:p>
    <w:p>
      <w:pPr>
        <w:spacing w:before="0" w:after="20"/>
        <w:ind w:left="576"/>
      </w:pPr>
      <m:oMath>
        <m:r>
          <m:t>1</m:t>
        </m:r>
        <m:r>
          <m:t>6</m:t>
        </m:r>
        <m:r>
          <m:t>m</m:t>
        </m:r>
      </m:oMath>
    </w:p>
    <w:p>
      <w:pPr>
        <w:spacing w:before="0" w:after="20"/>
        <w:ind w:left="576"/>
      </w:pPr>
      <m:oMath>
        <m:r>
          <m:t>2</m:t>
        </m:r>
        <m:r>
          <m:t>m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Kenaikan </w:t>
      </w:r>
      <m:oMath>
        <m:r>
          <m:t>Δ</m:t>
        </m:r>
        <m:r>
          <m:t>T</m:t>
        </m:r>
        <m:r>
          <m:t>=</m:t>
        </m:r>
        <m:r>
          <m:t>5</m:t>
        </m:r>
        <m:r>
          <m:t>5</m:t>
        </m:r>
        <m:r>
          <m:t>-</m:t>
        </m:r>
        <m:r>
          <m:t>2</m:t>
        </m:r>
        <m:r>
          <m:t>5</m:t>
        </m:r>
        <m:r>
          <m:t>=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C</m:t>
        </m:r>
        <m:r>
          <m:t>→</m:t>
        </m:r>
        <m:r>
          <m:t>n</m:t>
        </m:r>
        <m:r>
          <m:t>=</m:t>
        </m:r>
        <m:f>
          <m:fPr>
            <m:type m:val="bar"/>
          </m:fPr>
          <m:num>
            <m:r>
              <m:t>3</m:t>
            </m:r>
            <m:r>
              <m:t>0</m:t>
            </m:r>
          </m:num>
          <m:den>
            <m:r>
              <m:t>1</m:t>
            </m:r>
            <m:r>
              <m:t>0</m:t>
            </m:r>
          </m:den>
        </m:f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Waktu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t>=</m:t>
        </m:r>
        <m:sSub>
          <m:e>
            <m:r>
              <m:t>t</m:t>
            </m:r>
          </m:e>
          <m:sub>
            <m:r>
              <m:t>1</m:t>
            </m:r>
          </m:sub>
        </m:sSub>
        <m:r>
          <m:t>×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)</m:t>
            </m:r>
          </m:e>
          <m:sup>
            <m:r>
              <m:t>n</m:t>
            </m:r>
          </m:sup>
        </m:sSup>
        <m:r>
          <m:t>=</m:t>
        </m:r>
        <m:r>
          <m:t>3</m:t>
        </m:r>
        <m:r>
          <m:t>2</m:t>
        </m:r>
        <m:r>
          <m:t>×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r>
              <m:t>)</m:t>
            </m:r>
          </m:e>
          <m:sup>
            <m:r>
              <m:t>3</m:t>
            </m:r>
          </m:sup>
        </m:sSup>
        <m:r>
          <m:t>=</m:t>
        </m:r>
        <m:r>
          <m:t>3</m:t>
        </m:r>
        <m:r>
          <m:t>2</m:t>
        </m:r>
        <m: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  <m:r>
          <m:t>=</m:t>
        </m:r>
        <m:r>
          <m:t>4</m:t>
        </m:r>
        <m:r>
          <m:t>m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Peranan utama penambahan zat katalis dalam mempercepat jalannya reaksi kimia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nilai energi aktivasi (</w:t>
      </w:r>
      <m:oMath>
        <m:sSub>
          <m:e>
            <m:r>
              <m:t>E</m:t>
            </m:r>
          </m:e>
          <m:sub>
            <m:r>
              <m:t>a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dengan menyediakan mekanisme rute reaksi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energi kinetik partikel hingga suhu mendidih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reaksi endoterm menjadi reaksi eksoterm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Menambah jumlah mol produk secara magis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Katalis tidak mengubah entalpi </w:t>
      </w:r>
      <m:oMath>
        <m:r>
          <m:t>Δ</m:t>
        </m:r>
        <m:r>
          <m:t>H</m:t>
        </m:r>
      </m:oMath>
      <w:r>
        <w:rPr>
          <w:rFonts w:ascii="Calibri" w:hAnsi="Calibri"/>
          <w:b w:val="0"/>
          <w:i/>
          <w:color w:val="64748B"/>
          <w:sz w:val="17"/>
        </w:rPr>
        <w:t>, melainkan menurunkan energi aktivasi (</w:t>
      </w:r>
      <m:oMath>
        <m:sSub>
          <m:e>
            <m:r>
              <m:t>E</m:t>
            </m:r>
          </m:e>
          <m:sub>
            <m:r>
              <m:t>a</m:t>
            </m:r>
          </m:sub>
        </m:sSub>
      </m:oMath>
      <w:r>
        <w:rPr>
          <w:rFonts w:ascii="Calibri" w:hAnsi="Calibri"/>
          <w:b w:val="0"/>
          <w:i/>
          <w:color w:val="64748B"/>
          <w:sz w:val="17"/>
        </w:rPr>
        <w:t>) sehingga fraksi tumbukan efektif meningkat tajam.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Reaksi pelarutan serbuk seng (</w:t>
      </w:r>
      <m:oMath>
        <m:r>
          <m:t>Z</m:t>
        </m:r>
      </m:oMath>
      <w:r>
        <w:rPr>
          <w:rFonts w:ascii="Calibri" w:hAnsi="Calibri"/>
          <w:b w:val="0"/>
          <w:i w:val="0"/>
          <w:color w:val="000000"/>
          <w:sz w:val="19"/>
        </w:rPr>
        <w:t>) dengan asam klorida (</w:t>
      </w:r>
      <m:oMath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>) berlangsung jauh lebih cepat dibandingkan dengan butiran seng berukuran besar karena...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Bentuk serbuk memiliki luas permukaan bidang sentuh yang jauh lebih besar sehingga frekuensi tumbukan partikel meningkat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Massa jenis serbuk seng lebih kecil daripada butiran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Serbuk seng mengandung zat katalis alami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Butiran seng menolak ion hidrogen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Semakin kecil ukuran partikel, semakin luas total bidang sentuh antarzata bereaksi, memicu frekuensi tumbukan efektif lebih tinggi.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suatu reaksi kimia memiliki orde nol terhadap pereaksi 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>, maka...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Perubahan konsentrasi pereaksi 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tidak akan mempengaruhi laju reaksi (</w:t>
      </w:r>
      <m:oMath>
        <m:r>
          <m:t>v</m:t>
        </m:r>
        <m:r>
          <m:t>=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Reaksi tidak dapat berlangsung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 xml:space="preserve">Laju reaksi sebanding lurus dengan konsentrasi </w:t>
      </w:r>
      <m:oMath>
        <m:r>
          <m:t>X</m:t>
        </m:r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Reaksi berlangsung dengan kecepatan tak terhingga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Orde nol (</w:t>
      </w:r>
      <m:oMath>
        <m:r>
          <m:t>v</m:t>
        </m:r>
        <m:r>
          <m:t>=</m:t>
        </m:r>
        <m:r>
          <m:t>k</m:t>
        </m:r>
        <m:r>
          <m:t>[</m:t>
        </m:r>
        <m:r>
          <m:t>X</m:t>
        </m:r>
        <m:sSup>
          <m:e>
            <m:r>
              <m:t>]</m:t>
            </m:r>
          </m:e>
          <m:sup>
            <m:r>
              <m:t>0</m:t>
            </m:r>
          </m:sup>
        </m:sSup>
        <m:r>
          <m:t>=</m:t>
        </m:r>
        <m:r>
          <m:t>k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) bermakna konsentrasi zat </w:t>
      </w:r>
      <m:oMath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tidak memberikan pengaruh terhadap kelajuan reaksi.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Kimia • Bab 4: Kinetika Kimia dan Laju Reaksi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Konsep Laju Reaksi dan Penentuan Persamaan Laju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orde reaksi nol, satu, dan dua dari data tabel eksperimen variasi konsentrasi.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Teori Tumbukan Efektif dan Energi Aktivasi ($E_a$)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profil diagram energi potensial reaksi kimia dan kompleks teraktivasi.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Faktor-Faktor yang Mempengaruhi Laju Reaksi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Mengkaji pengaruh luas permukaan bidang sentuh partikel, konsentrasi pereaksi, dan kenaikan suhu.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Peranan Katalis Homogen dan Heterogen dalam Industri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cara kerja katalis dalam menurunkan jalur energi aktivasi reaksi kimia sintesis.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Kinetika kimia mengkaji kelajuan berlangsungnya suatu reaksi kimia dan mekanisme tahapan molekuler yang melandasinya. Laju reaksi didefinisikan sebagai berkurangnya konsentrasi molar reaktan atau bertambahnya konsentrasi molar produk per satuan waktu (</w:t>
      </w:r>
      <m:oMath>
        <m:r>
          <m:t>M</m:t>
        </m:r>
        <m:r>
          <m:t>/</m:t>
        </m:r>
        <m:r>
          <m:t>s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Persamaan laju reaksi dinyatakan oleh rumus </w:t>
      </w:r>
      <m:oMath>
        <m:r>
          <m:t>v</m:t>
        </m:r>
        <m:r>
          <m:t>=</m:t>
        </m:r>
        <m:r>
          <m:t>k</m:t>
        </m:r>
        <m:r>
          <m:t>[</m:t>
        </m:r>
        <m:r>
          <m:t>A</m:t>
        </m:r>
        <m:sSup>
          <m:e>
            <m:r>
              <m:t>]</m:t>
            </m:r>
          </m:e>
          <m:sup>
            <m:r>
              <m:t>m</m:t>
            </m:r>
          </m:sup>
        </m:sSup>
        <m:r>
          <m:t>[</m:t>
        </m:r>
        <m:r>
          <m:t>B</m:t>
        </m:r>
        <m:sSup>
          <m:e>
            <m:r>
              <m:t>]</m:t>
            </m:r>
          </m:e>
          <m:sup>
            <m:r>
              <m:t>n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, di mana </w:t>
      </w:r>
      <m:oMath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 orde reaksi parsial terhadap pereaksi yang ditentukan murni melalui data eksperimen, bukan dari koefisien stokiometri reaksi. Orde total menentukan ketergantungan laju terhadap perubahan konsentrasi.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Berdasarkan Teori Tumbukan, reaksi hanya terjadi apabila terjadi tumbukan efektif yang memiliki orientasi ruang tepat dan energi kinetik melampaui Energi Aktivasi (</w:t>
      </w:r>
      <m:oMath>
        <m:sSub>
          <m:e>
            <m:r>
              <m:t>E</m:t>
            </m:r>
          </m:e>
          <m:sub>
            <m:r>
              <m:t>a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). Empat faktor utama yang mempercepat laju reaksi meliputi: peningkatan konsentrasi (meningkatkan frekuensi tumbukan), perluasan area bidang sentuh, kenaikan temperatur (memperbesar fraksi molekul berenergi tinggi), dan penambahan katalis (menurunkan energi aktivasi).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Laju Reaksi (</w:t>
            </w:r>
            <m:oMath>
              <m:r>
                <m:t>v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Kecepatan perubahan konsentrasi molar reaktan atau produk dalam suatu reaksi kimia per satuan waktu (satuan </w:t>
            </w:r>
            <m:oMath>
              <m:r>
                <m:t>m</m:t>
              </m:r>
              <m:r>
                <m:t>·</m:t>
              </m:r>
              <m:sSup>
                <m:e>
                  <m:r>
                    <m:t>L</m:t>
                  </m:r>
                </m:e>
                <m:sup>
                  <m:r>
                    <m:t>-</m:t>
                  </m:r>
                  <m:r>
                    <m:t>1</m:t>
                  </m:r>
                </m:sup>
              </m:sSup>
              <m:r>
                <m:t>·</m:t>
              </m:r>
              <m:sSup>
                <m:e>
                  <m:r>
                    <m:t>s</m:t>
                  </m:r>
                </m:e>
                <m:sup>
                  <m:r>
                    <m:t>-</m:t>
                  </m:r>
                  <m:r>
                    <m:t>1</m:t>
                  </m:r>
                </m:sup>
              </m:sSup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Orde Reaksi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Pangkat konsentrasi reaktan dalam persamaan laju reaksi yang menyatakan besarnya pengaruh konsentrasi terhadap kelajuan reaksi.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Energi Aktivasi (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Energi kinetik minimum yang harus dimiliki oleh partikel-partikel pereaksi agar dapat menghasilkan tumbukan efektif yang memicu reaksi kimia.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Tumbukan Efektif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Tumbukan antarmolekul pereaksi yang menghasilkan reaksi kimia karena memiliki orientasi geometris yang tepat dan energi yang melampaui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Katalis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Zat yang mempercepat laju reaksi kimia dengan menyediakan jalur mekanisme reaksi alternatif yang berenergi aktivasi lebih rendah tanpa ikut terkonsumsi habis.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Kimia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