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KIMIA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Kimia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Termokimia dan Perubahan Entalpi Reaksi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karakteristik reaksi eksoterm dan endoterm melalui diagram tingkat energi.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perubahan entalpi reaksi melalui eksperimen kalorimetri sederhana.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 xml:space="preserve">Peserta didik mampu menentukan </w:t>
      </w:r>
      <m:oMath>
        <m:r>
          <m:t>Δ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reaksi menggunakan Hukum Hess, data </w:t>
      </w:r>
      <m:oMath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9"/>
        </w:rPr>
        <w:t>, dan energi ikatan rata-rata.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Konsep sistem dan lingkungan, reaksi eksoterm (</w:t>
      </w:r>
      <m:oMath>
        <m:r>
          <m:t>Δ</m:t>
        </m:r>
        <m:r>
          <m:t>H</m:t>
        </m:r>
        <m:r>
          <m:t>&lt;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 vs endoterm (</w:t>
      </w:r>
      <m:oMath>
        <m:r>
          <m:t>Δ</m:t>
        </m:r>
        <m:r>
          <m:t>H</m:t>
        </m:r>
        <m:r>
          <m:t>&gt;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), pengukuran kalorimetri (</w:t>
      </w:r>
      <m:oMath>
        <m:r>
          <m:t>q</m:t>
        </m:r>
        <m:r>
          <m:t>=</m:t>
        </m:r>
        <m:r>
          <m:t>m</m:t>
        </m:r>
        <m:r>
          <m:t>c</m:t>
        </m:r>
        <m:r>
          <m:t>Δ</m:t>
        </m:r>
        <m:r>
          <m:t>T</m:t>
        </m:r>
        <m:r>
          <m:t>+</m:t>
        </m:r>
        <m:r>
          <m:t>C</m:t>
        </m:r>
        <m:r>
          <m:t>Δ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), persamaan termokimia, Hukum Hess penjumlahan kalor, entalpi pembentukan standar (</w:t>
      </w:r>
      <m:oMath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9"/>
        </w:rPr>
        <w:t>), dan perhitungan energi ikatan rata-rata.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Sistem, Lingkungan, Reaksi Eksoterm dan Endoterm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diagram tingkat energi reaksi eksotermik dan endotermik serta transfer kalor.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Pengukuran Kalor Reaksi dengan Kalorimeter Bom dan Kalorimeter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kalor jenis larutan </w:t>
      </w:r>
      <m:oMath>
        <m:r>
          <m:t>q</m:t>
        </m:r>
        <m:r>
          <m:t>=</m:t>
        </m:r>
        <m:r>
          <m:t>m</m:t>
        </m:r>
        <m:r>
          <m:t>c</m:t>
        </m:r>
        <m:r>
          <m:t>Δ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menentukan nilai </w:t>
      </w:r>
      <m:oMath>
        <m:r>
          <m:t>Δ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molar.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Hukum Hess dan Siklus Energi / Diagram Tingkat Energi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perubahan entalpi reaksi menggunakan manipulasi penjumlahan tahapan reaksi kimia.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Perhitungan $\Delta H$ Menggunakan Data $\Delta H_f^\circ$ dan Energi Ikatan Rata-rata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Memprediksi kalor pembakaran dan energi pemutusan-pembentukan ikatan kovalen molekul.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Diketahui data entalpi pembentukan standar: </w:t>
      </w:r>
      <m:oMath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  <m:sSub>
          <m:e>
            <m:r>
              <m:t>C</m:t>
            </m:r>
          </m:e>
          <m:sub>
            <m:r>
              <m:t>2</m:t>
            </m:r>
          </m:sub>
        </m:sSub>
        <m:r>
          <m:t>(</m:t>
        </m:r>
        <m:r>
          <m:t>g</m:t>
        </m:r>
        <m:r>
          <m:t>)</m:t>
        </m:r>
        <m:r>
          <m:t>=</m:t>
        </m:r>
        <m:r>
          <m:t>-</m:t>
        </m:r>
        <m:r>
          <m:t>3</m:t>
        </m:r>
        <m:r>
          <m:t>9</m:t>
        </m:r>
        <m:r>
          <m:t>3</m:t>
        </m:r>
        <m:r>
          <m:t>.</m:t>
        </m:r>
        <m:r>
          <m:t>5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</w:t>
      </w:r>
      <m:oMath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  <m:r>
          <m:t>(</m:t>
        </m:r>
        <m:r>
          <m:t>l</m:t>
        </m:r>
        <m:r>
          <m:t>)</m:t>
        </m:r>
        <m:r>
          <m:t>=</m:t>
        </m:r>
        <m:r>
          <m:t>-</m:t>
        </m:r>
        <m:r>
          <m:t>2</m:t>
        </m:r>
        <m:r>
          <m:t>8</m:t>
        </m:r>
        <m:r>
          <m:t>5</m:t>
        </m:r>
        <m:r>
          <m:t>.</m:t>
        </m:r>
        <m:r>
          <m:t>8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</w:t>
      </w:r>
      <m:oMath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  <m:sSub>
          <m:e>
            <m:r>
              <m:t>C</m:t>
            </m:r>
          </m:e>
          <m:sub>
            <m:r>
              <m:t>4</m:t>
            </m:r>
          </m:sub>
        </m:sSub>
        <m:r>
          <m:t>(</m:t>
        </m:r>
        <m:r>
          <m:t>g</m:t>
        </m:r>
        <m:r>
          <m:t>)</m:t>
        </m:r>
        <m:r>
          <m:t>=</m:t>
        </m:r>
        <m:r>
          <m:t>-</m:t>
        </m:r>
        <m:r>
          <m:t>7</m:t>
        </m:r>
        <m:r>
          <m:t>4</m:t>
        </m:r>
        <m:r>
          <m:t>.</m:t>
        </m:r>
        <m:r>
          <m:t>8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>. Perubahan entalpi pembakaran gas metana (</w:t>
      </w:r>
      <m:oMath>
        <m:sSub>
          <m:e>
            <m:r>
              <m:t>C</m:t>
            </m:r>
          </m:e>
          <m:sub>
            <m:r>
              <m:t>4</m:t>
            </m:r>
          </m:sub>
        </m:sSub>
        <m:r>
          <m:t>+</m:t>
        </m:r>
        <m:r>
          <m:t>2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t>→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+</m:t>
        </m:r>
        <m:r>
          <m:t>2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9"/>
        </w:rPr>
        <w:t>) adalah...</w:t>
      </w:r>
    </w:p>
    <w:p>
      <w:pPr>
        <w:spacing w:before="0" w:after="20"/>
        <w:ind w:left="576"/>
      </w:pPr>
      <m:oMath>
        <m:r>
          <m:t>-</m:t>
        </m:r>
        <m:r>
          <m:t>8</m:t>
        </m:r>
        <m:r>
          <m:t>9</m:t>
        </m:r>
        <m:r>
          <m:t>0</m:t>
        </m:r>
        <m:r>
          <m:t>.</m:t>
        </m:r>
        <m:r>
          <m:t>3</m:t>
        </m:r>
        <m:r>
          <m:t>k</m:t>
        </m:r>
      </m:oMath>
    </w:p>
    <w:p>
      <w:pPr>
        <w:spacing w:before="0" w:after="20"/>
        <w:ind w:left="576"/>
      </w:pPr>
      <m:oMath>
        <m:r>
          <m:t>+</m:t>
        </m:r>
        <m:r>
          <m:t>8</m:t>
        </m:r>
        <m:r>
          <m:t>9</m:t>
        </m:r>
        <m:r>
          <m:t>0</m:t>
        </m:r>
        <m:r>
          <m:t>.</m:t>
        </m:r>
        <m:r>
          <m:t>3</m:t>
        </m:r>
        <m:r>
          <m:t>k</m:t>
        </m:r>
      </m:oMath>
    </w:p>
    <w:p>
      <w:pPr>
        <w:spacing w:before="0" w:after="20"/>
        <w:ind w:left="576"/>
      </w:pPr>
      <m:oMath>
        <m:r>
          <m:t>-</m:t>
        </m:r>
        <m:r>
          <m:t>9</m:t>
        </m:r>
        <m:r>
          <m:t>6</m:t>
        </m:r>
        <m:r>
          <m:t>5</m:t>
        </m:r>
        <m:r>
          <m:t>.</m:t>
        </m:r>
        <m:r>
          <m:t>1</m:t>
        </m:r>
        <m:r>
          <m:t>k</m:t>
        </m:r>
      </m:oMath>
    </w:p>
    <w:p>
      <w:pPr>
        <w:spacing w:before="0" w:after="20"/>
        <w:ind w:left="576"/>
      </w:pPr>
      <m:oMath>
        <m:r>
          <m:t>-</m:t>
        </m:r>
        <m:r>
          <m:t>6</m:t>
        </m:r>
        <m:r>
          <m:t>0</m:t>
        </m:r>
        <m:r>
          <m:t>4</m:t>
        </m:r>
        <m:r>
          <m:t>.</m:t>
        </m:r>
        <m:r>
          <m:t>5</m:t>
        </m:r>
        <m:r>
          <m:t>k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Δ</m:t>
        </m:r>
        <m:r>
          <m:t>H</m:t>
        </m:r>
        <m:r>
          <m:t>=</m:t>
        </m:r>
        <m:r>
          <m:t>[</m:t>
        </m:r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  <m:r>
          <m:t>(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)</m:t>
        </m:r>
        <m:r>
          <m:t>+</m:t>
        </m:r>
        <m:r>
          <m:t>2</m:t>
        </m:r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  <m:r>
          <m:t>(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  <m:r>
          <m:t>)</m:t>
        </m:r>
        <m:r>
          <m:t>]</m:t>
        </m:r>
        <m:r>
          <m:t>-</m:t>
        </m:r>
        <m:r>
          <m:t>[</m:t>
        </m:r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  <m:r>
          <m:t>(</m:t>
        </m:r>
        <m:sSub>
          <m:e>
            <m:r>
              <m:t>C</m:t>
            </m:r>
          </m:e>
          <m:sub>
            <m:r>
              <m:t>4</m:t>
            </m:r>
          </m:sub>
        </m:sSub>
        <m:r>
          <m:t>)</m:t>
        </m:r>
        <m:r>
          <m:t>]</m:t>
        </m:r>
        <m:r>
          <m:t>=</m:t>
        </m:r>
        <m:r>
          <m:t>[</m:t>
        </m:r>
        <m:r>
          <m:t>-</m:t>
        </m:r>
        <m:r>
          <m:t>3</m:t>
        </m:r>
        <m:r>
          <m:t>9</m:t>
        </m:r>
        <m:r>
          <m:t>3</m:t>
        </m:r>
        <m:r>
          <m:t>.</m:t>
        </m:r>
        <m:r>
          <m:t>5</m:t>
        </m:r>
        <m:r>
          <m:t>+</m:t>
        </m:r>
        <m:r>
          <m:t>2</m:t>
        </m:r>
        <m:r>
          <m:t>(</m:t>
        </m:r>
        <m:r>
          <m:t>-</m:t>
        </m:r>
        <m:r>
          <m:t>2</m:t>
        </m:r>
        <m:r>
          <m:t>8</m:t>
        </m:r>
        <m:r>
          <m:t>5</m:t>
        </m:r>
        <m:r>
          <m:t>.</m:t>
        </m:r>
        <m:r>
          <m:t>8</m:t>
        </m:r>
        <m:r>
          <m:t>)</m:t>
        </m:r>
        <m:r>
          <m:t>]</m:t>
        </m:r>
        <m:r>
          <m:t>-</m:t>
        </m:r>
        <m:r>
          <m:t>[</m:t>
        </m:r>
        <m:r>
          <m:t>-</m:t>
        </m:r>
        <m:r>
          <m:t>7</m:t>
        </m:r>
        <m:r>
          <m:t>4</m:t>
        </m:r>
        <m:r>
          <m:t>.</m:t>
        </m:r>
        <m:r>
          <m:t>8</m:t>
        </m:r>
        <m:r>
          <m:t>]</m:t>
        </m:r>
        <m:r>
          <m:t>=</m:t>
        </m:r>
        <m:r>
          <m:t>[</m:t>
        </m:r>
        <m:r>
          <m:t>-</m:t>
        </m:r>
        <m:r>
          <m:t>3</m:t>
        </m:r>
        <m:r>
          <m:t>9</m:t>
        </m:r>
        <m:r>
          <m:t>3</m:t>
        </m:r>
        <m:r>
          <m:t>.</m:t>
        </m:r>
        <m:r>
          <m:t>5</m:t>
        </m:r>
        <m:r>
          <m:t>-</m:t>
        </m:r>
        <m:r>
          <m:t>5</m:t>
        </m:r>
        <m:r>
          <m:t>7</m:t>
        </m:r>
        <m:r>
          <m:t>1</m:t>
        </m:r>
        <m:r>
          <m:t>.</m:t>
        </m:r>
        <m:r>
          <m:t>6</m:t>
        </m:r>
        <m:r>
          <m:t>]</m:t>
        </m:r>
        <m:r>
          <m:t>+</m:t>
        </m:r>
        <m:r>
          <m:t>7</m:t>
        </m:r>
        <m:r>
          <m:t>4</m:t>
        </m:r>
        <m:r>
          <m:t>.</m:t>
        </m:r>
        <m:r>
          <m:t>8</m:t>
        </m:r>
        <m:r>
          <m:t>=</m:t>
        </m:r>
        <m:r>
          <m:t>-</m:t>
        </m:r>
        <m:r>
          <m:t>9</m:t>
        </m:r>
        <m:r>
          <m:t>6</m:t>
        </m:r>
        <m:r>
          <m:t>5</m:t>
        </m:r>
        <m:r>
          <m:t>.</m:t>
        </m:r>
        <m:r>
          <m:t>1</m:t>
        </m:r>
        <m:r>
          <m:t>+</m:t>
        </m:r>
        <m:r>
          <m:t>7</m:t>
        </m:r>
        <m:r>
          <m:t>4</m:t>
        </m:r>
        <m:r>
          <m:t>.</m:t>
        </m:r>
        <m:r>
          <m:t>8</m:t>
        </m:r>
        <m:r>
          <m:t>=</m:t>
        </m:r>
        <m:r>
          <m:t>-</m:t>
        </m:r>
        <m:r>
          <m:t>8</m:t>
        </m:r>
        <m:r>
          <m:t>9</m:t>
        </m:r>
        <m:r>
          <m:t>0</m:t>
        </m:r>
        <m:r>
          <m:t>.</m:t>
        </m:r>
        <m:r>
          <m:t>3</m:t>
        </m:r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Sebanyak </w:t>
      </w:r>
      <m:oMath>
        <m:r>
          <m:t>1</m:t>
        </m:r>
        <m:r>
          <m:t>0</m:t>
        </m:r>
        <m:r>
          <m:t>0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larutan </w:t>
      </w:r>
      <m:oMath>
        <m:r>
          <m:t>H</m:t>
        </m:r>
        <m:r>
          <m:t>1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direaksikan dengan </w:t>
      </w:r>
      <m:oMath>
        <m:r>
          <m:t>1</m:t>
        </m:r>
        <m:r>
          <m:t>0</m:t>
        </m:r>
        <m:r>
          <m:t>0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larutan </w:t>
      </w:r>
      <m:oMath>
        <m:r>
          <m:t>N</m:t>
        </m:r>
        <m:r>
          <m:t>1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dalam kalorimeter. Suhu campuran naik dari </w:t>
      </w:r>
      <m:oMath>
        <m:r>
          <m:t>2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menjadi </w:t>
      </w:r>
      <m:oMath>
        <m:r>
          <m:t>3</m:t>
        </m:r>
        <m:sSup>
          <m:e>
            <m:r>
              <m:t>1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c</m:t>
        </m:r>
        <m:r>
          <m:t>=</m:t>
        </m:r>
        <m:r>
          <m:t>4</m:t>
        </m:r>
        <m:r>
          <m:t>.</m:t>
        </m:r>
        <m:r>
          <m:t>2</m:t>
        </m:r>
        <m:sSup>
          <m:e>
            <m:r>
              <m:t>J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massa jenis air </w:t>
      </w:r>
      <m:oMath>
        <m:r>
          <m:t>1</m:t>
        </m:r>
        <m:r>
          <m:t>g</m:t>
        </m:r>
      </m:oMath>
      <w:r>
        <w:rPr>
          <w:rFonts w:ascii="Calibri" w:hAnsi="Calibri"/>
          <w:b w:val="0"/>
          <w:i w:val="0"/>
          <w:color w:val="000000"/>
          <w:sz w:val="19"/>
        </w:rPr>
        <w:t>). Kalor reaksi (</w:t>
      </w:r>
      <m:oMath>
        <m:r>
          <m:t>q</m:t>
        </m:r>
      </m:oMath>
      <w:r>
        <w:rPr>
          <w:rFonts w:ascii="Calibri" w:hAnsi="Calibri"/>
          <w:b w:val="0"/>
          <w:i w:val="0"/>
          <w:color w:val="000000"/>
          <w:sz w:val="19"/>
        </w:rPr>
        <w:t>) yang dilepaskan adalah...</w:t>
      </w:r>
    </w:p>
    <w:p>
      <w:pPr>
        <w:spacing w:before="0" w:after="20"/>
        <w:ind w:left="576"/>
      </w:pPr>
      <m:oMath>
        <m:r>
          <m:t>5</m:t>
        </m:r>
        <m:r>
          <m:t>0</m:t>
        </m:r>
        <m:r>
          <m:t>4</m:t>
        </m:r>
        <m:r>
          <m:t>0</m:t>
        </m:r>
        <m:r>
          <m:t>J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</w:t>
      </w:r>
      <m:oMath>
        <m:r>
          <m:t>5</m:t>
        </m:r>
        <m:r>
          <m:t>.</m:t>
        </m:r>
        <m:r>
          <m:t>0</m:t>
        </m:r>
        <m:r>
          <m:t>4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m:oMath>
        <m:r>
          <m:t>2</m:t>
        </m:r>
        <m:r>
          <m:t>5</m:t>
        </m:r>
        <m:r>
          <m:t>2</m:t>
        </m:r>
        <m:r>
          <m:t>0</m:t>
        </m:r>
        <m:r>
          <m:t>J</m:t>
        </m:r>
      </m:oMath>
    </w:p>
    <w:p>
      <w:pPr>
        <w:spacing w:before="0" w:after="20"/>
        <w:ind w:left="576"/>
      </w:pPr>
      <m:oMath>
        <m:r>
          <m:t>5</m:t>
        </m:r>
        <m:r>
          <m:t>0</m:t>
        </m:r>
        <m:r>
          <m:t>4</m:t>
        </m:r>
        <m:r>
          <m:t>J</m:t>
        </m:r>
      </m:oMath>
    </w:p>
    <w:p>
      <w:pPr>
        <w:spacing w:before="0" w:after="20"/>
        <w:ind w:left="576"/>
      </w:pPr>
      <m:oMath>
        <m:r>
          <m:t>1</m:t>
        </m:r>
        <m:r>
          <m:t>0</m:t>
        </m:r>
        <m:r>
          <m:t>0</m:t>
        </m:r>
        <m:r>
          <m:t>8</m:t>
        </m:r>
        <m:r>
          <m:t>0</m:t>
        </m:r>
        <m:r>
          <m:t>J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m</m:t>
        </m:r>
        <m:r>
          <m:t>=</m:t>
        </m:r>
        <m:r>
          <m:t>2</m:t>
        </m:r>
        <m:r>
          <m:t>0</m:t>
        </m:r>
        <m:r>
          <m:t>0</m:t>
        </m:r>
        <m:r>
          <m:t>g</m:t>
        </m:r>
        <m:r>
          <m:t>,</m:t>
        </m:r>
        <m:r>
          <m:t>Δ</m:t>
        </m:r>
        <m:r>
          <m:t>T</m:t>
        </m:r>
        <m:r>
          <m:t>=</m:t>
        </m:r>
        <m:sSup>
          <m:e>
            <m:r>
              <m:t>6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Kalor </w:t>
      </w:r>
      <m:oMath>
        <m:r>
          <m:t>q</m:t>
        </m:r>
        <m:r>
          <m:t>=</m:t>
        </m:r>
        <m:r>
          <m:t>m</m:t>
        </m:r>
        <m:r>
          <m:t>c</m:t>
        </m:r>
        <m:r>
          <m:t>Δ</m:t>
        </m:r>
        <m:r>
          <m:t>T</m:t>
        </m:r>
        <m:r>
          <m:t>=</m:t>
        </m:r>
        <m:r>
          <m:t>2</m:t>
        </m:r>
        <m:r>
          <m:t>0</m:t>
        </m:r>
        <m:r>
          <m:t>0</m:t>
        </m:r>
        <m:r>
          <m:t>×</m:t>
        </m:r>
        <m:r>
          <m:t>4</m:t>
        </m:r>
        <m:r>
          <m:t>.</m:t>
        </m:r>
        <m:r>
          <m:t>2</m:t>
        </m:r>
        <m:r>
          <m:t>×</m:t>
        </m:r>
        <m:r>
          <m:t>6</m:t>
        </m:r>
        <m:r>
          <m:t>=</m:t>
        </m:r>
        <m:r>
          <m:t>5</m:t>
        </m:r>
        <m:r>
          <m:t>0</m:t>
        </m:r>
        <m:r>
          <m:t>4</m:t>
        </m:r>
        <m:r>
          <m:t>0</m:t>
        </m:r>
        <m:r>
          <m:t>J</m:t>
        </m:r>
        <m:r>
          <m:t>=</m:t>
        </m:r>
        <m:r>
          <m:t>5</m:t>
        </m:r>
        <m:r>
          <m:t>.</m:t>
        </m:r>
        <m:r>
          <m:t>0</m:t>
        </m:r>
        <m:r>
          <m:t>4</m:t>
        </m:r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Proses fotosintesis pada tumbuhan hijau yang menyerap energi radiasi sinar matahari merupakan contoh reaksi...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Endoterm dengan </w:t>
      </w:r>
      <m:oMath>
        <m:r>
          <m:t>Δ</m:t>
        </m:r>
        <m:r>
          <m:t>H</m:t>
        </m:r>
        <m:r>
          <m:t>&gt;</m:t>
        </m:r>
        <m:r>
          <m:t>0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Eksoterm dengan </w:t>
      </w:r>
      <m:oMath>
        <m:r>
          <m:t>Δ</m:t>
        </m:r>
        <m:r>
          <m:t>H</m:t>
        </m:r>
        <m:r>
          <m:t>&lt;</m:t>
        </m:r>
        <m:r>
          <m:t>0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Spontan adiabatik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Isokhorik tanpa kalor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Fotosintesis menyerap energi kalor foton dari lingkungan ke dalam molekul glukosa (reaksi endoterm, </w:t>
      </w:r>
      <m:oMath>
        <m:r>
          <m:t>Δ</m:t>
        </m:r>
        <m:r>
          <m:t>H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positif).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diketahui energi ikatan rata-rata </w:t>
      </w:r>
      <m:oMath>
        <m:r>
          <m:t>C</m:t>
        </m:r>
        <m:r>
          <m:t>-</m:t>
        </m:r>
        <m:r>
          <m:t>H</m:t>
        </m:r>
        <m:r>
          <m:t>=</m:t>
        </m:r>
        <m:r>
          <m:t>4</m:t>
        </m:r>
        <m:r>
          <m:t>1</m:t>
        </m:r>
        <m:r>
          <m:t>3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</w:t>
      </w:r>
      <m:oMath>
        <m:r>
          <m:t>C</m:t>
        </m:r>
        <m:r>
          <m:t>-</m:t>
        </m:r>
        <m:r>
          <m:t>C</m:t>
        </m:r>
        <m:r>
          <m:t>=</m:t>
        </m:r>
        <m:r>
          <m:t>2</m:t>
        </m:r>
        <m:r>
          <m:t>4</m:t>
        </m:r>
        <m:r>
          <m:t>2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</w:t>
      </w:r>
      <m:oMath>
        <m:r>
          <m:t>C</m:t>
        </m:r>
        <m:r>
          <m:t>-</m:t>
        </m:r>
        <m:r>
          <m:t>C</m:t>
        </m:r>
        <m:r>
          <m:t>=</m:t>
        </m:r>
        <m:r>
          <m:t>3</m:t>
        </m:r>
        <m:r>
          <m:t>2</m:t>
        </m:r>
        <m:r>
          <m:t>8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</w:t>
      </w:r>
      <m:oMath>
        <m:r>
          <m:t>H</m:t>
        </m:r>
        <m:r>
          <m:t>-</m:t>
        </m:r>
        <m:r>
          <m:t>C</m:t>
        </m:r>
        <m:r>
          <m:t>=</m:t>
        </m:r>
        <m:r>
          <m:t>4</m:t>
        </m:r>
        <m:r>
          <m:t>3</m:t>
        </m:r>
        <m:r>
          <m:t>1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Perubahan entalpi untuk reaksi </w:t>
      </w:r>
      <m:oMath>
        <m:sSub>
          <m:e>
            <m:r>
              <m:t>C</m:t>
            </m:r>
          </m:e>
          <m:sub>
            <m:r>
              <m:t>4</m:t>
            </m:r>
          </m:sub>
        </m:sSub>
        <m: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→</m:t>
        </m:r>
        <m:sSub>
          <m:e>
            <m:r>
              <m:t>C</m:t>
            </m:r>
          </m:e>
          <m:sub>
            <m:r>
              <m:t>3</m:t>
            </m:r>
          </m:sub>
        </m:sSub>
        <m:r>
          <m:t>C</m:t>
        </m:r>
        <m:r>
          <m:t>+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-</m:t>
        </m:r>
        <m:r>
          <m:t>1</m:t>
        </m:r>
        <m:r>
          <m:t>0</m:t>
        </m:r>
        <m:r>
          <m:t>4</m:t>
        </m:r>
        <m:r>
          <m:t>k</m:t>
        </m:r>
      </m:oMath>
    </w:p>
    <w:p>
      <w:pPr>
        <w:spacing w:before="0" w:after="20"/>
        <w:ind w:left="576"/>
      </w:pPr>
      <m:oMath>
        <m:r>
          <m:t>+</m:t>
        </m:r>
        <m:r>
          <m:t>1</m:t>
        </m:r>
        <m:r>
          <m:t>0</m:t>
        </m:r>
        <m:r>
          <m:t>4</m:t>
        </m:r>
        <m:r>
          <m:t>k</m:t>
        </m:r>
      </m:oMath>
    </w:p>
    <w:p>
      <w:pPr>
        <w:spacing w:before="0" w:after="20"/>
        <w:ind w:left="576"/>
      </w:pPr>
      <m:oMath>
        <m:r>
          <m:t>-</m:t>
        </m:r>
        <m:r>
          <m:t>2</m:t>
        </m:r>
        <m:r>
          <m:t>0</m:t>
        </m:r>
        <m:r>
          <m:t>8</m:t>
        </m:r>
        <m:r>
          <m:t>k</m:t>
        </m:r>
      </m:oMath>
    </w:p>
    <w:p>
      <w:pPr>
        <w:spacing w:before="0" w:after="20"/>
        <w:ind w:left="576"/>
      </w:pPr>
      <m:oMath>
        <m:r>
          <m:t>+</m:t>
        </m:r>
        <m:r>
          <m:t>2</m:t>
        </m:r>
        <m:r>
          <m:t>0</m:t>
        </m:r>
        <m:r>
          <m:t>8</m:t>
        </m:r>
        <m:r>
          <m:t>k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Ikatan putus: </w:t>
      </w:r>
      <m:oMath>
        <m:r>
          <m:t>1</m:t>
        </m:r>
        <m:r>
          <m:t>(</m:t>
        </m:r>
        <m:r>
          <m:t>C</m:t>
        </m:r>
        <m:r>
          <m:t>-</m:t>
        </m:r>
        <m:r>
          <m:t>H</m:t>
        </m:r>
        <m:r>
          <m:t>)</m:t>
        </m:r>
        <m:r>
          <m:t>+</m:t>
        </m:r>
        <m:r>
          <m:t>1</m:t>
        </m:r>
        <m:r>
          <m:t>(</m:t>
        </m:r>
        <m:r>
          <m:t>C</m:t>
        </m:r>
        <m:r>
          <m:t>-</m:t>
        </m:r>
        <m:r>
          <m:t>C</m:t>
        </m:r>
        <m:r>
          <m:t>)</m:t>
        </m:r>
        <m:r>
          <m:t>=</m:t>
        </m:r>
        <m:r>
          <m:t>4</m:t>
        </m:r>
        <m:r>
          <m:t>1</m:t>
        </m:r>
        <m:r>
          <m:t>3</m:t>
        </m:r>
        <m:r>
          <m:t>+</m:t>
        </m:r>
        <m:r>
          <m:t>2</m:t>
        </m:r>
        <m:r>
          <m:t>4</m:t>
        </m:r>
        <m:r>
          <m:t>2</m:t>
        </m:r>
        <m:r>
          <m:t>=</m:t>
        </m:r>
        <m:r>
          <m:t>6</m:t>
        </m:r>
        <m:r>
          <m:t>5</m:t>
        </m:r>
        <m:r>
          <m:t>5</m:t>
        </m:r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Ikatan terbentuk: </w:t>
      </w:r>
      <m:oMath>
        <m:r>
          <m:t>1</m:t>
        </m:r>
        <m:r>
          <m:t>(</m:t>
        </m:r>
        <m:r>
          <m:t>C</m:t>
        </m:r>
        <m:r>
          <m:t>-</m:t>
        </m:r>
        <m:r>
          <m:t>C</m:t>
        </m:r>
        <m:r>
          <m:t>)</m:t>
        </m:r>
        <m:r>
          <m:t>+</m:t>
        </m:r>
        <m:r>
          <m:t>1</m:t>
        </m:r>
        <m:r>
          <m:t>(</m:t>
        </m:r>
        <m:r>
          <m:t>H</m:t>
        </m:r>
        <m:r>
          <m:t>-</m:t>
        </m:r>
        <m:r>
          <m:t>C</m:t>
        </m:r>
        <m:r>
          <m:t>)</m:t>
        </m:r>
        <m:r>
          <m:t>=</m:t>
        </m:r>
        <m:r>
          <m:t>3</m:t>
        </m:r>
        <m:r>
          <m:t>2</m:t>
        </m:r>
        <m:r>
          <m:t>8</m:t>
        </m:r>
        <m:r>
          <m:t>+</m:t>
        </m:r>
        <m:r>
          <m:t>4</m:t>
        </m:r>
        <m:r>
          <m:t>3</m:t>
        </m:r>
        <m:r>
          <m:t>1</m:t>
        </m:r>
        <m:r>
          <m:t>=</m:t>
        </m:r>
        <m:r>
          <m:t>7</m:t>
        </m:r>
        <m:r>
          <m:t>5</m:t>
        </m:r>
        <m:r>
          <m:t>9</m:t>
        </m:r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Δ</m:t>
        </m:r>
        <m:r>
          <m:t>H</m:t>
        </m:r>
        <m:r>
          <m:t>=</m:t>
        </m:r>
        <m:r>
          <m:t>6</m:t>
        </m:r>
        <m:r>
          <m:t>5</m:t>
        </m:r>
        <m:r>
          <m:t>5</m:t>
        </m:r>
        <m:r>
          <m:t>-</m:t>
        </m:r>
        <m:r>
          <m:t>7</m:t>
        </m:r>
        <m:r>
          <m:t>5</m:t>
        </m:r>
        <m:r>
          <m:t>9</m:t>
        </m:r>
        <m:r>
          <m:t>=</m:t>
        </m:r>
        <m:r>
          <m:t>-</m:t>
        </m:r>
        <m:r>
          <m:t>1</m:t>
        </m:r>
        <m:r>
          <m:t>0</m:t>
        </m:r>
        <m:r>
          <m:t>4</m:t>
        </m:r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Karakteristik grafik diagram entalpi pada reaksi eksotermik menunjukkan bahwa...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Tingkat entalpi produk lebih rendah daripada tingkat entalpi reaktan (</w:t>
      </w:r>
      <m:oMath>
        <m:sSub>
          <m:e>
            <m:r>
              <m:t>H</m:t>
            </m:r>
          </m:e>
          <m:sub>
            <m:r>
              <m:t>p</m:t>
            </m:r>
          </m:sub>
        </m:sSub>
        <m:r>
          <m:t>&lt;</m:t>
        </m:r>
        <m:sSub>
          <m:e>
            <m:r>
              <m:t>H</m:t>
            </m:r>
          </m:e>
          <m:sub>
            <m:r>
              <m:t>r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Tingkat entalpi produk lebih tinggi daripada reaktan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ada perubahan entalpi selama reaksi berlangsung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Entalpi reaktan selalu bernilai nol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Reaksi eksoterm membebaskan energi sehingga entalpi akhir (produk) berada lebih rendah di bawah entalpi awal (reaktan).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Kimia • Bab 3: Termokimia dan Perubahan Entalpi Reaksi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Sistem, Lingkungan, Reaksi Eksoterm dan Endoterm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diagram tingkat energi reaksi eksotermik dan endotermik serta transfer kalor.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Pengukuran Kalor Reaksi dengan Kalorimeter Bom dan Kalorimeter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kalor jenis larutan </w:t>
      </w:r>
      <m:oMath>
        <m:r>
          <m:t>q</m:t>
        </m:r>
        <m:r>
          <m:t>=</m:t>
        </m:r>
        <m:r>
          <m:t>m</m:t>
        </m:r>
        <m:r>
          <m:t>c</m:t>
        </m:r>
        <m:r>
          <m:t>Δ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menentukan nilai </w:t>
      </w:r>
      <m:oMath>
        <m:r>
          <m:t>Δ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molar.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Hukum Hess dan Siklus Energi / Diagram Tingkat Energi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perubahan entalpi reaksi menggunakan manipulasi penjumlahan tahapan reaksi kimia.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Perhitungan $\Delta H$ Menggunakan Data $\Delta H_f^\circ$ dan Energi Ikatan Rata-rata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Memprediksi kalor pembakaran dan energi pemutusan-pembentukan ikatan kovalen molekul.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Termokimia merupakan cabang kimia fisik yang mempelajari perubahan energi kalor yang menyertai reaksi kimia dan perubahan wujud zat. Dalam termokimia, alam semesta dibagi menjadi *sistem* (fokus reaksi yang diamati) dan *lingkungan* (segala sesuatu di luar sistem).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Reaksi eksoterm melepaskan kalor ke lingkungan disertai penurunan entalpi sistem (</w:t>
      </w:r>
      <m:oMath>
        <m:r>
          <m:t>Δ</m:t>
        </m:r>
        <m:r>
          <m:t>H</m:t>
        </m:r>
        <m:r>
          <m:t>&lt;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, wadah terasa panas), sedangkan reaksi endoterm menyerap kalor dari lingkungan (</w:t>
      </w:r>
      <m:oMath>
        <m:r>
          <m:t>Δ</m:t>
        </m:r>
        <m:r>
          <m:t>H</m:t>
        </m:r>
        <m:r>
          <m:t>&gt;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wadah terasa dingin). Pengukuran kalor secara eksperimen menggunakan kalorimeter berpedoman pada azas Black: </w:t>
      </w:r>
      <m:oMath>
        <m:sSub>
          <m:e>
            <m:r>
              <m:t>q</m:t>
            </m:r>
          </m:e>
          <m:sub>
            <m:r>
              <m:t>r</m:t>
            </m:r>
          </m:sub>
        </m:sSub>
        <m:r>
          <m:t>=</m:t>
        </m:r>
        <m:r>
          <m:t>-</m:t>
        </m:r>
        <m:r>
          <m:t>(</m:t>
        </m:r>
        <m:sSub>
          <m:e>
            <m:r>
              <m:t>q</m:t>
            </m:r>
          </m:e>
          <m:sub>
            <m:r>
              <m:t>l</m:t>
            </m:r>
          </m:sub>
        </m:sSub>
        <m:r>
          <m:t>+</m:t>
        </m:r>
        <m:sSub>
          <m:e>
            <m:r>
              <m:t>q</m:t>
            </m:r>
          </m:e>
          <m:sub>
            <m:r>
              <m:t>k</m:t>
            </m:r>
          </m:sub>
        </m:sSub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Hukum Hess menegaskan bahwa perubahan entalpi reaksi hanya bergantung pada keadaan awal dan akhir pereaksi, bukan pada jalan tahapan reaksi. Nilai </w:t>
      </w:r>
      <m:oMath>
        <m:r>
          <m:t>Δ</m:t>
        </m:r>
        <m:sSup>
          <m:e>
            <m:r>
              <m:t>H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dapat dihitung secara teoritis melalui data entalpi pembentukan standar </w:t>
      </w:r>
      <m:oMath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Σ</m:t>
        </m:r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  <m:r>
          <m:t>p</m:t>
        </m:r>
        <m:r>
          <m:t>-</m:t>
        </m:r>
        <m:r>
          <m:t>Σ</m:t>
        </m:r>
        <m:r>
          <m:t>Δ</m:t>
        </m:r>
        <m:sSubSup>
          <m:e>
            <m:r>
              <m:t>H</m:t>
            </m:r>
          </m:e>
          <m:sub>
            <m:r>
              <m:t>f</m:t>
            </m:r>
          </m:sub>
          <m:sup>
            <m:r>
              <m:t>°</m:t>
            </m:r>
          </m:sup>
        </m:sSubSup>
        <m:r>
          <m:t>r</m:t>
        </m:r>
      </m:oMath>
      <w:r>
        <w:rPr>
          <w:rFonts w:ascii="Calibri" w:hAnsi="Calibri"/>
          <w:b w:val="0"/>
          <w:i w:val="0"/>
          <w:color w:val="000000"/>
          <w:sz w:val="19"/>
        </w:rPr>
        <w:t>) atau data energi disosiasi ikatan rata-rata (</w:t>
      </w:r>
      <m:oMath>
        <m:r>
          <m:t>Σ</m:t>
        </m:r>
        <m:sSub>
          <m:e>
            <m:r>
              <m:t>E</m:t>
            </m:r>
          </m:e>
          <m:sub>
            <m:r>
              <m:t>p</m:t>
            </m:r>
          </m:sub>
        </m:sSub>
        <m:r>
          <m:t>-</m:t>
        </m:r>
        <m:r>
          <m:t>Σ</m:t>
        </m:r>
        <m:sSub>
          <m:e>
            <m:r>
              <m:t>E</m:t>
            </m:r>
          </m:e>
          <m:sub>
            <m:r>
              <m:t>b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Entalpi (</w:t>
            </w:r>
            <m:oMath>
              <m:r>
                <m:t>H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Jumlah energi total yang dimiliki oleh suatu sistem materi pada tekanan konstan (kandungan kalor sistem).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Reaksi Eksoterm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Reaksi kimia yang melepaskan kalor dari sistem ke lingkungan, ditandai dengan kenaikan suhu lingkungan dan nilai </w:t>
            </w:r>
            <m:oMath>
              <m:r>
                <m:t>Δ</m:t>
              </m:r>
              <m:r>
                <m:t>H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negatif.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Reaksi Endoterm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Reaksi kimia yang menyerap kalor dari lingkungan ke dalam sistem, ditandai dengan penurunan suhu lingkungan dan nilai </w:t>
            </w:r>
            <m:oMath>
              <m:r>
                <m:t>Δ</m:t>
              </m:r>
              <m:r>
                <m:t>H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positif.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Hess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termokimia yang menyatakan bahwa perubahan entalpi suatu reaksi kimia adalah konstan, tidak bergantung pada apakah reaksi berlangsung dalam satu tahap atau beberapa tahap.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Entalpi Pembentukan Standar (</w:t>
            </w:r>
            <m:oMath>
              <m:r>
                <m:t>Δ</m:t>
              </m:r>
              <m:sSubSup>
                <m:e>
                  <m:r>
                    <m:t>H</m:t>
                  </m:r>
                </m:e>
                <m:sub>
                  <m:r>
                    <m:t>f</m:t>
                  </m:r>
                </m:sub>
                <m:sup>
                  <m:r>
                    <m:t>°</m:t>
                  </m:r>
                </m:sup>
              </m:sSubSup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entalpi pada pembentukan 1 mol senyawa dari unsur-unsurnya yang paling stabil dalam kondisi standar (</w:t>
            </w:r>
            <m:oMath>
              <m:r>
                <m:t>2</m:t>
              </m:r>
              <m:sSup>
                <m:e>
                  <m:r>
                    <m:t>5</m:t>
                  </m:r>
                </m:e>
                <m:sup>
                  <m:r>
                    <m:t>°</m:t>
                  </m:r>
                </m:sup>
              </m:sSup>
              <m:r>
                <m:t>C</m:t>
              </m:r>
              <m:r>
                <m:t>,</m:t>
              </m:r>
              <m:r>
                <m:t>1</m:t>
              </m:r>
              <m:r>
                <m:t>a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Kimia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