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KIMIA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Kimia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Hukum-Hukum Dasar Kimia dan Stoikiometri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menyetarakan persamaan reaksi kimia dan memberi nama senyawa kimia sederhana.</w:t>
      </w:r>
    </w:p>
    <w:p>
      <w:pPr>
        <w:pStyle w:val="ListNumber"/>
      </w:pPr>
      <w:r>
        <w:rPr>
          <w:rFonts w:ascii="Calibri" w:hAnsi="Calibri"/>
          <w:b w:val="0"/>
          <w:i w:val="0"/>
          <w:color w:val="000000"/>
          <w:sz w:val="19"/>
        </w:rPr>
        <w:t>Peserta didik mampu menerapkan lima hukum dasar kimia dalam menyelesaikan soal-soal perhitungan reaksi.</w:t>
      </w:r>
    </w:p>
    <w:p>
      <w:pPr>
        <w:pStyle w:val="ListNumber"/>
      </w:pPr>
      <w:r>
        <w:rPr>
          <w:rFonts w:ascii="Calibri" w:hAnsi="Calibri"/>
          <w:b w:val="0"/>
          <w:i w:val="0"/>
          <w:color w:val="000000"/>
          <w:sz w:val="19"/>
        </w:rPr>
        <w:t>Peserta didik mampu menggunakan konsep mol dan stoikiometri untuk menentukan massa produk dan pereaksi pembatas.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tata nama senyawa anorganik sederhana, persamaan reaksi kimia setara, 5 hukum dasar kimia (Lavoisier, Proust, Dalton, Gay-Lussac, Avogadro), konsep mol (</w:t>
      </w:r>
      <m:oMath>
        <m:r>
          <m:t>n</m:t>
        </m:r>
        <m:r>
          <m:t>=</m:t>
        </m:r>
        <m:f>
          <m:fPr>
            <m:type m:val="bar"/>
          </m:fPr>
          <m:num>
            <m:r>
              <m:t>m</m:t>
            </m:r>
          </m:num>
          <m:den>
            <m:sSub>
              <m:e>
                <m:r>
                  <m:t>M</m:t>
                </m:r>
              </m:e>
              <m:sub>
                <m:r>
                  <m:t>r</m:t>
                </m:r>
              </m:sub>
            </m:sSub>
          </m:den>
        </m:f>
      </m:oMath>
      <w:r>
        <w:rPr>
          <w:rFonts w:ascii="Calibri" w:hAnsi="Calibri"/>
          <w:b w:val="0"/>
          <w:i w:val="0"/>
          <w:color w:val="000000"/>
          <w:sz w:val="19"/>
        </w:rPr>
        <w:t>), massa molar, volume molar gas STP/RTP, rumus empiris-molekul, dan perhitungan pereaksi pembatas.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Penyetaraan Persamaan Reaksi Kimia dan Tata Nama Senyawa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Menyetarakan reaksi pembakaran hidrokarbon dan memberi nama senyawa biner serta poliatomik.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Lima Hukum Dasar Kimia (Lavoisier, Proust, Dalton, Gay-Lussac, Avogadro)</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Membuktikan hukum kekekalan massa, perbandingan tetap, perbandingan berganda, dan perbandingan volume.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Konsep Mol, Massa Molar ($M_r$), dan Volume Molar Gas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Mengonversi gram zat, jumlah partikel Avogadro, dan volume gas kondisi standar (STP: 22,4 L/mol).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Rumus Empiris, Rumus Molekul, dan Pereaksi Pembatas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Menentukan perbandingan mol unsur pembentuk dan menghitung massa produk berdasarkan pereaksi pembatas.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Sebanyak 6 gram magnesium (</w:t>
      </w:r>
      <m:oMath>
        <m:r>
          <m:t>M</m:t>
        </m:r>
        <m:r>
          <m:t>g</m:t>
        </m:r>
      </m:oMath>
      <w:r>
        <w:rPr>
          <w:rFonts w:ascii="Calibri" w:hAnsi="Calibri"/>
          <w:b w:val="0"/>
          <w:i w:val="0"/>
          <w:color w:val="000000"/>
          <w:sz w:val="19"/>
        </w:rPr>
        <w:t>) dibakar sempurna dengan oksigen dalam wadah tertutup menghasilkan 10 gram magnesium oksida (</w:t>
      </w:r>
      <m:oMath>
        <m:r>
          <m:t>M</m:t>
        </m:r>
        <m:r>
          <m:t>g</m:t>
        </m:r>
        <m:r>
          <m:t>O</m:t>
        </m:r>
      </m:oMath>
      <w:r>
        <w:rPr>
          <w:rFonts w:ascii="Calibri" w:hAnsi="Calibri"/>
          <w:b w:val="0"/>
          <w:i w:val="0"/>
          <w:color w:val="000000"/>
          <w:sz w:val="19"/>
        </w:rPr>
        <w:t>). Sesuai Hukum Kekekalan Massa Lavoisier, massa oksigen yang bereaksi adalah...</w:t>
      </w:r>
    </w:p>
    <w:p>
      <w:pPr>
        <w:spacing w:before="0" w:after="20"/>
        <w:ind w:left="576"/>
      </w:pPr>
      <w:r>
        <w:rPr>
          <w:rFonts w:ascii="Calibri" w:hAnsi="Calibri"/>
          <w:b w:val="0"/>
          <w:i w:val="0"/>
          <w:color w:val="000000"/>
          <w:sz w:val="18"/>
        </w:rPr>
        <w:t>2 gram</w:t>
      </w:r>
    </w:p>
    <w:p>
      <w:pPr>
        <w:spacing w:before="0" w:after="20"/>
        <w:ind w:left="576"/>
      </w:pPr>
      <w:r>
        <w:rPr>
          <w:rFonts w:ascii="Calibri" w:hAnsi="Calibri"/>
          <w:b w:val="0"/>
          <w:i w:val="0"/>
          <w:color w:val="000000"/>
          <w:sz w:val="18"/>
        </w:rPr>
        <w:t>4 gram</w:t>
      </w:r>
    </w:p>
    <w:p>
      <w:pPr>
        <w:spacing w:before="0" w:after="20"/>
        <w:ind w:left="576"/>
      </w:pPr>
      <w:r>
        <w:rPr>
          <w:rFonts w:ascii="Calibri" w:hAnsi="Calibri"/>
          <w:b w:val="0"/>
          <w:i w:val="0"/>
          <w:color w:val="000000"/>
          <w:sz w:val="18"/>
        </w:rPr>
        <w:t>6 gram</w:t>
      </w:r>
    </w:p>
    <w:p>
      <w:pPr>
        <w:spacing w:before="0" w:after="20"/>
        <w:ind w:left="576"/>
      </w:pPr>
      <w:r>
        <w:rPr>
          <w:rFonts w:ascii="Calibri" w:hAnsi="Calibri"/>
          <w:b w:val="0"/>
          <w:i w:val="0"/>
          <w:color w:val="000000"/>
          <w:sz w:val="18"/>
        </w:rPr>
        <w:t>16 gram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Massa reaktan </w:t>
      </w:r>
      <m:oMath>
        <m:r>
          <m:t>=</m:t>
        </m:r>
      </m:oMath>
      <w:r>
        <w:rPr>
          <w:rFonts w:ascii="Calibri" w:hAnsi="Calibri"/>
          <w:b w:val="0"/>
          <w:i/>
          <w:color w:val="64748B"/>
          <w:sz w:val="17"/>
        </w:rPr>
        <w:t xml:space="preserve"> Massa produk. </w:t>
      </w:r>
      <m:oMath>
        <m:r>
          <m:t>M</m:t>
        </m:r>
        <m:r>
          <m:t>M</m:t>
        </m:r>
        <m:r>
          <m:t>g</m:t>
        </m:r>
        <m:r>
          <m:t>+</m:t>
        </m:r>
        <m:r>
          <m:t>M</m:t>
        </m:r>
        <m:sSub>
          <m:e>
            <m:r>
              <m:t>O</m:t>
            </m:r>
          </m:e>
          <m:sub>
            <m:r>
              <m:t>2</m:t>
            </m:r>
          </m:sub>
        </m:sSub>
        <m:r>
          <m:t>=</m:t>
        </m:r>
        <m:r>
          <m:t>M</m:t>
        </m:r>
        <m:r>
          <m:t>M</m:t>
        </m:r>
        <m:r>
          <m:t>g</m:t>
        </m:r>
        <m:r>
          <m:t>O</m:t>
        </m:r>
        <m:r>
          <m:t>→</m:t>
        </m:r>
        <m:r>
          <m:t>6</m:t>
        </m:r>
        <m:r>
          <m:t>+</m:t>
        </m:r>
        <m:r>
          <m:t>M</m:t>
        </m:r>
        <m:sSub>
          <m:e>
            <m:r>
              <m:t>O</m:t>
            </m:r>
          </m:e>
          <m:sub>
            <m:r>
              <m:t>2</m:t>
            </m:r>
          </m:sub>
        </m:sSub>
        <m:r>
          <m:t>=</m:t>
        </m:r>
        <m:r>
          <m:t>1</m:t>
        </m:r>
        <m:r>
          <m:t>0</m:t>
        </m:r>
        <m:r>
          <m:t>→</m:t>
        </m:r>
        <m:r>
          <m:t>M</m:t>
        </m:r>
        <m:sSub>
          <m:e>
            <m:r>
              <m:t>O</m:t>
            </m:r>
          </m:e>
          <m:sub>
            <m:r>
              <m:t>2</m:t>
            </m:r>
          </m:sub>
        </m:sSub>
        <m:r>
          <m:t>=</m:t>
        </m:r>
        <m:r>
          <m:t>4</m:t>
        </m:r>
      </m:oMath>
      <w:r>
        <w:rPr>
          <w:rFonts w:ascii="Calibri" w:hAnsi="Calibri"/>
          <w:b w:val="0"/>
          <w:i/>
          <w:color w:val="64748B"/>
          <w:sz w:val="17"/>
        </w:rPr>
        <w:t xml:space="preserve"> gram.</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Koefisien </w:t>
      </w:r>
      <m:oMath>
        <m:r>
          <m:t>a</m:t>
        </m:r>
        <m:r>
          <m:t>,</m:t>
        </m:r>
        <m:r>
          <m:t>b</m:t>
        </m:r>
        <m:r>
          <m:t>,</m:t>
        </m:r>
        <m:r>
          <m:t>c</m:t>
        </m:r>
      </m:oMath>
      <w:r>
        <w:rPr>
          <w:rFonts w:ascii="Calibri" w:hAnsi="Calibri"/>
          <w:b w:val="0"/>
          <w:i w:val="0"/>
          <w:color w:val="000000"/>
          <w:sz w:val="19"/>
        </w:rPr>
        <w:t xml:space="preserve"> yang tepat untuk menyetarakan persamaan reaksi pembakaran gas propana: </w:t>
      </w:r>
      <m:oMath>
        <m:r>
          <m:t>a</m:t>
        </m:r>
        <m:sSub>
          <m:e>
            <m:r>
              <m:t>C</m:t>
            </m:r>
          </m:e>
          <m:sub>
            <m:r>
              <m:t>3</m:t>
            </m:r>
          </m:sub>
        </m:sSub>
        <m:sSub>
          <m:e>
            <m:r>
              <m:t>H</m:t>
            </m:r>
          </m:e>
          <m:sub>
            <m:r>
              <m:t>8</m:t>
            </m:r>
          </m:sub>
        </m:sSub>
        <m:r>
          <m:t>+</m:t>
        </m:r>
        <m:r>
          <m:t>b</m:t>
        </m:r>
        <m:sSub>
          <m:e>
            <m:r>
              <m:t>O</m:t>
            </m:r>
          </m:e>
          <m:sub>
            <m:r>
              <m:t>2</m:t>
            </m:r>
          </m:sub>
        </m:sSub>
        <m:r>
          <m:t>→</m:t>
        </m:r>
        <m:r>
          <m:t>c</m:t>
        </m:r>
        <m:sSub>
          <m:e>
            <m:r>
              <m:t>C</m:t>
            </m:r>
          </m:e>
          <m:sub>
            <m:r>
              <m:t>2</m:t>
            </m:r>
          </m:sub>
        </m:sSub>
        <m:r>
          <m:t>+</m:t>
        </m:r>
        <m:r>
          <m:t>4</m:t>
        </m:r>
        <m:sSub>
          <m:e>
            <m:r>
              <m:t>H</m:t>
            </m:r>
          </m:e>
          <m:sub>
            <m:r>
              <m:t>2</m:t>
            </m:r>
          </m:sub>
        </m:sSub>
        <m:r>
          <m:t>O</m:t>
        </m:r>
      </m:oMath>
      <w:r>
        <w:rPr>
          <w:rFonts w:ascii="Calibri" w:hAnsi="Calibri"/>
          <w:b w:val="0"/>
          <w:i w:val="0"/>
          <w:color w:val="000000"/>
          <w:sz w:val="19"/>
        </w:rPr>
        <w:t xml:space="preserve"> berturut-turut adalah...</w:t>
      </w:r>
    </w:p>
    <w:p>
      <w:pPr>
        <w:spacing w:before="0" w:after="20"/>
        <w:ind w:left="576"/>
      </w:pPr>
      <w:r>
        <w:rPr>
          <w:rFonts w:ascii="Calibri" w:hAnsi="Calibri"/>
          <w:b w:val="0"/>
          <w:i w:val="0"/>
          <w:color w:val="000000"/>
          <w:sz w:val="18"/>
        </w:rPr>
        <w:t>1, 5, 3</w:t>
      </w:r>
    </w:p>
    <w:p>
      <w:pPr>
        <w:spacing w:before="0" w:after="20"/>
        <w:ind w:left="576"/>
      </w:pPr>
      <w:r>
        <w:rPr>
          <w:rFonts w:ascii="Calibri" w:hAnsi="Calibri"/>
          <w:b w:val="0"/>
          <w:i w:val="0"/>
          <w:color w:val="000000"/>
          <w:sz w:val="18"/>
        </w:rPr>
        <w:t>2, 5, 6</w:t>
      </w:r>
    </w:p>
    <w:p>
      <w:pPr>
        <w:spacing w:before="0" w:after="20"/>
        <w:ind w:left="576"/>
      </w:pPr>
      <w:r>
        <w:rPr>
          <w:rFonts w:ascii="Calibri" w:hAnsi="Calibri"/>
          <w:b w:val="0"/>
          <w:i w:val="0"/>
          <w:color w:val="000000"/>
          <w:sz w:val="18"/>
        </w:rPr>
        <w:t>1, 3, 3</w:t>
      </w:r>
    </w:p>
    <w:p>
      <w:pPr>
        <w:spacing w:before="0" w:after="20"/>
        <w:ind w:left="576"/>
      </w:pPr>
      <w:r>
        <w:rPr>
          <w:rFonts w:ascii="Calibri" w:hAnsi="Calibri"/>
          <w:b w:val="0"/>
          <w:i w:val="0"/>
          <w:color w:val="000000"/>
          <w:sz w:val="18"/>
        </w:rPr>
        <w:t>1, 10, 3</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Setarakan C: </w:t>
      </w:r>
      <m:oMath>
        <m:r>
          <m:t>c</m:t>
        </m:r>
        <m:r>
          <m:t>=</m:t>
        </m:r>
        <m:r>
          <m:t>3</m:t>
        </m:r>
      </m:oMath>
      <w:r>
        <w:rPr>
          <w:rFonts w:ascii="Calibri" w:hAnsi="Calibri"/>
          <w:b w:val="0"/>
          <w:i/>
          <w:color w:val="64748B"/>
          <w:sz w:val="17"/>
        </w:rPr>
        <w:t xml:space="preserve">. Setarakan H: </w:t>
      </w:r>
      <m:oMath>
        <m:r>
          <m:t>4</m:t>
        </m:r>
        <m:r>
          <m:t>×</m:t>
        </m:r>
        <m:r>
          <m:t>2</m:t>
        </m:r>
        <m:r>
          <m:t>=</m:t>
        </m:r>
        <m:r>
          <m:t>8</m:t>
        </m:r>
      </m:oMath>
      <w:r>
        <w:rPr>
          <w:rFonts w:ascii="Calibri" w:hAnsi="Calibri"/>
          <w:b w:val="0"/>
          <w:i/>
          <w:color w:val="64748B"/>
          <w:sz w:val="17"/>
        </w:rPr>
        <w:t xml:space="preserve"> atom H (cocok). Setarakan O: Produk memiliki </w:t>
      </w:r>
      <m:oMath>
        <m:r>
          <m:t>(</m:t>
        </m:r>
        <m:r>
          <m:t>3</m:t>
        </m:r>
        <m:r>
          <m:t>×</m:t>
        </m:r>
        <m:r>
          <m:t>2</m:t>
        </m:r>
        <m:r>
          <m:t>)</m:t>
        </m:r>
        <m:r>
          <m:t>+</m:t>
        </m:r>
        <m:r>
          <m:t>4</m:t>
        </m:r>
        <m:r>
          <m:t>=</m:t>
        </m:r>
        <m:r>
          <m:t>1</m:t>
        </m:r>
        <m:r>
          <m:t>0</m:t>
        </m:r>
      </m:oMath>
      <w:r>
        <w:rPr>
          <w:rFonts w:ascii="Calibri" w:hAnsi="Calibri"/>
          <w:b w:val="0"/>
          <w:i/>
          <w:color w:val="64748B"/>
          <w:sz w:val="17"/>
        </w:rPr>
        <w:t xml:space="preserve"> atom O, maka reaktan butuh </w:t>
      </w:r>
      <m:oMath>
        <m:r>
          <m:t>b</m:t>
        </m:r>
        <m:r>
          <m:t>=</m:t>
        </m:r>
        <m:r>
          <m:t>5</m:t>
        </m:r>
      </m:oMath>
      <w:r>
        <w:rPr>
          <w:rFonts w:ascii="Calibri" w:hAnsi="Calibri"/>
          <w:b w:val="0"/>
          <w:i/>
          <w:color w:val="64748B"/>
          <w:sz w:val="17"/>
        </w:rPr>
        <w:t>. Koefisien: 1, 5, 3.</w:t>
      </w:r>
    </w:p>
    <w:p>
      <w:pPr>
        <w:spacing w:before="80" w:after="40"/>
        <w:ind w:left="216"/>
      </w:pPr>
      <w:r>
        <w:rPr>
          <w:rFonts w:ascii="Calibri" w:hAnsi="Calibri"/>
          <w:b/>
          <w:color w:val="000000"/>
          <w:sz w:val="19"/>
        </w:rPr>
        <w:t xml:space="preserve">3. </w:t>
      </w:r>
      <w:r>
        <w:rPr>
          <w:rFonts w:ascii="Calibri" w:hAnsi="Calibri"/>
          <w:b w:val="0"/>
          <w:i w:val="0"/>
          <w:color w:val="000000"/>
          <w:sz w:val="19"/>
        </w:rPr>
        <w:t>Volume dari 0,5 mol gas karbon dioksida (</w:t>
      </w:r>
      <m:oMath>
        <m:sSub>
          <m:e>
            <m:r>
              <m:t>C</m:t>
            </m:r>
          </m:e>
          <m:sub>
            <m:r>
              <m:t>2</m:t>
            </m:r>
          </m:sub>
        </m:sSub>
      </m:oMath>
      <w:r>
        <w:rPr>
          <w:rFonts w:ascii="Calibri" w:hAnsi="Calibri"/>
          <w:b w:val="0"/>
          <w:i w:val="0"/>
          <w:color w:val="000000"/>
          <w:sz w:val="19"/>
        </w:rPr>
        <w:t xml:space="preserve">) yang diukur pada keadaan standar (STP: </w:t>
      </w:r>
      <m:oMath>
        <m:sSup>
          <m:e>
            <m:r>
              <m:t>0</m:t>
            </m:r>
          </m:e>
          <m:sup>
            <m:r>
              <m:t>°</m:t>
            </m:r>
          </m:sup>
        </m:sSup>
        <m:r>
          <m:t>C</m:t>
        </m:r>
        <m:r>
          <m:t>,</m:t>
        </m:r>
        <m:r>
          <m:t>1</m:t>
        </m:r>
        <m:r>
          <m:t>a</m:t>
        </m:r>
      </m:oMath>
      <w:r>
        <w:rPr>
          <w:rFonts w:ascii="Calibri" w:hAnsi="Calibri"/>
          <w:b w:val="0"/>
          <w:i w:val="0"/>
          <w:color w:val="000000"/>
          <w:sz w:val="19"/>
        </w:rPr>
        <w:t>) adalah...</w:t>
      </w:r>
    </w:p>
    <w:p>
      <w:pPr>
        <w:spacing w:before="0" w:after="20"/>
        <w:ind w:left="576"/>
      </w:pPr>
      <w:r>
        <w:rPr>
          <w:rFonts w:ascii="Calibri" w:hAnsi="Calibri"/>
          <w:b w:val="0"/>
          <w:i w:val="0"/>
          <w:color w:val="000000"/>
          <w:sz w:val="18"/>
        </w:rPr>
        <w:t>5,6 Liter</w:t>
      </w:r>
    </w:p>
    <w:p>
      <w:pPr>
        <w:spacing w:before="0" w:after="20"/>
        <w:ind w:left="576"/>
      </w:pPr>
      <w:r>
        <w:rPr>
          <w:rFonts w:ascii="Calibri" w:hAnsi="Calibri"/>
          <w:b w:val="0"/>
          <w:i w:val="0"/>
          <w:color w:val="000000"/>
          <w:sz w:val="18"/>
        </w:rPr>
        <w:t>11,2 Liter</w:t>
      </w:r>
    </w:p>
    <w:p>
      <w:pPr>
        <w:spacing w:before="0" w:after="20"/>
        <w:ind w:left="576"/>
      </w:pPr>
      <w:r>
        <w:rPr>
          <w:rFonts w:ascii="Calibri" w:hAnsi="Calibri"/>
          <w:b w:val="0"/>
          <w:i w:val="0"/>
          <w:color w:val="000000"/>
          <w:sz w:val="18"/>
        </w:rPr>
        <w:t>22,4 Liter</w:t>
      </w:r>
    </w:p>
    <w:p>
      <w:pPr>
        <w:spacing w:before="0" w:after="20"/>
        <w:ind w:left="576"/>
      </w:pPr>
      <w:r>
        <w:rPr>
          <w:rFonts w:ascii="Calibri" w:hAnsi="Calibri"/>
          <w:b w:val="0"/>
          <w:i w:val="0"/>
          <w:color w:val="000000"/>
          <w:sz w:val="18"/>
        </w:rPr>
        <w:t>44,8 Liter</w:t>
      </w:r>
    </w:p>
    <w:p>
      <w:pPr>
        <w:spacing w:before="20" w:after="80"/>
        <w:ind w:left="576"/>
      </w:pPr>
      <w:r>
        <w:rPr>
          <w:rFonts w:ascii="Calibri" w:hAnsi="Calibri"/>
          <w:i/>
          <w:color w:val="64748B"/>
          <w:sz w:val="17"/>
        </w:rPr>
        <w:t xml:space="preserve">Kunci Jawaban: B — Pembahasan: </w:t>
      </w:r>
      <m:oMath>
        <m:r>
          <m:t>V</m:t>
        </m:r>
        <m:r>
          <m:t>=</m:t>
        </m:r>
        <m:r>
          <m:t>n</m:t>
        </m:r>
        <m:r>
          <m:t>×</m:t>
        </m:r>
        <m:r>
          <m:t>2</m:t>
        </m:r>
        <m:r>
          <m:t>2</m:t>
        </m:r>
        <m:r>
          <m:t>,</m:t>
        </m:r>
        <m:r>
          <m:t>4</m:t>
        </m:r>
        <m:r>
          <m:t>L</m:t>
        </m:r>
        <m:r>
          <m:t>=</m:t>
        </m:r>
        <m:r>
          <m:t>0</m:t>
        </m:r>
        <m:r>
          <m:t>,</m:t>
        </m:r>
        <m:r>
          <m:t>5</m:t>
        </m:r>
        <m:r>
          <m:t>×</m:t>
        </m:r>
        <m:r>
          <m:t>2</m:t>
        </m:r>
        <m:r>
          <m:t>2</m:t>
        </m:r>
        <m:r>
          <m:t>,</m:t>
        </m:r>
        <m:r>
          <m:t>4</m:t>
        </m:r>
        <m:r>
          <m:t>=</m:t>
        </m:r>
        <m:r>
          <m:t>1</m:t>
        </m:r>
        <m:r>
          <m:t>1</m:t>
        </m:r>
        <m:r>
          <m:t>,</m:t>
        </m:r>
        <m:r>
          <m:t>2</m:t>
        </m:r>
      </m:oMath>
      <w:r>
        <w:rPr>
          <w:rFonts w:ascii="Calibri" w:hAnsi="Calibri"/>
          <w:b w:val="0"/>
          <w:i/>
          <w:color w:val="64748B"/>
          <w:sz w:val="17"/>
        </w:rPr>
        <w:t xml:space="preserve"> Liter.</w:t>
      </w:r>
    </w:p>
    <w:p>
      <w:pPr>
        <w:spacing w:before="80" w:after="40"/>
        <w:ind w:left="216"/>
      </w:pPr>
      <w:r>
        <w:rPr>
          <w:rFonts w:ascii="Calibri" w:hAnsi="Calibri"/>
          <w:b/>
          <w:color w:val="000000"/>
          <w:sz w:val="19"/>
        </w:rPr>
        <w:t xml:space="preserve">4. </w:t>
      </w:r>
      <w:r>
        <w:rPr>
          <w:rFonts w:ascii="Calibri" w:hAnsi="Calibri"/>
          <w:b w:val="0"/>
          <w:i w:val="0"/>
          <w:color w:val="000000"/>
          <w:sz w:val="19"/>
        </w:rPr>
        <w:t>Berapakah jumlah mol dari 18 gram molekul air (</w:t>
      </w:r>
      <m:oMath>
        <m:sSub>
          <m:e>
            <m:r>
              <m:t>H</m:t>
            </m:r>
          </m:e>
          <m:sub>
            <m:r>
              <m:t>2</m:t>
            </m:r>
          </m:sub>
        </m:sSub>
        <m:r>
          <m:t>O</m:t>
        </m:r>
      </m:oMath>
      <w:r>
        <w:rPr>
          <w:rFonts w:ascii="Calibri" w:hAnsi="Calibri"/>
          <w:b w:val="0"/>
          <w:i w:val="0"/>
          <w:color w:val="000000"/>
          <w:sz w:val="19"/>
        </w:rPr>
        <w:t xml:space="preserve">)? (Diketahui </w:t>
      </w:r>
      <m:oMath>
        <m:sSub>
          <m:e>
            <m:r>
              <m:t>A</m:t>
            </m:r>
          </m:e>
          <m:sub>
            <m:r>
              <m:t>r</m:t>
            </m:r>
          </m:sub>
        </m:sSub>
        <m:r>
          <m:t>H</m:t>
        </m:r>
        <m:r>
          <m:t>=</m:t>
        </m:r>
        <m:r>
          <m:t>1</m:t>
        </m:r>
        <m:r>
          <m:t>,</m:t>
        </m:r>
        <m:sSub>
          <m:e>
            <m:r>
              <m:t>A</m:t>
            </m:r>
          </m:e>
          <m:sub>
            <m:r>
              <m:t>r</m:t>
            </m:r>
          </m:sub>
        </m:sSub>
        <m:r>
          <m:t>O</m:t>
        </m:r>
        <m:r>
          <m:t>=</m:t>
        </m:r>
        <m:r>
          <m:t>1</m:t>
        </m:r>
        <m:r>
          <m:t>6</m:t>
        </m:r>
      </m:oMath>
      <w:r>
        <w:rPr>
          <w:rFonts w:ascii="Calibri" w:hAnsi="Calibri"/>
          <w:b w:val="0"/>
          <w:i w:val="0"/>
          <w:color w:val="000000"/>
          <w:sz w:val="19"/>
        </w:rPr>
        <w:t>).</w:t>
      </w:r>
    </w:p>
    <w:p>
      <w:pPr>
        <w:spacing w:before="0" w:after="20"/>
        <w:ind w:left="576"/>
      </w:pPr>
      <w:r>
        <w:rPr>
          <w:rFonts w:ascii="Calibri" w:hAnsi="Calibri"/>
          <w:b w:val="0"/>
          <w:i w:val="0"/>
          <w:color w:val="000000"/>
          <w:sz w:val="18"/>
        </w:rPr>
        <w:t>0,5 mol</w:t>
      </w:r>
    </w:p>
    <w:p>
      <w:pPr>
        <w:spacing w:before="0" w:after="20"/>
        <w:ind w:left="576"/>
      </w:pPr>
      <w:r>
        <w:rPr>
          <w:rFonts w:ascii="Calibri" w:hAnsi="Calibri"/>
          <w:b w:val="0"/>
          <w:i w:val="0"/>
          <w:color w:val="000000"/>
          <w:sz w:val="18"/>
        </w:rPr>
        <w:t>1,0 mol</w:t>
      </w:r>
    </w:p>
    <w:p>
      <w:pPr>
        <w:spacing w:before="0" w:after="20"/>
        <w:ind w:left="576"/>
      </w:pPr>
      <w:r>
        <w:rPr>
          <w:rFonts w:ascii="Calibri" w:hAnsi="Calibri"/>
          <w:b w:val="0"/>
          <w:i w:val="0"/>
          <w:color w:val="000000"/>
          <w:sz w:val="18"/>
        </w:rPr>
        <w:t>1,5 mol</w:t>
      </w:r>
    </w:p>
    <w:p>
      <w:pPr>
        <w:spacing w:before="0" w:after="20"/>
        <w:ind w:left="576"/>
      </w:pPr>
      <w:r>
        <w:rPr>
          <w:rFonts w:ascii="Calibri" w:hAnsi="Calibri"/>
          <w:b w:val="0"/>
          <w:i w:val="0"/>
          <w:color w:val="000000"/>
          <w:sz w:val="18"/>
        </w:rPr>
        <w:t>2,0 mol</w:t>
      </w:r>
    </w:p>
    <w:p>
      <w:pPr>
        <w:spacing w:before="20" w:after="80"/>
        <w:ind w:left="576"/>
      </w:pPr>
      <w:r>
        <w:rPr>
          <w:rFonts w:ascii="Calibri" w:hAnsi="Calibri"/>
          <w:i/>
          <w:color w:val="64748B"/>
          <w:sz w:val="17"/>
        </w:rPr>
        <w:t xml:space="preserve">Kunci Jawaban: B — Pembahasan: </w:t>
      </w:r>
      <m:oMath>
        <m:sSub>
          <m:e>
            <m:r>
              <m:t>M</m:t>
            </m:r>
          </m:e>
          <m:sub>
            <m:r>
              <m:t>r</m:t>
            </m:r>
          </m:sub>
        </m:sSub>
        <m:sSub>
          <m:e>
            <m:r>
              <m:t>H</m:t>
            </m:r>
          </m:e>
          <m:sub>
            <m:r>
              <m:t>2</m:t>
            </m:r>
          </m:sub>
        </m:sSub>
        <m:r>
          <m:t>O</m:t>
        </m:r>
        <m:r>
          <m:t>=</m:t>
        </m:r>
        <m:r>
          <m:t>(</m:t>
        </m:r>
        <m:r>
          <m:t>2</m:t>
        </m:r>
        <m:r>
          <m:t>×</m:t>
        </m:r>
        <m:r>
          <m:t>1</m:t>
        </m:r>
        <m:r>
          <m:t>)</m:t>
        </m:r>
        <m:r>
          <m:t>+</m:t>
        </m:r>
        <m:r>
          <m:t>1</m:t>
        </m:r>
        <m:r>
          <m:t>6</m:t>
        </m:r>
        <m:r>
          <m:t>=</m:t>
        </m:r>
        <m:r>
          <m:t>1</m:t>
        </m:r>
        <m:r>
          <m:t>8</m:t>
        </m:r>
        <m:r>
          <m:t>g</m:t>
        </m:r>
      </m:oMath>
      <w:r>
        <w:rPr>
          <w:rFonts w:ascii="Calibri" w:hAnsi="Calibri"/>
          <w:b w:val="0"/>
          <w:i/>
          <w:color w:val="64748B"/>
          <w:sz w:val="17"/>
        </w:rPr>
        <w:t xml:space="preserve">. Jumlah mol </w:t>
      </w:r>
      <m:oMath>
        <m:r>
          <m:t>n</m:t>
        </m:r>
        <m:r>
          <m:t>=</m:t>
        </m:r>
        <m:f>
          <m:fPr>
            <m:type m:val="bar"/>
          </m:fPr>
          <m:num>
            <m:r>
              <m:t>m</m:t>
            </m:r>
          </m:num>
          <m:den>
            <m:sSub>
              <m:e>
                <m:r>
                  <m:t>M</m:t>
                </m:r>
              </m:e>
              <m:sub>
                <m:r>
                  <m:t>r</m:t>
                </m:r>
              </m:sub>
            </m:sSub>
          </m:den>
        </m:f>
        <m:r>
          <m:t>=</m:t>
        </m:r>
        <m:f>
          <m:fPr>
            <m:type m:val="bar"/>
          </m:fPr>
          <m:num>
            <m:r>
              <m:t>1</m:t>
            </m:r>
            <m:r>
              <m:t>8</m:t>
            </m:r>
          </m:num>
          <m:den>
            <m:r>
              <m:t>1</m:t>
            </m:r>
            <m:r>
              <m:t>8</m:t>
            </m:r>
          </m:den>
        </m:f>
        <m:r>
          <m:t>=</m:t>
        </m:r>
        <m:r>
          <m:t>1</m:t>
        </m:r>
        <m:r>
          <m:t>,</m:t>
        </m:r>
        <m:r>
          <m:t>0</m:t>
        </m:r>
      </m:oMath>
      <w:r>
        <w:rPr>
          <w:rFonts w:ascii="Calibri" w:hAnsi="Calibri"/>
          <w:b w:val="0"/>
          <w:i/>
          <w:color w:val="64748B"/>
          <w:sz w:val="17"/>
        </w:rPr>
        <w:t xml:space="preserve"> mol.</w:t>
      </w:r>
    </w:p>
    <w:p>
      <w:pPr>
        <w:spacing w:before="80" w:after="40"/>
        <w:ind w:left="216"/>
      </w:pPr>
      <w:r>
        <w:rPr>
          <w:rFonts w:ascii="Calibri" w:hAnsi="Calibri"/>
          <w:b/>
          <w:color w:val="000000"/>
          <w:sz w:val="19"/>
        </w:rPr>
        <w:t xml:space="preserve">5. </w:t>
      </w:r>
      <w:r>
        <w:rPr>
          <w:rFonts w:ascii="Calibri" w:hAnsi="Calibri"/>
          <w:b w:val="0"/>
          <w:i w:val="0"/>
          <w:color w:val="000000"/>
          <w:sz w:val="19"/>
        </w:rPr>
        <w:t>Suatu senyawa organik mengandung 40% massa Karbon, 6,7% Hidrogen, dan 53,3% Oksigen (</w:t>
      </w:r>
      <m:oMath>
        <m:sSub>
          <m:e>
            <m:r>
              <m:t>A</m:t>
            </m:r>
          </m:e>
          <m:sub>
            <m:r>
              <m:t>r</m:t>
            </m:r>
          </m:sub>
        </m:sSub>
        <m:r>
          <m:t>C</m:t>
        </m:r>
        <m:r>
          <m:t>=</m:t>
        </m:r>
        <m:r>
          <m:t>1</m:t>
        </m:r>
        <m:r>
          <m:t>2</m:t>
        </m:r>
        <m:r>
          <m:t>,</m:t>
        </m:r>
        <m:r>
          <m:t>H</m:t>
        </m:r>
        <m:r>
          <m:t>=</m:t>
        </m:r>
        <m:r>
          <m:t>1</m:t>
        </m:r>
        <m:r>
          <m:t>,</m:t>
        </m:r>
        <m:r>
          <m:t>O</m:t>
        </m:r>
        <m:r>
          <m:t>=</m:t>
        </m:r>
        <m:r>
          <m:t>1</m:t>
        </m:r>
        <m:r>
          <m:t>6</m:t>
        </m:r>
      </m:oMath>
      <w:r>
        <w:rPr>
          <w:rFonts w:ascii="Calibri" w:hAnsi="Calibri"/>
          <w:b w:val="0"/>
          <w:i w:val="0"/>
          <w:color w:val="000000"/>
          <w:sz w:val="19"/>
        </w:rPr>
        <w:t>). Rumus empiris senyawa tersebut adalah...</w:t>
      </w:r>
    </w:p>
    <w:p>
      <w:pPr>
        <w:spacing w:before="0" w:after="20"/>
        <w:ind w:left="576"/>
      </w:pPr>
      <m:oMath>
        <m:sSub>
          <m:e>
            <m:r>
              <m:t>C</m:t>
            </m:r>
          </m:e>
          <m:sub>
            <m:r>
              <m:t>2</m:t>
            </m:r>
          </m:sub>
        </m:sSub>
        <m:r>
          <m:t>O</m:t>
        </m:r>
      </m:oMath>
    </w:p>
    <w:p>
      <w:pPr>
        <w:spacing w:before="0" w:after="20"/>
        <w:ind w:left="576"/>
      </w:pPr>
      <m:oMath>
        <m:sSub>
          <m:e>
            <m:r>
              <m:t>C</m:t>
            </m:r>
          </m:e>
          <m:sub>
            <m:r>
              <m:t>2</m:t>
            </m:r>
          </m:sub>
        </m:sSub>
        <m:sSub>
          <m:e>
            <m:r>
              <m:t>H</m:t>
            </m:r>
          </m:e>
          <m:sub>
            <m:r>
              <m:t>4</m:t>
            </m:r>
          </m:sub>
        </m:sSub>
        <m:r>
          <m:t>O</m:t>
        </m:r>
      </m:oMath>
    </w:p>
    <w:p>
      <w:pPr>
        <w:spacing w:before="0" w:after="20"/>
        <w:ind w:left="576"/>
      </w:pPr>
      <m:oMath>
        <m:sSub>
          <m:e>
            <m:r>
              <m:t>C</m:t>
            </m:r>
          </m:e>
          <m:sub>
            <m:r>
              <m:t>2</m:t>
            </m:r>
          </m:sub>
        </m:sSub>
      </m:oMath>
    </w:p>
    <w:p>
      <w:pPr>
        <w:spacing w:before="0" w:after="20"/>
        <w:ind w:left="576"/>
      </w:pPr>
      <m:oMath>
        <m:sSub>
          <m:e>
            <m:r>
              <m:t>C</m:t>
            </m:r>
          </m:e>
          <m:sub>
            <m:r>
              <m:t>6</m:t>
            </m:r>
          </m:sub>
        </m:sSub>
        <m:sSub>
          <m:e>
            <m:r>
              <m:t>H</m:t>
            </m:r>
          </m:e>
          <m:sub>
            <m:r>
              <m:t>1</m:t>
            </m:r>
            <m:r>
              <m:t>2</m:t>
            </m:r>
          </m:sub>
        </m:sSub>
        <m:sSub>
          <m:e>
            <m:r>
              <m:t>O</m:t>
            </m:r>
          </m:e>
          <m:sub>
            <m:r>
              <m:t>6</m:t>
            </m:r>
          </m:sub>
        </m:sSub>
      </m:oMath>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Mol C </w:t>
      </w:r>
      <m:oMath>
        <m:r>
          <m:t>=</m:t>
        </m:r>
        <m:f>
          <m:fPr>
            <m:type m:val="bar"/>
          </m:fPr>
          <m:num>
            <m:r>
              <m:t>4</m:t>
            </m:r>
            <m:r>
              <m:t>0</m:t>
            </m:r>
          </m:num>
          <m:den>
            <m:r>
              <m:t>1</m:t>
            </m:r>
            <m:r>
              <m:t>2</m:t>
            </m:r>
          </m:den>
        </m:f>
        <m:r>
          <m:t>=</m:t>
        </m:r>
        <m:r>
          <m:t>3</m:t>
        </m:r>
        <m:r>
          <m:t>,</m:t>
        </m:r>
        <m:r>
          <m:t>3</m:t>
        </m:r>
        <m:r>
          <m:t>3</m:t>
        </m:r>
      </m:oMath>
      <w:r>
        <w:rPr>
          <w:rFonts w:ascii="Calibri" w:hAnsi="Calibri"/>
          <w:b w:val="0"/>
          <w:i/>
          <w:color w:val="64748B"/>
          <w:sz w:val="17"/>
        </w:rPr>
        <w:t xml:space="preserve">. Mol H </w:t>
      </w:r>
      <m:oMath>
        <m:r>
          <m:t>=</m:t>
        </m:r>
        <m:f>
          <m:fPr>
            <m:type m:val="bar"/>
          </m:fPr>
          <m:num>
            <m:r>
              <m:t>6</m:t>
            </m:r>
            <m:r>
              <m:t>,</m:t>
            </m:r>
            <m:r>
              <m:t>7</m:t>
            </m:r>
          </m:num>
          <m:den>
            <m:r>
              <m:t>1</m:t>
            </m:r>
          </m:den>
        </m:f>
        <m:r>
          <m:t>=</m:t>
        </m:r>
        <m:r>
          <m:t>6</m:t>
        </m:r>
        <m:r>
          <m:t>,</m:t>
        </m:r>
        <m:r>
          <m:t>7</m:t>
        </m:r>
      </m:oMath>
      <w:r>
        <w:rPr>
          <w:rFonts w:ascii="Calibri" w:hAnsi="Calibri"/>
          <w:b w:val="0"/>
          <w:i/>
          <w:color w:val="64748B"/>
          <w:sz w:val="17"/>
        </w:rPr>
        <w:t xml:space="preserve">. Mol O </w:t>
      </w:r>
      <m:oMath>
        <m:r>
          <m:t>=</m:t>
        </m:r>
        <m:f>
          <m:fPr>
            <m:type m:val="bar"/>
          </m:fPr>
          <m:num>
            <m:r>
              <m:t>5</m:t>
            </m:r>
            <m:r>
              <m:t>3</m:t>
            </m:r>
            <m:r>
              <m:t>,</m:t>
            </m:r>
            <m:r>
              <m:t>3</m:t>
            </m:r>
          </m:num>
          <m:den>
            <m:r>
              <m:t>1</m:t>
            </m:r>
            <m:r>
              <m:t>6</m:t>
            </m:r>
          </m:den>
        </m:f>
        <m:r>
          <m:t>=</m:t>
        </m:r>
        <m:r>
          <m:t>3</m:t>
        </m:r>
        <m:r>
          <m:t>,</m:t>
        </m:r>
        <m:r>
          <m:t>3</m:t>
        </m:r>
        <m:r>
          <m:t>3</m:t>
        </m:r>
      </m:oMath>
      <w:r>
        <w:rPr>
          <w:rFonts w:ascii="Calibri" w:hAnsi="Calibri"/>
          <w:b w:val="0"/>
          <w:i/>
          <w:color w:val="64748B"/>
          <w:sz w:val="17"/>
        </w:rPr>
        <w:t xml:space="preserve">. Perbandingan mol </w:t>
      </w:r>
      <m:oMath>
        <m:r>
          <m:t>C</m:t>
        </m:r>
        <m:r>
          <m:t>:</m:t>
        </m:r>
        <m:r>
          <m:t>H</m:t>
        </m:r>
        <m:r>
          <m:t>:</m:t>
        </m:r>
        <m:r>
          <m:t>O</m:t>
        </m:r>
        <m:r>
          <m:t>=</m:t>
        </m:r>
        <m:r>
          <m:t>1</m:t>
        </m:r>
        <m:r>
          <m:t>:</m:t>
        </m:r>
        <m:r>
          <m:t>2</m:t>
        </m:r>
        <m:r>
          <m:t>:</m:t>
        </m:r>
        <m:r>
          <m:t>1</m:t>
        </m:r>
      </m:oMath>
      <w:r>
        <w:rPr>
          <w:rFonts w:ascii="Calibri" w:hAnsi="Calibri"/>
          <w:b w:val="0"/>
          <w:i/>
          <w:color w:val="64748B"/>
          <w:sz w:val="17"/>
        </w:rPr>
        <w:t xml:space="preserve">. Rumus empiris </w:t>
      </w:r>
      <m:oMath>
        <m:r>
          <m:t>=</m:t>
        </m:r>
        <m:sSub>
          <m:e>
            <m:r>
              <m:t>C</m:t>
            </m:r>
          </m:e>
          <m:sub>
            <m:r>
              <m:t>2</m:t>
            </m:r>
          </m:sub>
        </m:sSub>
        <m:r>
          <m:t>O</m:t>
        </m:r>
      </m:oMath>
      <w:r>
        <w:rPr>
          <w:rFonts w:ascii="Calibri" w:hAnsi="Calibri"/>
          <w:b w:val="0"/>
          <w:i/>
          <w:color w:val="64748B"/>
          <w:sz w:val="17"/>
        </w:rPr>
        <w:t>.</w:t>
      </w:r>
    </w:p>
    <w:p>
      <w:r>
        <w:br w:type="page"/>
      </w:r>
    </w:p>
    <w:p>
      <w:pPr>
        <w:pStyle w:val="Title"/>
      </w:pPr>
      <w:r>
        <w:t>LEMBAR KERJA PESERTA DIDIK (LKPD)</w:t>
      </w:r>
    </w:p>
    <w:p>
      <w:pPr>
        <w:pStyle w:val="Subtitle"/>
      </w:pPr>
      <w:r>
        <w:t>Mata Pelajaran: Kimia • Bab 4: Hukum-Hukum Dasar Kimia dan Stoikiometri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Penyetaraan Persamaan Reaksi Kimia dan Tata Nama Senyawa</w:t>
      </w:r>
    </w:p>
    <w:p>
      <w:pPr>
        <w:spacing w:before="20" w:after="60"/>
        <w:ind w:left="216"/>
      </w:pPr>
      <w:r>
        <w:rPr>
          <w:rFonts w:ascii="Calibri" w:hAnsi="Calibri"/>
          <w:color w:val="000000"/>
          <w:sz w:val="18"/>
        </w:rPr>
        <w:t xml:space="preserve">Petunjuk: </w:t>
      </w:r>
      <w:r>
        <w:rPr>
          <w:rFonts w:ascii="Calibri" w:hAnsi="Calibri"/>
          <w:b w:val="0"/>
          <w:i w:val="0"/>
          <w:color w:val="000000"/>
          <w:sz w:val="18"/>
        </w:rPr>
        <w:t>Menyetarakan reaksi pembakaran hidrokarbon dan memberi nama senyawa biner serta poliatomik.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Lima Hukum Dasar Kimia (Lavoisier, Proust, Dalton, Gay-Lussac, Avogadro)</w:t>
      </w:r>
    </w:p>
    <w:p>
      <w:pPr>
        <w:spacing w:before="20" w:after="60"/>
        <w:ind w:left="216"/>
      </w:pPr>
      <w:r>
        <w:rPr>
          <w:rFonts w:ascii="Calibri" w:hAnsi="Calibri"/>
          <w:color w:val="000000"/>
          <w:sz w:val="18"/>
        </w:rPr>
        <w:t xml:space="preserve">Petunjuk: </w:t>
      </w:r>
      <w:r>
        <w:rPr>
          <w:rFonts w:ascii="Calibri" w:hAnsi="Calibri"/>
          <w:b w:val="0"/>
          <w:i w:val="0"/>
          <w:color w:val="000000"/>
          <w:sz w:val="18"/>
        </w:rPr>
        <w:t>Membuktikan hukum kekekalan massa, perbandingan tetap, perbandingan berganda, dan perbandingan volume.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Konsep Mol, Massa Molar ($M_r$), dan Volume Molar Gas</w:t>
      </w:r>
    </w:p>
    <w:p>
      <w:pPr>
        <w:spacing w:before="20" w:after="60"/>
        <w:ind w:left="216"/>
      </w:pPr>
      <w:r>
        <w:rPr>
          <w:rFonts w:ascii="Calibri" w:hAnsi="Calibri"/>
          <w:color w:val="000000"/>
          <w:sz w:val="18"/>
        </w:rPr>
        <w:t xml:space="preserve">Petunjuk: </w:t>
      </w:r>
      <w:r>
        <w:rPr>
          <w:rFonts w:ascii="Calibri" w:hAnsi="Calibri"/>
          <w:b w:val="0"/>
          <w:i w:val="0"/>
          <w:color w:val="000000"/>
          <w:sz w:val="18"/>
        </w:rPr>
        <w:t>Mengonversi gram zat, jumlah partikel Avogadro, dan volume gas kondisi standar (STP: 22,4 L/mol).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Rumus Empiris, Rumus Molekul, dan Pereaksi Pembatas</w:t>
      </w:r>
    </w:p>
    <w:p>
      <w:pPr>
        <w:spacing w:before="20" w:after="60"/>
        <w:ind w:left="216"/>
      </w:pPr>
      <w:r>
        <w:rPr>
          <w:rFonts w:ascii="Calibri" w:hAnsi="Calibri"/>
          <w:color w:val="000000"/>
          <w:sz w:val="18"/>
        </w:rPr>
        <w:t xml:space="preserve">Petunjuk: </w:t>
      </w:r>
      <w:r>
        <w:rPr>
          <w:rFonts w:ascii="Calibri" w:hAnsi="Calibri"/>
          <w:b w:val="0"/>
          <w:i w:val="0"/>
          <w:color w:val="000000"/>
          <w:sz w:val="18"/>
        </w:rPr>
        <w:t>Menentukan perbandingan mol unsur pembentuk dan menghitung massa produk berdasarkan pereaksi pembatas.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Stoikiometri merupakan jantung perhitungan kuantitatif dalam ilmu kimia yang menghubungkan massa zat, jumlah partikel, dan volume gas dalam suatu reaksi kimia. Fondasi ini dibangun di atas lima Hukum Dasar Kimia yang dirumuskan melalui eksperimen teliti para ilmuwan abad ke-18 dan ke-19.</w:t>
      </w:r>
    </w:p>
    <w:p>
      <w:pPr>
        <w:spacing w:before="40" w:after="60" w:line="276" w:lineRule="auto"/>
      </w:pPr>
      <w:r>
        <w:rPr>
          <w:rFonts w:ascii="Calibri" w:hAnsi="Calibri"/>
          <w:b w:val="0"/>
          <w:i w:val="0"/>
          <w:color w:val="000000"/>
          <w:sz w:val="19"/>
        </w:rPr>
        <w:t>Hukum Kekekalan Massa Lavoisier menegaskan bahwa massa total zat sebelum reaksi selalu sama dengan massa total zat sesudah reaksi. Hukum Perbandingan Tetap Proust dan Hukum Avogadro membuktikan bahwa perbandingan koefisien reaksi setara mencerminkan perbandingan jumlah partikel dan volume gas pada suhu dan tekanan yang sama.</w:t>
      </w:r>
    </w:p>
    <w:p>
      <w:pPr>
        <w:spacing w:before="40" w:after="60" w:line="276" w:lineRule="auto"/>
      </w:pPr>
      <w:r>
        <w:rPr>
          <w:rFonts w:ascii="Calibri" w:hAnsi="Calibri"/>
          <w:b w:val="0"/>
          <w:i w:val="0"/>
          <w:color w:val="000000"/>
          <w:sz w:val="19"/>
        </w:rPr>
        <w:t>Konsep Mol menjadi jembatan konversi antara dunia mikroskopis atom (</w:t>
      </w:r>
      <m:oMath>
        <m:r>
          <m:t>6</m:t>
        </m:r>
        <m:r>
          <m:t>,</m:t>
        </m:r>
        <m:r>
          <m:t>0</m:t>
        </m:r>
        <m:r>
          <m:t>2</m:t>
        </m:r>
        <m:r>
          <m:t>2</m:t>
        </m:r>
        <m:r>
          <m:t>×</m:t>
        </m:r>
        <m:r>
          <m:t>1</m:t>
        </m:r>
        <m:sSup>
          <m:e>
            <m:r>
              <m:t>0</m:t>
            </m:r>
          </m:e>
          <m:sup>
            <m:r>
              <m:t>2</m:t>
            </m:r>
            <m:r>
              <m:t>3</m:t>
            </m:r>
          </m:sup>
        </m:sSup>
      </m:oMath>
      <w:r>
        <w:rPr>
          <w:rFonts w:ascii="Calibri" w:hAnsi="Calibri"/>
          <w:b w:val="0"/>
          <w:i w:val="0"/>
          <w:color w:val="000000"/>
          <w:sz w:val="19"/>
        </w:rPr>
        <w:t xml:space="preserve"> partikel/mol) dengan pengukuran massa gram di laboratorium makroskopis. Peserta didik dilatih menentukan pereaksi pembatas (*limiting reactant*) dan menghitung rendemen hasil reaksi kimia.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Hukum Lavoisier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 kekekalan massa yang menyatakan bahwa di dalam sistem tertutup, massa total zat sebelum reaksi sama dengan massa total zat setelah reaksi.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Konsep Mol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Satuan internasional untuk jumlah zat yang mengandung tepat </w:t>
            </w:r>
            <m:oMath>
              <m:r>
                <m:t>6</m:t>
              </m:r>
              <m:r>
                <m:t>,</m:t>
              </m:r>
              <m:r>
                <m:t>0</m:t>
              </m:r>
              <m:r>
                <m:t>2</m:t>
              </m:r>
              <m:r>
                <m:t>2</m:t>
              </m:r>
              <m:r>
                <m:t>×</m:t>
              </m:r>
              <m:r>
                <m:t>1</m:t>
              </m:r>
              <m:sSup>
                <m:e>
                  <m:r>
                    <m:t>0</m:t>
                  </m:r>
                </m:e>
                <m:sup>
                  <m:r>
                    <m:t>2</m:t>
                  </m:r>
                  <m:r>
                    <m:t>3</m:t>
                  </m:r>
                </m:sup>
              </m:sSup>
            </m:oMath>
            <w:r>
              <w:rPr>
                <w:rFonts w:ascii="Calibri" w:hAnsi="Calibri"/>
                <w:b w:val="0"/>
                <w:i w:val="0"/>
                <w:color w:val="000000"/>
                <w:sz w:val="18"/>
              </w:rPr>
              <w:t xml:space="preserve"> partikel elementer (Bilangan Avogadro </w:t>
            </w:r>
            <m:oMath>
              <m:sSub>
                <m:e>
                  <m:r>
                    <m:t>N</m:t>
                  </m:r>
                </m:e>
                <m:sub>
                  <m:r>
                    <m:t>A</m:t>
                  </m:r>
                </m:sub>
              </m:sSub>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Massa Molar (Mr)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Massa dari satu mol partikel suatu zat, yang nilainya sama dengan massa molekul relatif zat tersebut dalam satuan gram/mol.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Kondisi STP</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Kondisi standar suhu </w:t>
            </w:r>
            <m:oMath>
              <m:sSup>
                <m:e>
                  <m:r>
                    <m:t>0</m:t>
                  </m:r>
                </m:e>
                <m:sup>
                  <m:r>
                    <m:t>°</m:t>
                  </m:r>
                </m:sup>
              </m:sSup>
              <m:r>
                <m:t>C</m:t>
              </m:r>
            </m:oMath>
            <w:r>
              <w:rPr>
                <w:rFonts w:ascii="Calibri" w:hAnsi="Calibri"/>
                <w:b w:val="0"/>
                <w:i w:val="0"/>
                <w:color w:val="000000"/>
                <w:sz w:val="18"/>
              </w:rPr>
              <w:t xml:space="preserve"> (273 K) dan tekanan 1 atm, di mana 1 mol gas ideal menempati volume tepat 22,4 liter.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Pereaksi Pembatas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Zat reaktan yang habis bereaksi terlebih dahulu dalam suatu reaksi kimia sehingga membatasi jumlah produk maksimal yang dihasilkan.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Kimia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