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KIMIA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Struktur Atom dan Sistem Periodik Unsur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perkembangan model teori atom dan struktur partikel subatomik.</w:t>
      </w:r>
    </w:p>
    <w:p>
      <w:pPr>
        <w:pStyle w:val="ListNumber"/>
      </w:pPr>
      <w:r>
        <w:rPr>
          <w:rFonts w:ascii="Calibri" w:hAnsi="Calibri"/>
          <w:b w:val="0"/>
          <w:i w:val="0"/>
          <w:color w:val="000000"/>
          <w:sz w:val="19"/>
        </w:rPr>
        <w:t>Peserta didik mampu menuliskan konfigurasi elektron berdasarkan prinsip Aufbau dan menentukan letak unsur dalam tabel periodik.</w:t>
      </w:r>
    </w:p>
    <w:p>
      <w:pPr>
        <w:pStyle w:val="ListNumber"/>
      </w:pPr>
      <w:r>
        <w:rPr>
          <w:rFonts w:ascii="Calibri" w:hAnsi="Calibri"/>
          <w:b w:val="0"/>
          <w:i w:val="0"/>
          <w:color w:val="000000"/>
          <w:sz w:val="19"/>
        </w:rPr>
        <w:t>Peserta didik mampu menganalisis keteraturan tren sifat keperiodikan unsur dalam golongan dan periode.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perkembangan teori atom (Dalton, Thomson, Rutherford, Bohr, Mekanika Kuantum), partikel dasar penyusun atom (proton, elektron, neutron), nomor atom dan nomor massa, isotop-isobar-isoton, konfigurasi elektron (aturan Aufbau, Pauli, Hund), dan sifat keperiodikan unsur.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Perkembangan Model Teori Atom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model roti kismis Thomson, model tata surya Rutherford, lintasan stasioner Bohr, dan awan probabilitas kuantum.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Partikel Dasar Atom, Notasi Unsur, dan Isotop</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Menentukan jumlah proton, elektron, neutron dari notasi unsur </w:t>
      </w:r>
      <m:oMath>
        <m:sSup>
          <m:e>
            <m:sSub>
              <m:e>
                <m:r>
                  <m:t/>
                </m:r>
              </m:e>
              <m:sub>
                <m:r>
                  <m:t>Z</m:t>
                </m:r>
              </m:sub>
            </m:sSub>
          </m:e>
          <m:sup>
            <m:r>
              <m:t>A</m:t>
            </m:r>
          </m:sup>
        </m:sSup>
        <m:r>
          <m:t>X</m:t>
        </m:r>
      </m:oMath>
      <w:r>
        <w:rPr>
          <w:rFonts w:ascii="Calibri" w:hAnsi="Calibri"/>
          <w:b w:val="0"/>
          <w:i w:val="0"/>
          <w:color w:val="000000"/>
          <w:sz w:val="18"/>
        </w:rPr>
        <w:t xml:space="preserve"> serta membedakan isotop, isobar, dan isoton.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Konfigurasi Elektron Orbital dan Bilangan Kuantum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Menuliskan konfigurasi elektron gas mulia dan menentukan 4 bilangan kuantum (</w:t>
      </w:r>
      <m:oMath>
        <m:r>
          <m:t>n</m:t>
        </m:r>
        <m:r>
          <m:t>,</m:t>
        </m:r>
        <m:r>
          <m:t>l</m:t>
        </m:r>
        <m:r>
          <m:t>,</m:t>
        </m:r>
        <m:r>
          <m:t>m</m:t>
        </m:r>
        <m:r>
          <m:t>,</m:t>
        </m:r>
        <m:r>
          <m:t>s</m:t>
        </m:r>
      </m:oMath>
      <w:r>
        <w:rPr>
          <w:rFonts w:ascii="Calibri" w:hAnsi="Calibri"/>
          <w:b w:val="0"/>
          <w:i w:val="0"/>
          <w:color w:val="000000"/>
          <w:sz w:val="18"/>
        </w:rPr>
        <w:t>) elektron valensi terakhir.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Sifat Keperiodikan Unsur (Periodisitas)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keteraturan jari-jari atom, energi ionisasi pertama, dan keelektronegatifan pada tabel periodik.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Suatu ion kation </w:t>
      </w:r>
      <m:oMath>
        <m:sSub>
          <m:e>
            <m:sSup>
              <m:e>
                <m:r>
                  <m:t/>
                </m:r>
              </m:e>
              <m:sup>
                <m:r>
                  <m:t>3</m:t>
                </m:r>
                <m:r>
                  <m:t>9</m:t>
                </m:r>
              </m:sup>
            </m:sSup>
          </m:e>
          <m:sub>
            <m:r>
              <m:t>1</m:t>
            </m:r>
            <m:r>
              <m:t>9</m:t>
            </m:r>
          </m:sub>
        </m:sSub>
        <m:sSup>
          <m:e>
            <m:r>
              <m:t>K</m:t>
            </m:r>
          </m:e>
          <m:sup>
            <m:r>
              <m:t>+</m:t>
            </m:r>
          </m:sup>
        </m:sSup>
      </m:oMath>
      <w:r>
        <w:rPr>
          <w:rFonts w:ascii="Calibri" w:hAnsi="Calibri"/>
          <w:b w:val="0"/>
          <w:i w:val="0"/>
          <w:color w:val="000000"/>
          <w:sz w:val="19"/>
        </w:rPr>
        <w:t xml:space="preserve"> memiliki jumlah proton, elektron, dan neutron berturut-turut adalah...</w:t>
      </w:r>
    </w:p>
    <w:p>
      <w:pPr>
        <w:spacing w:before="0" w:after="20"/>
        <w:ind w:left="576"/>
      </w:pPr>
      <w:r>
        <w:rPr>
          <w:rFonts w:ascii="Calibri" w:hAnsi="Calibri"/>
          <w:b w:val="0"/>
          <w:i w:val="0"/>
          <w:color w:val="000000"/>
          <w:sz w:val="18"/>
        </w:rPr>
        <w:t>19 proton, 18 elektron, 20 neutron</w:t>
      </w:r>
    </w:p>
    <w:p>
      <w:pPr>
        <w:spacing w:before="0" w:after="20"/>
        <w:ind w:left="576"/>
      </w:pPr>
      <w:r>
        <w:rPr>
          <w:rFonts w:ascii="Calibri" w:hAnsi="Calibri"/>
          <w:b w:val="0"/>
          <w:i w:val="0"/>
          <w:color w:val="000000"/>
          <w:sz w:val="18"/>
        </w:rPr>
        <w:t>19 proton, 19 elektron, 20 neutron</w:t>
      </w:r>
    </w:p>
    <w:p>
      <w:pPr>
        <w:spacing w:before="0" w:after="20"/>
        <w:ind w:left="576"/>
      </w:pPr>
      <w:r>
        <w:rPr>
          <w:rFonts w:ascii="Calibri" w:hAnsi="Calibri"/>
          <w:b w:val="0"/>
          <w:i w:val="0"/>
          <w:color w:val="000000"/>
          <w:sz w:val="18"/>
        </w:rPr>
        <w:t>19 proton, 20 elektron, 19 neutron</w:t>
      </w:r>
    </w:p>
    <w:p>
      <w:pPr>
        <w:spacing w:before="0" w:after="20"/>
        <w:ind w:left="576"/>
      </w:pPr>
      <w:r>
        <w:rPr>
          <w:rFonts w:ascii="Calibri" w:hAnsi="Calibri"/>
          <w:b w:val="0"/>
          <w:i w:val="0"/>
          <w:color w:val="000000"/>
          <w:sz w:val="18"/>
        </w:rPr>
        <w:t>20 proton, 19 elektron, 19 neutron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Proton </w:t>
      </w:r>
      <m:oMath>
        <m:r>
          <m:t>=</m:t>
        </m:r>
        <m:r>
          <m:t>Z</m:t>
        </m:r>
        <m:r>
          <m:t>=</m:t>
        </m:r>
        <m:r>
          <m:t>1</m:t>
        </m:r>
        <m:r>
          <m:t>9</m:t>
        </m:r>
      </m:oMath>
      <w:r>
        <w:rPr>
          <w:rFonts w:ascii="Calibri" w:hAnsi="Calibri"/>
          <w:b w:val="0"/>
          <w:i/>
          <w:color w:val="64748B"/>
          <w:sz w:val="17"/>
        </w:rPr>
        <w:t xml:space="preserve">. Neutron </w:t>
      </w:r>
      <m:oMath>
        <m:r>
          <m:t>=</m:t>
        </m:r>
        <m:r>
          <m:t>A</m:t>
        </m:r>
        <m:r>
          <m:t>-</m:t>
        </m:r>
        <m:r>
          <m:t>Z</m:t>
        </m:r>
        <m:r>
          <m:t>=</m:t>
        </m:r>
        <m:r>
          <m:t>3</m:t>
        </m:r>
        <m:r>
          <m:t>9</m:t>
        </m:r>
        <m:r>
          <m:t>-</m:t>
        </m:r>
        <m:r>
          <m:t>1</m:t>
        </m:r>
        <m:r>
          <m:t>9</m:t>
        </m:r>
        <m:r>
          <m:t>=</m:t>
        </m:r>
        <m:r>
          <m:t>2</m:t>
        </m:r>
        <m:r>
          <m:t>0</m:t>
        </m:r>
      </m:oMath>
      <w:r>
        <w:rPr>
          <w:rFonts w:ascii="Calibri" w:hAnsi="Calibri"/>
          <w:b w:val="0"/>
          <w:i/>
          <w:color w:val="64748B"/>
          <w:sz w:val="17"/>
        </w:rPr>
        <w:t xml:space="preserve">. Karena bermuatan </w:t>
      </w:r>
      <m:oMath>
        <m:r>
          <m:t>+</m:t>
        </m:r>
        <m:r>
          <m:t>1</m:t>
        </m:r>
      </m:oMath>
      <w:r>
        <w:rPr>
          <w:rFonts w:ascii="Calibri" w:hAnsi="Calibri"/>
          <w:b w:val="0"/>
          <w:i/>
          <w:color w:val="64748B"/>
          <w:sz w:val="17"/>
        </w:rPr>
        <w:t xml:space="preserve">, atom telah melepaskan 1 elektron, sehingga elektron </w:t>
      </w:r>
      <m:oMath>
        <m:r>
          <m:t>=</m:t>
        </m:r>
        <m:r>
          <m:t>1</m:t>
        </m:r>
        <m:r>
          <m:t>9</m:t>
        </m:r>
        <m:r>
          <m:t>-</m:t>
        </m:r>
        <m:r>
          <m:t>1</m:t>
        </m:r>
        <m:r>
          <m:t>=</m:t>
        </m:r>
        <m:r>
          <m:t>1</m:t>
        </m:r>
        <m:r>
          <m:t>8</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Konfigurasi elektron dari atom Besi (</w:t>
      </w:r>
      <m:oMath>
        <m:sSub>
          <m:e>
            <m:r>
              <m:t/>
            </m:r>
          </m:e>
          <m:sub>
            <m:r>
              <m:t>2</m:t>
            </m:r>
            <m:r>
              <m:t>6</m:t>
            </m:r>
          </m:sub>
        </m:sSub>
        <m:r>
          <m:t>F</m:t>
        </m:r>
      </m:oMath>
      <w:r>
        <w:rPr>
          <w:rFonts w:ascii="Calibri" w:hAnsi="Calibri"/>
          <w:b w:val="0"/>
          <w:i w:val="0"/>
          <w:color w:val="000000"/>
          <w:sz w:val="19"/>
        </w:rPr>
        <w:t>) menurut prinsip Aufbau pada tingkat dasar adalah...</w:t>
      </w:r>
    </w:p>
    <w:p>
      <w:pPr>
        <w:spacing w:before="0" w:after="20"/>
        <w:ind w:left="576"/>
      </w:pPr>
      <m:oMath>
        <m:r>
          <m:t>[</m:t>
        </m:r>
        <m:r>
          <m:t>A</m:t>
        </m:r>
        <m:r>
          <m:t>]</m:t>
        </m:r>
        <m:r>
          <m:t>4</m:t>
        </m:r>
        <m:sSup>
          <m:e>
            <m:r>
              <m:t>s</m:t>
            </m:r>
          </m:e>
          <m:sup>
            <m:r>
              <m:t>2</m:t>
            </m:r>
          </m:sup>
        </m:sSup>
        <m:r>
          <m:t>3</m:t>
        </m:r>
        <m:sSup>
          <m:e>
            <m:r>
              <m:t>d</m:t>
            </m:r>
          </m:e>
          <m:sup>
            <m:r>
              <m:t>6</m:t>
            </m:r>
          </m:sup>
        </m:sSup>
      </m:oMath>
    </w:p>
    <w:p>
      <w:pPr>
        <w:spacing w:before="0" w:after="20"/>
        <w:ind w:left="576"/>
      </w:pPr>
      <m:oMath>
        <m:r>
          <m:t>[</m:t>
        </m:r>
        <m:r>
          <m:t>A</m:t>
        </m:r>
        <m:r>
          <m:t>]</m:t>
        </m:r>
        <m:r>
          <m:t>4</m:t>
        </m:r>
        <m:sSup>
          <m:e>
            <m:r>
              <m:t>s</m:t>
            </m:r>
          </m:e>
          <m:sup>
            <m:r>
              <m:t>1</m:t>
            </m:r>
          </m:sup>
        </m:sSup>
        <m:r>
          <m:t>3</m:t>
        </m:r>
        <m:sSup>
          <m:e>
            <m:r>
              <m:t>d</m:t>
            </m:r>
          </m:e>
          <m:sup>
            <m:r>
              <m:t>7</m:t>
            </m:r>
          </m:sup>
        </m:sSup>
      </m:oMath>
    </w:p>
    <w:p>
      <w:pPr>
        <w:spacing w:before="0" w:after="20"/>
        <w:ind w:left="576"/>
      </w:pPr>
      <m:oMath>
        <m:r>
          <m:t>[</m:t>
        </m:r>
        <m:r>
          <m:t>A</m:t>
        </m:r>
        <m:r>
          <m:t>]</m:t>
        </m:r>
        <m:r>
          <m:t>3</m:t>
        </m:r>
        <m:sSup>
          <m:e>
            <m:r>
              <m:t>d</m:t>
            </m:r>
          </m:e>
          <m:sup>
            <m:r>
              <m:t>8</m:t>
            </m:r>
          </m:sup>
        </m:sSup>
      </m:oMath>
    </w:p>
    <w:p>
      <w:pPr>
        <w:spacing w:before="0" w:after="20"/>
        <w:ind w:left="576"/>
      </w:pPr>
      <m:oMath>
        <m:r>
          <m:t>[</m:t>
        </m:r>
        <m:r>
          <m:t>N</m:t>
        </m:r>
        <m:r>
          <m:t>]</m:t>
        </m:r>
        <m:r>
          <m:t>3</m:t>
        </m:r>
        <m:sSup>
          <m:e>
            <m:r>
              <m:t>s</m:t>
            </m:r>
          </m:e>
          <m:sup>
            <m:r>
              <m:t>2</m:t>
            </m:r>
          </m:sup>
        </m:sSup>
        <m:r>
          <m:t>3</m:t>
        </m:r>
        <m:sSup>
          <m:e>
            <m:r>
              <m:t>p</m:t>
            </m:r>
          </m:e>
          <m:sup>
            <m:r>
              <m:t>6</m:t>
            </m:r>
          </m:sup>
        </m:sSup>
        <m:r>
          <m:t>4</m:t>
        </m:r>
        <m:sSup>
          <m:e>
            <m:r>
              <m:t>s</m:t>
            </m:r>
          </m:e>
          <m:sup>
            <m:r>
              <m:t>2</m:t>
            </m:r>
          </m:sup>
        </m:sSup>
        <m:r>
          <m:t>3</m:t>
        </m:r>
        <m:sSup>
          <m:e>
            <m:r>
              <m:t>d</m:t>
            </m:r>
          </m:e>
          <m:sup>
            <m:r>
              <m:t>6</m:t>
            </m:r>
          </m:sup>
        </m:sSup>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Atom </w:t>
      </w:r>
      <m:oMath>
        <m:sSub>
          <m:e>
            <m:r>
              <m:t/>
            </m:r>
          </m:e>
          <m:sub>
            <m:r>
              <m:t>2</m:t>
            </m:r>
            <m:r>
              <m:t>6</m:t>
            </m:r>
          </m:sub>
        </m:sSub>
        <m:r>
          <m:t>F</m:t>
        </m:r>
      </m:oMath>
      <w:r>
        <w:rPr>
          <w:rFonts w:ascii="Calibri" w:hAnsi="Calibri"/>
          <w:b w:val="0"/>
          <w:i/>
          <w:color w:val="64748B"/>
          <w:sz w:val="17"/>
        </w:rPr>
        <w:t xml:space="preserve"> memiliki 26 elektron: </w:t>
      </w:r>
      <m:oMath>
        <m:r>
          <m:t>1</m:t>
        </m:r>
        <m:sSup>
          <m:e>
            <m:r>
              <m:t>s</m:t>
            </m:r>
          </m:e>
          <m:sup>
            <m:r>
              <m:t>2</m:t>
            </m:r>
          </m:sup>
        </m:sSup>
        <m:r>
          <m:t>2</m:t>
        </m:r>
        <m:sSup>
          <m:e>
            <m:r>
              <m:t>s</m:t>
            </m:r>
          </m:e>
          <m:sup>
            <m:r>
              <m:t>2</m:t>
            </m:r>
          </m:sup>
        </m:sSup>
        <m:r>
          <m:t>2</m:t>
        </m:r>
        <m:sSup>
          <m:e>
            <m:r>
              <m:t>p</m:t>
            </m:r>
          </m:e>
          <m:sup>
            <m:r>
              <m:t>6</m:t>
            </m:r>
          </m:sup>
        </m:sSup>
        <m:r>
          <m:t>3</m:t>
        </m:r>
        <m:sSup>
          <m:e>
            <m:r>
              <m:t>s</m:t>
            </m:r>
          </m:e>
          <m:sup>
            <m:r>
              <m:t>2</m:t>
            </m:r>
          </m:sup>
        </m:sSup>
        <m:r>
          <m:t>3</m:t>
        </m:r>
        <m:sSup>
          <m:e>
            <m:r>
              <m:t>p</m:t>
            </m:r>
          </m:e>
          <m:sup>
            <m:r>
              <m:t>6</m:t>
            </m:r>
          </m:sup>
        </m:sSup>
        <m:r>
          <m:t>4</m:t>
        </m:r>
        <m:sSup>
          <m:e>
            <m:r>
              <m:t>s</m:t>
            </m:r>
          </m:e>
          <m:sup>
            <m:r>
              <m:t>2</m:t>
            </m:r>
          </m:sup>
        </m:sSup>
        <m:r>
          <m:t>3</m:t>
        </m:r>
        <m:sSup>
          <m:e>
            <m:r>
              <m:t>d</m:t>
            </m:r>
          </m:e>
          <m:sup>
            <m:r>
              <m:t>6</m:t>
            </m:r>
          </m:sup>
        </m:sSup>
      </m:oMath>
      <w:r>
        <w:rPr>
          <w:rFonts w:ascii="Calibri" w:hAnsi="Calibri"/>
          <w:b w:val="0"/>
          <w:i/>
          <w:color w:val="64748B"/>
          <w:sz w:val="17"/>
        </w:rPr>
        <w:t xml:space="preserve"> atau disingkat </w:t>
      </w:r>
      <m:oMath>
        <m:r>
          <m:t>[</m:t>
        </m:r>
        <m:r>
          <m:t>A</m:t>
        </m:r>
        <m:r>
          <m:t>]</m:t>
        </m:r>
        <m:r>
          <m:t>4</m:t>
        </m:r>
        <m:sSup>
          <m:e>
            <m:r>
              <m:t>s</m:t>
            </m:r>
          </m:e>
          <m:sup>
            <m:r>
              <m:t>2</m:t>
            </m:r>
          </m:sup>
        </m:sSup>
        <m:r>
          <m:t>3</m:t>
        </m:r>
        <m:sSup>
          <m:e>
            <m:r>
              <m:t>d</m:t>
            </m:r>
          </m:e>
          <m:sup>
            <m:r>
              <m:t>6</m:t>
            </m:r>
          </m:sup>
        </m:sSup>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Unsur dengan konfigurasi elektron </w:t>
      </w:r>
      <m:oMath>
        <m:r>
          <m:t>1</m:t>
        </m:r>
        <m:sSup>
          <m:e>
            <m:r>
              <m:t>s</m:t>
            </m:r>
          </m:e>
          <m:sup>
            <m:r>
              <m:t>2</m:t>
            </m:r>
          </m:sup>
        </m:sSup>
        <m:r>
          <m:t>2</m:t>
        </m:r>
        <m:sSup>
          <m:e>
            <m:r>
              <m:t>s</m:t>
            </m:r>
          </m:e>
          <m:sup>
            <m:r>
              <m:t>2</m:t>
            </m:r>
          </m:sup>
        </m:sSup>
        <m:r>
          <m:t>2</m:t>
        </m:r>
        <m:sSup>
          <m:e>
            <m:r>
              <m:t>p</m:t>
            </m:r>
          </m:e>
          <m:sup>
            <m:r>
              <m:t>6</m:t>
            </m:r>
          </m:sup>
        </m:sSup>
        <m:r>
          <m:t>3</m:t>
        </m:r>
        <m:sSup>
          <m:e>
            <m:r>
              <m:t>s</m:t>
            </m:r>
          </m:e>
          <m:sup>
            <m:r>
              <m:t>2</m:t>
            </m:r>
          </m:sup>
        </m:sSup>
        <m:r>
          <m:t>3</m:t>
        </m:r>
        <m:sSup>
          <m:e>
            <m:r>
              <m:t>p</m:t>
            </m:r>
          </m:e>
          <m:sup>
            <m:r>
              <m:t>5</m:t>
            </m:r>
          </m:sup>
        </m:sSup>
      </m:oMath>
      <w:r>
        <w:rPr>
          <w:rFonts w:ascii="Calibri" w:hAnsi="Calibri"/>
          <w:b w:val="0"/>
          <w:i w:val="0"/>
          <w:color w:val="000000"/>
          <w:sz w:val="19"/>
        </w:rPr>
        <w:t xml:space="preserve"> terletak pada Tabel Periodik Unsur pada...</w:t>
      </w:r>
    </w:p>
    <w:p>
      <w:pPr>
        <w:spacing w:before="0" w:after="20"/>
        <w:ind w:left="576"/>
      </w:pPr>
      <w:r>
        <w:rPr>
          <w:rFonts w:ascii="Calibri" w:hAnsi="Calibri"/>
          <w:b w:val="0"/>
          <w:i w:val="0"/>
          <w:color w:val="000000"/>
          <w:sz w:val="18"/>
        </w:rPr>
        <w:t>Golongan VA, Periode 3</w:t>
      </w:r>
    </w:p>
    <w:p>
      <w:pPr>
        <w:spacing w:before="0" w:after="20"/>
        <w:ind w:left="576"/>
      </w:pPr>
      <w:r>
        <w:rPr>
          <w:rFonts w:ascii="Calibri" w:hAnsi="Calibri"/>
          <w:b w:val="0"/>
          <w:i w:val="0"/>
          <w:color w:val="000000"/>
          <w:sz w:val="18"/>
        </w:rPr>
        <w:t>Golongan VIIA, Periode 3</w:t>
      </w:r>
    </w:p>
    <w:p>
      <w:pPr>
        <w:spacing w:before="0" w:after="20"/>
        <w:ind w:left="576"/>
      </w:pPr>
      <w:r>
        <w:rPr>
          <w:rFonts w:ascii="Calibri" w:hAnsi="Calibri"/>
          <w:b w:val="0"/>
          <w:i w:val="0"/>
          <w:color w:val="000000"/>
          <w:sz w:val="18"/>
        </w:rPr>
        <w:t>Golongan VIIB, Periode 3</w:t>
      </w:r>
    </w:p>
    <w:p>
      <w:pPr>
        <w:spacing w:before="0" w:after="20"/>
        <w:ind w:left="576"/>
      </w:pPr>
      <w:r>
        <w:rPr>
          <w:rFonts w:ascii="Calibri" w:hAnsi="Calibri"/>
          <w:b w:val="0"/>
          <w:i w:val="0"/>
          <w:color w:val="000000"/>
          <w:sz w:val="18"/>
        </w:rPr>
        <w:t>Golongan IIIA, Periode 5</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Kulit terluar adalah kulit ke-3 (</w:t>
      </w:r>
      <m:oMath>
        <m:r>
          <m:t>n</m:t>
        </m:r>
        <m:r>
          <m:t>=</m:t>
        </m:r>
        <m:r>
          <m:t>3</m:t>
        </m:r>
        <m:r>
          <m:t>→</m:t>
        </m:r>
      </m:oMath>
      <w:r>
        <w:rPr>
          <w:rFonts w:ascii="Calibri" w:hAnsi="Calibri"/>
          <w:b w:val="0"/>
          <w:i/>
          <w:color w:val="64748B"/>
          <w:sz w:val="17"/>
        </w:rPr>
        <w:t xml:space="preserve"> Periode 3). Elektron valensi </w:t>
      </w:r>
      <m:oMath>
        <m:r>
          <m:t>=</m:t>
        </m:r>
        <m:r>
          <m:t>3</m:t>
        </m:r>
        <m:sSup>
          <m:e>
            <m:r>
              <m:t>s</m:t>
            </m:r>
          </m:e>
          <m:sup>
            <m:r>
              <m:t>2</m:t>
            </m:r>
          </m:sup>
        </m:sSup>
        <m:r>
          <m:t>3</m:t>
        </m:r>
        <m:sSup>
          <m:e>
            <m:r>
              <m:t>p</m:t>
            </m:r>
          </m:e>
          <m:sup>
            <m:r>
              <m:t>5</m:t>
            </m:r>
          </m:sup>
        </m:sSup>
        <m:r>
          <m:t>=</m:t>
        </m:r>
        <m:r>
          <m:t>2</m:t>
        </m:r>
        <m:r>
          <m:t>+</m:t>
        </m:r>
        <m:r>
          <m:t>5</m:t>
        </m:r>
        <m:r>
          <m:t>=</m:t>
        </m:r>
        <m:r>
          <m:t>7</m:t>
        </m:r>
      </m:oMath>
      <w:r>
        <w:rPr>
          <w:rFonts w:ascii="Calibri" w:hAnsi="Calibri"/>
          <w:b w:val="0"/>
          <w:i/>
          <w:color w:val="64748B"/>
          <w:sz w:val="17"/>
        </w:rPr>
        <w:t xml:space="preserve"> elektron (Golongan VIIA / Halogen).</w:t>
      </w:r>
    </w:p>
    <w:p>
      <w:pPr>
        <w:spacing w:before="80" w:after="40"/>
        <w:ind w:left="216"/>
      </w:pPr>
      <w:r>
        <w:rPr>
          <w:rFonts w:ascii="Calibri" w:hAnsi="Calibri"/>
          <w:b/>
          <w:color w:val="000000"/>
          <w:sz w:val="19"/>
        </w:rPr>
        <w:t xml:space="preserve">4. </w:t>
      </w:r>
      <w:r>
        <w:rPr>
          <w:rFonts w:ascii="Calibri" w:hAnsi="Calibri"/>
          <w:b w:val="0"/>
          <w:i w:val="0"/>
          <w:color w:val="000000"/>
          <w:sz w:val="19"/>
        </w:rPr>
        <w:t>Dalam satu periode dari kiri ke kanan pada Tabel Periodik Unsur, jari-jari atom cenderung semakin mengecil karena...</w:t>
      </w:r>
    </w:p>
    <w:p>
      <w:pPr>
        <w:spacing w:before="0" w:after="20"/>
        <w:ind w:left="576"/>
      </w:pPr>
      <w:r>
        <w:rPr>
          <w:rFonts w:ascii="Calibri" w:hAnsi="Calibri"/>
          <w:b w:val="0"/>
          <w:i w:val="0"/>
          <w:color w:val="000000"/>
          <w:sz w:val="18"/>
        </w:rPr>
        <w:t>Jumlah kulit atom semakin bertambah banyak</w:t>
      </w:r>
    </w:p>
    <w:p>
      <w:pPr>
        <w:spacing w:before="0" w:after="20"/>
        <w:ind w:left="576"/>
      </w:pPr>
      <w:r>
        <w:rPr>
          <w:rFonts w:ascii="Calibri" w:hAnsi="Calibri"/>
          <w:b w:val="0"/>
          <w:i w:val="0"/>
          <w:color w:val="000000"/>
          <w:sz w:val="18"/>
        </w:rPr>
        <w:t>Muatan inti atom (jumlah proton) semakin bertambah sehingga gaya tarik inti terhadap elektron terluar semakin kuat</w:t>
      </w:r>
    </w:p>
    <w:p>
      <w:pPr>
        <w:spacing w:before="0" w:after="20"/>
        <w:ind w:left="576"/>
      </w:pPr>
      <w:r>
        <w:rPr>
          <w:rFonts w:ascii="Calibri" w:hAnsi="Calibri"/>
          <w:b w:val="0"/>
          <w:i w:val="0"/>
          <w:color w:val="000000"/>
          <w:sz w:val="18"/>
        </w:rPr>
        <w:t>Massa atom semakin ringan</w:t>
      </w:r>
    </w:p>
    <w:p>
      <w:pPr>
        <w:spacing w:before="0" w:after="20"/>
        <w:ind w:left="576"/>
      </w:pPr>
      <w:r>
        <w:rPr>
          <w:rFonts w:ascii="Calibri" w:hAnsi="Calibri"/>
          <w:b w:val="0"/>
          <w:i w:val="0"/>
          <w:color w:val="000000"/>
          <w:sz w:val="18"/>
        </w:rPr>
        <w:t>Jumlah elektron valensi semakin berkurang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Dalam satu periode, jumlah kulit tetap tetapi muatan inti bertambah, menarik awan elektron lebih dekat ke inti sehingga jari-jari atom mengecil.</w:t>
      </w:r>
    </w:p>
    <w:p>
      <w:pPr>
        <w:spacing w:before="80" w:after="40"/>
        <w:ind w:left="216"/>
      </w:pPr>
      <w:r>
        <w:rPr>
          <w:rFonts w:ascii="Calibri" w:hAnsi="Calibri"/>
          <w:b/>
          <w:color w:val="000000"/>
          <w:sz w:val="19"/>
        </w:rPr>
        <w:t xml:space="preserve">5. </w:t>
      </w:r>
      <w:r>
        <w:rPr>
          <w:rFonts w:ascii="Calibri" w:hAnsi="Calibri"/>
          <w:b w:val="0"/>
          <w:i w:val="0"/>
          <w:color w:val="000000"/>
          <w:sz w:val="19"/>
        </w:rPr>
        <w:t>Pasangan atom berikut yang tergolong sebagai 'Isoton' (memiliki jumlah neutron yang sama) adalah...</w:t>
      </w:r>
    </w:p>
    <w:p>
      <w:pPr>
        <w:spacing w:before="0" w:after="20"/>
        <w:ind w:left="576"/>
      </w:pPr>
      <m:oMath>
        <m:sSub>
          <m:e>
            <m:sSup>
              <m:e>
                <m:r>
                  <m:t/>
                </m:r>
              </m:e>
              <m:sup>
                <m:r>
                  <m:t>1</m:t>
                </m:r>
                <m:r>
                  <m:t>2</m:t>
                </m:r>
              </m:sup>
            </m:sSup>
          </m:e>
          <m:sub>
            <m:r>
              <m:t>6</m:t>
            </m:r>
          </m:sub>
        </m:sSub>
        <m:r>
          <m:t>C</m:t>
        </m:r>
      </m:oMath>
      <w:r>
        <w:rPr>
          <w:rFonts w:ascii="Calibri" w:hAnsi="Calibri"/>
          <w:b w:val="0"/>
          <w:i w:val="0"/>
          <w:color w:val="000000"/>
          <w:sz w:val="18"/>
        </w:rPr>
        <w:t xml:space="preserve"> dan </w:t>
      </w:r>
      <m:oMath>
        <m:sSub>
          <m:e>
            <m:sSup>
              <m:e>
                <m:r>
                  <m:t/>
                </m:r>
              </m:e>
              <m:sup>
                <m:r>
                  <m:t>1</m:t>
                </m:r>
                <m:r>
                  <m:t>3</m:t>
                </m:r>
              </m:sup>
            </m:sSup>
          </m:e>
          <m:sub>
            <m:r>
              <m:t>6</m:t>
            </m:r>
          </m:sub>
        </m:sSub>
        <m:r>
          <m:t>C</m:t>
        </m:r>
      </m:oMath>
    </w:p>
    <w:p>
      <w:pPr>
        <w:spacing w:before="0" w:after="20"/>
        <w:ind w:left="576"/>
      </w:pPr>
      <m:oMath>
        <m:sSub>
          <m:e>
            <m:sSup>
              <m:e>
                <m:r>
                  <m:t/>
                </m:r>
              </m:e>
              <m:sup>
                <m:r>
                  <m:t>1</m:t>
                </m:r>
                <m:r>
                  <m:t>4</m:t>
                </m:r>
              </m:sup>
            </m:sSup>
          </m:e>
          <m:sub>
            <m:r>
              <m:t>6</m:t>
            </m:r>
          </m:sub>
        </m:sSub>
        <m:r>
          <m:t>C</m:t>
        </m:r>
      </m:oMath>
      <w:r>
        <w:rPr>
          <w:rFonts w:ascii="Calibri" w:hAnsi="Calibri"/>
          <w:b w:val="0"/>
          <w:i w:val="0"/>
          <w:color w:val="000000"/>
          <w:sz w:val="18"/>
        </w:rPr>
        <w:t xml:space="preserve"> dan </w:t>
      </w:r>
      <m:oMath>
        <m:sSub>
          <m:e>
            <m:sSup>
              <m:e>
                <m:r>
                  <m:t/>
                </m:r>
              </m:e>
              <m:sup>
                <m:r>
                  <m:t>1</m:t>
                </m:r>
                <m:r>
                  <m:t>4</m:t>
                </m:r>
              </m:sup>
            </m:sSup>
          </m:e>
          <m:sub>
            <m:r>
              <m:t>7</m:t>
            </m:r>
          </m:sub>
        </m:sSub>
        <m:r>
          <m:t>N</m:t>
        </m:r>
      </m:oMath>
    </w:p>
    <w:p>
      <w:pPr>
        <w:spacing w:before="0" w:after="20"/>
        <w:ind w:left="576"/>
      </w:pPr>
      <m:oMath>
        <m:sSub>
          <m:e>
            <m:sSup>
              <m:e>
                <m:r>
                  <m:t/>
                </m:r>
              </m:e>
              <m:sup>
                <m:r>
                  <m:t>3</m:t>
                </m:r>
                <m:r>
                  <m:t>1</m:t>
                </m:r>
              </m:sup>
            </m:sSup>
          </m:e>
          <m:sub>
            <m:r>
              <m:t>1</m:t>
            </m:r>
            <m:r>
              <m:t>5</m:t>
            </m:r>
          </m:sub>
        </m:sSub>
        <m:r>
          <m:t>P</m:t>
        </m:r>
      </m:oMath>
      <w:r>
        <w:rPr>
          <w:rFonts w:ascii="Calibri" w:hAnsi="Calibri"/>
          <w:b w:val="0"/>
          <w:i w:val="0"/>
          <w:color w:val="000000"/>
          <w:sz w:val="18"/>
        </w:rPr>
        <w:t xml:space="preserve"> dan </w:t>
      </w:r>
      <m:oMath>
        <m:sSub>
          <m:e>
            <m:sSup>
              <m:e>
                <m:r>
                  <m:t/>
                </m:r>
              </m:e>
              <m:sup>
                <m:r>
                  <m:t>3</m:t>
                </m:r>
                <m:r>
                  <m:t>2</m:t>
                </m:r>
              </m:sup>
            </m:sSup>
          </m:e>
          <m:sub>
            <m:r>
              <m:t>1</m:t>
            </m:r>
            <m:r>
              <m:t>6</m:t>
            </m:r>
          </m:sub>
        </m:sSub>
        <m:r>
          <m:t>S</m:t>
        </m:r>
      </m:oMath>
    </w:p>
    <w:p>
      <w:pPr>
        <w:spacing w:before="0" w:after="20"/>
        <w:ind w:left="576"/>
      </w:pPr>
      <m:oMath>
        <m:sSub>
          <m:e>
            <m:sSup>
              <m:e>
                <m:r>
                  <m:t/>
                </m:r>
              </m:e>
              <m:sup>
                <m:r>
                  <m:t>4</m:t>
                </m:r>
                <m:r>
                  <m:t>0</m:t>
                </m:r>
              </m:sup>
            </m:sSup>
          </m:e>
          <m:sub>
            <m:r>
              <m:t>1</m:t>
            </m:r>
            <m:r>
              <m:t>9</m:t>
            </m:r>
          </m:sub>
        </m:sSub>
        <m:r>
          <m:t>K</m:t>
        </m:r>
      </m:oMath>
      <w:r>
        <w:rPr>
          <w:rFonts w:ascii="Calibri" w:hAnsi="Calibri"/>
          <w:b w:val="0"/>
          <w:i w:val="0"/>
          <w:color w:val="000000"/>
          <w:sz w:val="18"/>
        </w:rPr>
        <w:t xml:space="preserve"> dan </w:t>
      </w:r>
      <m:oMath>
        <m:sSub>
          <m:e>
            <m:sSup>
              <m:e>
                <m:r>
                  <m:t/>
                </m:r>
              </m:e>
              <m:sup>
                <m:r>
                  <m:t>4</m:t>
                </m:r>
                <m:r>
                  <m:t>0</m:t>
                </m:r>
              </m:sup>
            </m:sSup>
          </m:e>
          <m:sub>
            <m:r>
              <m:t>2</m:t>
            </m:r>
            <m:r>
              <m:t>0</m:t>
            </m:r>
          </m:sub>
        </m:sSub>
        <m:r>
          <m:t>C</m:t>
        </m:r>
      </m:oMath>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Neutron P </w:t>
      </w:r>
      <m:oMath>
        <m:r>
          <m:t>=</m:t>
        </m:r>
        <m:r>
          <m:t>3</m:t>
        </m:r>
        <m:r>
          <m:t>1</m:t>
        </m:r>
        <m:r>
          <m:t>-</m:t>
        </m:r>
        <m:r>
          <m:t>1</m:t>
        </m:r>
        <m:r>
          <m:t>5</m:t>
        </m:r>
        <m:r>
          <m:t>=</m:t>
        </m:r>
        <m:r>
          <m:t>1</m:t>
        </m:r>
        <m:r>
          <m:t>6</m:t>
        </m:r>
      </m:oMath>
      <w:r>
        <w:rPr>
          <w:rFonts w:ascii="Calibri" w:hAnsi="Calibri"/>
          <w:b w:val="0"/>
          <w:i/>
          <w:color w:val="64748B"/>
          <w:sz w:val="17"/>
        </w:rPr>
        <w:t xml:space="preserve">. Neutron S </w:t>
      </w:r>
      <m:oMath>
        <m:r>
          <m:t>=</m:t>
        </m:r>
        <m:r>
          <m:t>3</m:t>
        </m:r>
        <m:r>
          <m:t>2</m:t>
        </m:r>
        <m:r>
          <m:t>-</m:t>
        </m:r>
        <m:r>
          <m:t>1</m:t>
        </m:r>
        <m:r>
          <m:t>6</m:t>
        </m:r>
        <m:r>
          <m:t>=</m:t>
        </m:r>
        <m:r>
          <m:t>1</m:t>
        </m:r>
        <m:r>
          <m:t>6</m:t>
        </m:r>
      </m:oMath>
      <w:r>
        <w:rPr>
          <w:rFonts w:ascii="Calibri" w:hAnsi="Calibri"/>
          <w:b w:val="0"/>
          <w:i/>
          <w:color w:val="64748B"/>
          <w:sz w:val="17"/>
        </w:rPr>
        <w:t>. Karena jumlah neutronnya sama (16), keduanya adalah Isoton.</w:t>
      </w:r>
    </w:p>
    <w:p>
      <w:r>
        <w:br w:type="page"/>
      </w:r>
    </w:p>
    <w:p>
      <w:pPr>
        <w:pStyle w:val="Title"/>
      </w:pPr>
      <w:r>
        <w:t>LEMBAR KERJA PESERTA DIDIK (LKPD)</w:t>
      </w:r>
    </w:p>
    <w:p>
      <w:pPr>
        <w:pStyle w:val="Subtitle"/>
      </w:pPr>
      <w:r>
        <w:t>Mata Pelajaran: Kimia • Bab 2: Struktur Atom dan Sistem Periodik Unsur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Perkembangan Model Teori Atom</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model roti kismis Thomson, model tata surya Rutherford, lintasan stasioner Bohr, dan awan probabilitas kuantum.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Partikel Dasar Atom, Notasi Unsur, dan Isotop</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Menentukan jumlah proton, elektron, neutron dari notasi unsur </w:t>
      </w:r>
      <m:oMath>
        <m:sSup>
          <m:e>
            <m:sSub>
              <m:e>
                <m:r>
                  <m:t/>
                </m:r>
              </m:e>
              <m:sub>
                <m:r>
                  <m:t>Z</m:t>
                </m:r>
              </m:sub>
            </m:sSub>
          </m:e>
          <m:sup>
            <m:r>
              <m:t>A</m:t>
            </m:r>
          </m:sup>
        </m:sSup>
        <m:r>
          <m:t>X</m:t>
        </m:r>
      </m:oMath>
      <w:r>
        <w:rPr>
          <w:rFonts w:ascii="Calibri" w:hAnsi="Calibri"/>
          <w:b w:val="0"/>
          <w:i w:val="0"/>
          <w:color w:val="000000"/>
          <w:sz w:val="18"/>
        </w:rPr>
        <w:t xml:space="preserve"> serta membedakan isotop, isobar, dan isoton.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Konfigurasi Elektron Orbital dan Bilangan Kuantum</w:t>
      </w:r>
    </w:p>
    <w:p>
      <w:pPr>
        <w:spacing w:before="20" w:after="60"/>
        <w:ind w:left="216"/>
      </w:pPr>
      <w:r>
        <w:rPr>
          <w:rFonts w:ascii="Calibri" w:hAnsi="Calibri"/>
          <w:color w:val="000000"/>
          <w:sz w:val="18"/>
        </w:rPr>
        <w:t xml:space="preserve">Petunjuk: </w:t>
      </w:r>
      <w:r>
        <w:rPr>
          <w:rFonts w:ascii="Calibri" w:hAnsi="Calibri"/>
          <w:b w:val="0"/>
          <w:i w:val="0"/>
          <w:color w:val="000000"/>
          <w:sz w:val="18"/>
        </w:rPr>
        <w:t>Menuliskan konfigurasi elektron gas mulia dan menentukan 4 bilangan kuantum (</w:t>
      </w:r>
      <m:oMath>
        <m:r>
          <m:t>n</m:t>
        </m:r>
        <m:r>
          <m:t>,</m:t>
        </m:r>
        <m:r>
          <m:t>l</m:t>
        </m:r>
        <m:r>
          <m:t>,</m:t>
        </m:r>
        <m:r>
          <m:t>m</m:t>
        </m:r>
        <m:r>
          <m:t>,</m:t>
        </m:r>
        <m:r>
          <m:t>s</m:t>
        </m:r>
      </m:oMath>
      <w:r>
        <w:rPr>
          <w:rFonts w:ascii="Calibri" w:hAnsi="Calibri"/>
          <w:b w:val="0"/>
          <w:i w:val="0"/>
          <w:color w:val="000000"/>
          <w:sz w:val="18"/>
        </w:rPr>
        <w:t>) elektron valensi terakhir.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Sifat Keperiodikan Unsur (Periodisitas)</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keteraturan jari-jari atom, energi ionisasi pertama, dan keelektronegatifan pada tabel periodik.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Atom merupakan satuan fundamental terkecil penyusun seluruh materi materiil di jagat raya. Penemuan partikel subatomik (elektron oleh Thomson, inti atom bermuatan positif oleh Rutherford, dan neutron oleh Chadwick) mengubah paradigma bola pejal Dalton menuju model atom modern berbasis mekanika gelombang kuantum.</w:t>
      </w:r>
    </w:p>
    <w:p>
      <w:pPr>
        <w:spacing w:before="40" w:after="60" w:line="276" w:lineRule="auto"/>
      </w:pPr>
      <w:r>
        <w:rPr>
          <w:rFonts w:ascii="Calibri" w:hAnsi="Calibri"/>
          <w:b w:val="0"/>
          <w:i w:val="0"/>
          <w:color w:val="000000"/>
          <w:sz w:val="19"/>
        </w:rPr>
        <w:t>Konfigurasi elektron menurut model mekanika kuantum mendistribusikan elektron ke dalam orbital subkulit (</w:t>
      </w:r>
      <m:oMath>
        <m:r>
          <m:t>s</m:t>
        </m:r>
        <m:r>
          <m:t>,</m:t>
        </m:r>
        <m:r>
          <m:t>p</m:t>
        </m:r>
        <m:r>
          <m:t>,</m:t>
        </m:r>
        <m:r>
          <m:t>d</m:t>
        </m:r>
        <m:r>
          <m:t>,</m:t>
        </m:r>
        <m:r>
          <m:t>f</m:t>
        </m:r>
      </m:oMath>
      <w:r>
        <w:rPr>
          <w:rFonts w:ascii="Calibri" w:hAnsi="Calibri"/>
          <w:b w:val="0"/>
          <w:i w:val="0"/>
          <w:color w:val="000000"/>
          <w:sz w:val="19"/>
        </w:rPr>
        <w:t>) berdasarkan prinsip Aufbau (tingkat energi terendah), larangan Pauli (tidak ada dua elektron dengan 4 bilangan kuantum identik), dan kaidah Hund (pengisian orbital paralel).</w:t>
      </w:r>
    </w:p>
    <w:p>
      <w:pPr>
        <w:spacing w:before="40" w:after="60" w:line="276" w:lineRule="auto"/>
      </w:pPr>
      <w:r>
        <w:rPr>
          <w:rFonts w:ascii="Calibri" w:hAnsi="Calibri"/>
          <w:b w:val="0"/>
          <w:i w:val="0"/>
          <w:color w:val="000000"/>
          <w:sz w:val="19"/>
        </w:rPr>
        <w:t>Tabel Periodik Unsur modern yang disusun berdasarkan kenaikan nomor atom oleh Moseley menunjukkan sifat periodisitas yang teratur. Peserta didik menganalisis tren jari-jari atom, energi ionisasi, afinitas elektron, dan keelektronegatifan dalam satu golongan maupun satu periode.</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Nomor Atom (Z)</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Jumlah proton yang berada di dalam inti atom suatu unsur, yang juga sama dengan jumlah elektron pada atom netral.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Nomor Massa (A)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Jumlah total partikel nukleon (proton + neutron) yang menyusun inti atom suatu unsur.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Isotop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Atom-atom dari unsur yang sama yang memiliki nomor atom (jumlah proton) sama tetapi nomor massa (jumlah neutron) berbeda.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Prinsip Aufbau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Aturan pengisian elektron pada orbital atom yang dimulai dari tingkat energi terendah menuju tingkat energi yang lebih tinggi (</w:t>
            </w:r>
            <m:oMath>
              <m:r>
                <m:t>1</m:t>
              </m:r>
              <m:r>
                <m:t>s</m:t>
              </m:r>
              <m:r>
                <m:t>→</m:t>
              </m:r>
              <m:r>
                <m:t>2</m:t>
              </m:r>
              <m:r>
                <m:t>s</m:t>
              </m:r>
              <m:r>
                <m:t>→</m:t>
              </m:r>
              <m:r>
                <m:t>2</m:t>
              </m:r>
              <m:r>
                <m:t>p</m:t>
              </m:r>
              <m:r>
                <m:t>→</m:t>
              </m:r>
              <m:r>
                <m:t>3</m:t>
              </m:r>
              <m:r>
                <m:t>s</m:t>
              </m:r>
              <m:r>
                <m:t>dots</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Keelektronegatifan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relatif suatu atom dalam suatu ikatan kimia untuk menarik pasangan elektron ikatan ke arah dirinya sendiri.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Kimia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