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SOSIAL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Sosial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Potensi Ekonomi Lingkungan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hubungan antara kegiatan produksi, distribusi, dan konsumsi dalam perekonomian.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faktor-faktor yang memengaruhi permintaan, penawaran, dan terbentuknya harga keseimbangan pasar.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mendeskripsikan peran pelaku ekonomi dalam perekonomian nasional.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kegiatan ekonomi masyarakat (produksi, distribusi, konsumsi), faktor produksi, permintaan dan penawaran, pembentukan harga pasar, serta peran pelaku ekonomi.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Kegiatan Pokok Ekonomi dan Faktor Produksi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kegiatan produksi, distribusi, konsumsi, dan 4 faktor produksi.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Pelaku Ekonomi dan Perannya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peran rumah tangga konsumen, produsen, pemerintah, dan masyarakat luar negeri.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Permintaan, Penawaran, dan Pembentukan Harga Pasar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kurva permintaan-penawaran dan menentukan titik ekuilibrium pasar.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Status, Peran Sosial, dan Diferensiasi Sosial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status sosial yang diperoleh (ascribed/achieved/assigned) dan peran di masyarakat.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Seorang pengrajin mebel mengubah kayu gelondongan menjadi meja dan kursi belajar bernilai jual tinggi. Kegiatan pengrajin ini merupakan contoh penambahan nilai guna...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guna bentuk (*form utility*)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guna tempat (*place utility*)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guna waktu (*time utility*)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guna kepemilikan (*ownership utility*)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Pengubahan bentuk kayu mentah menjadi meja dan kursi menciptakan kegunaan bentuk (*form utility*) sehingga barang memiliki nilai fungsi dan nilai ekonomis yang lebih tinggi.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Bunyi hukum permintaan dalam teori ekonomi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Jika harga barang naik, jumlah barang yang diminta akan bertambah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Jika harga barang naik, jumlah barang yang diminta akan berkurang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Jika harga barang turun, jumlah barang yang ditawarkan akan bertambah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Jumlah permintaan tidak dipengaruhi oleh fluktuasi harga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Hukum permintaan berbunyi: apabila harga suatu barang mengalami kenaikan, jumlah barang yang diminta konsumen cenderung menurun, dan sebaliknya (*ceteris paribus*).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Faktor produksi turunan yang berperan mengorganisasi dan mengelola faktor produksi alam, tenaga kerja, dan modal agar proses produksi berjalan efektif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Sumber daya 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Kewirausahaan (*entrepreneurship*)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Tenaga kerja terdidik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Bahan baku penolong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Kewirausahaan (*entrepreneurship*) adalah keahlian mengombinasikan, memimpin, dan mengambil risiko dalam mengelola faktor produksi lainnya untuk menghasilkan produk bernilai ekonomi.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Peran Rumah Tangga Produsen (RTP) dalam arus lingkar kegiatan ekonomi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Menyediakan faktor produksi tanah dan tenaga kerja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Menerima balas jasa berupa sewa, upah, dan bunga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Menghasilkan barang/jasa dan membayar balas jasa faktor produksi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Menarik pajak dari rumah tangga keluarga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Rumah Tangga Produsen berperan memproduksi barang dan jasa serta memberikan balas jasa (upah, sewa, bunga, laba) kepada Rumah Tangga Konsumen atas pemakaian faktor produksi.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Pada tingkat harga cabai Rp40.000,00/kg, jumlah permintaan pembeli adalah 100 kg dan jumlah penawaran pedagang adalah 100 kg. Titik pertemuan harga tersebut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Harga pokok produksi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Harga keseimbangan pasar (*ekuilibrium*)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Harga plafon maksimum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Harga subsidi pemerintah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Harga keseimbangan terbentuk pada saat kuantitas barang yang diminta pembeli sama persis dengan kuantitas yang ditawarkan penjual (Qd = Qs).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Sosial • Bab 3: Potensi Ekonomi Lingkungan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Kegiatan Pokok Ekonomi dan Faktor Produksi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kegiatan produksi, distribusi, konsumsi, dan 4 faktor produksi.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Pelaku Ekonomi dan Perannya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peran rumah tangga konsumen, produsen, pemerintah, dan masyarakat luar negeri.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Permintaan, Penawaran, dan Pembentukan Harga Pasar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kurva permintaan-penawaran dan menentukan titik ekuilibrium pasar.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Status, Peran Sosial, dan Diferensiasi Sosial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status sosial yang diperoleh (ascribed/achieved/assigned) dan peran di masyarakat.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Kegiatan ekonomi masyarakat terbagi menjadi tiga pilar utama: produksi menghasilkan barang dan jasa, distribusi menyalurkan produk ke konsumen melalui saluran perantara, dan konsumsi memanfaatkan nilai guna barang untuk memenuhi kebutuhan hidup.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Proses produksi ditopang oleh empat faktor produksi utama, yaitu sumber daya alam (tanah dan bahan baku), tenaga kerja jasmani/rohani, modal fisik dan finansial, serta kewirausahaan (*entrepreneurship*) yang mengombinasikan faktor-faktor tersebut secara efisien.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Pasar mempertemukan kekuatan permintaan dari pembeli dan penawaran dari produsen. Hukum permintaan dan penawaran menjelaskan fluktuasi harga barang, di mana titik potong kedua kurva membentuk harga keseimbangan pasar (*ekuilibrium*) yang adil.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Produksi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menambah nilai guna suatu barang atau menciptakan barang dan jasa baru untuk memenuhi kebutuhan.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Faktor Produksi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Segala sumber daya yang digunakan dalam proses produksi, mencakup alam, tenaga kerja, modal, dan kewirausahaan.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Hukum Permintaan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ekonomi yang menyatakan jika harga suatu barang naik, maka jumlah barang yang diminta akan turun, *ceteris paribus*.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Hukum Penawaran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ekonomi yang menyatakan jika harga suatu barang naik, maka jumlah barang yang ditawarkan produsen akan bertambah, *ceteris paribus*.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Harga Keseimbangan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Tingkat harga yang terbentuk ketika jumlah barang yang diminta pembeli persis sama dengan jumlah barang yang ditawarkan penjual.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Sosial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