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Gawat! Benarkah Energi di Bumi Akan Habis? (Energi Terbarukan)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sumber energi tak terbarukan dan sumber energi alternatif ramah lingkungan.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prinsip konversi energi pada pembangkit listrik tenaga surya, air, dan angin.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kampanye dan inovasi hemat energi di lingkungan rumah dan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keterbatasan sumber energi fosil (minyak bumi, batu bara, gas alam), mengeksplorasi potensi energi baru terbarukan (EBT: panel surya, kincir angin, PLTA, biomassa, geotermal), dan merancang aksi nyata efisiensi energi.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Menipisnya Sumber Energi Fosil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batas cadangan minyak bumi dan dampak pembakaran fosil bagi atmosfer.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Potensi Energi Terbarukan Masa Depan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pemanfaatan panas bumi (geotermal) dan panel surya tropis.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Gerakan Hemat Energi dan Teknologi Ramah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perilaku hemat listrik dan teknologi lampu LED hemat daya.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Salah satu keuntungan utama penggunaan energi surya melalui panel fotovoltaik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Hanya dapat digunakan pada malam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Tidak menghasilkan emisi gas polusi dan sumber energinya gratis tak terbatas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Menghasilkan limbah asap tebal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Membutuhkan batu bara untuk menyalakan panel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Panel surya ramah lingkungan, tidak beremisi, dan memanfaatkan sinar matahari yang melimpah di wilayah tropis.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Indonesia memiliki potensi energi panas bumi (geotermal) yang sangat besar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Wilayah Indonesia dilalui jalur cincin api pasifik (ring of fire) dengan banyak gunung berapi aktif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Indonesia memiliki banyak gurun pasir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Indonesia berada di kutub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Sebagian besar wilayah Indonesia tidak memiliki sungai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Jalur cincin api (ring of fire) menyimpan 40% cadangan energi geotermal dunia di Indonesia.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Bahan bakar gas ramah lingkungan yang diproduksi dari fermentasi kotoran sapi di dalam tabung digester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Biodiesel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Biogas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Bensin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Minyak tanah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Biogas mengandung gas metana yang dihasilkan mikroorganisme anaerob dari kotoran ternak.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nyata yang efektif dalam menghemat pemakaian energi listrik di rumah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Menyalakan pendingin ruangan (AC) saat jendela terbuka lebar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Membiarkan televisi menyala semalaman saat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Mematikan lampu dan mencabut steker peralatan elektronik yang tidak digunakan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Menggunakan lampu pijar boros daya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Mencabut steker memutus arus bocor standby dan menghemat daya listrik rumah.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Bahan bakar nabati pengganti solar yang terbuat dari olahan minyak kelapa sawit atau minyak jarak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Bioetanol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Biodiesel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Biogas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Avtur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Biodiesel adalah bahan bakar nabati untuk mesin diesel yang diolah dari minyak nabati nabati (sawit/jarak).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6: Gawat! Benarkah Energi di Bumi Akan Habis? (Energi Terbarukan)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Menipisnya Sumber Energi Fosil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batas cadangan minyak bumi dan dampak pembakaran fosil bagi atmosfer.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Potensi Energi Terbarukan Masa Depan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pemanfaatan panas bumi (geotermal) dan panel surya tropis.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Gerakan Hemat Energi dan Teknologi Ramah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perilaku hemat listrik dan teknologi lampu LED hemat daya.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krisis dan konservasi energi meneliti ketergantungan peradaban manusia modern terhadap bahan bakar fosil (minyak bumi, gas alam, batu bara) yang kian menipis.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mengevaluasi potensi diversifikasi energi terbarukan di Indonesia: energi surya fotovoltaik, energi angin, energi panas bumi (geotermal), energi air (mikrohidro), dan biomassa/biogas.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audit energi listrik di lingkungan sekolah dan merancang kampanye hemat energi untuk mengurangi jejak emisi karbon.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 Terbarukan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Sumber energi yang berasal dari proses alam yang berkelanjutan dan tidak akan habis jika dimanfaatkan (matahari, angin, air, geotermal).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Bahan Bakar Fosil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Bahan bakar hidrokarbon yang terbentuk dari sisa-sisa organisme mati jutaan tahun lampau.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Geotermal (Panas Bumi)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Energi panas alami yang tersimpan di dalam perut bumi akibat aktivitas vulkanik.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Biogas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Gas metana yang dihasilkan dari fermentasi kotoran ternak atau limbah organik untuk bahan bakar memasak.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Audit Energi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Pemeriksaan dan analisis konsumsi energi pada suatu bangunan untuk menemukan peluang penghematan.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