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DAN SOSIAL (IPAS)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Menjelajahi Bumi dan Antariksa (Tata Surya &amp; Gerhana)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Mengurutkan posisi dan karakteristik fisik 8 planet penyusun sistem tata surya kita.</w:t>
      </w:r>
    </w:p>
    <w:p>
      <w:pPr>
        <w:pStyle w:val="ListNumber"/>
      </w:pPr>
      <w:r>
        <w:rPr>
          <w:rFonts w:ascii="Calibri" w:hAnsi="Calibri"/>
          <w:b w:val="0"/>
          <w:i w:val="0"/>
          <w:color w:val="000000"/>
          <w:sz w:val="19"/>
        </w:rPr>
        <w:t>Menjelaskan akibat rotasi bumi (siang-malam, zona waktu) dan revolusi bumi (pergantian musim, gerak semu matahari).</w:t>
      </w:r>
    </w:p>
    <w:p>
      <w:pPr>
        <w:pStyle w:val="ListNumber"/>
      </w:pPr>
      <w:r>
        <w:rPr>
          <w:rFonts w:ascii="Calibri" w:hAnsi="Calibri"/>
          <w:b w:val="0"/>
          <w:i w:val="0"/>
          <w:color w:val="000000"/>
          <w:sz w:val="19"/>
        </w:rPr>
        <w:t>Menganalisis posisi matahari, bumi, dan bulan saat terjadinya fenomena gerhana matahari dan gerhana bulan melalui simulasi model.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Memahami sistem tata surya (matahari sebagai pusat, 8 planet, asteroid, komet, meteoroid), dampak rotasi dan revolusi bumi/bulan terhadap pergantian musim, waktu, pasang surut air laut, serta proses terjadinya gerhana matahari dan gerhana bulan.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Susunan Tata Surya dan Karakteristik Planet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Mengklasifikasikan planet dalam (kebumian) dan planet luar (raksasa gas).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Gerak Rotasi dan Revolusi Bumi serta Bulan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dampak perputaran bumi pada porosnya dan orbit mengelilingi matahari.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Peristiwa Gerhana Matahari dan Gerhana Bulan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simulasi posisi bayangan umbra dan penumbra saat gerhana total/sebagian.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Planet terbesar dalam tata surya kita yang memiliki badai bintik merah raksasa adalah...</w:t>
      </w:r>
    </w:p>
    <w:p>
      <w:pPr>
        <w:spacing w:before="0" w:after="20"/>
        <w:ind w:left="576"/>
      </w:pPr>
      <w:r>
        <w:rPr>
          <w:rFonts w:ascii="Calibri" w:hAnsi="Calibri"/>
          <w:b w:val="0"/>
          <w:i w:val="0"/>
          <w:color w:val="000000"/>
          <w:sz w:val="18"/>
        </w:rPr>
        <w:t>A. Saturnus</w:t>
      </w:r>
    </w:p>
    <w:p>
      <w:pPr>
        <w:spacing w:before="0" w:after="20"/>
        <w:ind w:left="576"/>
      </w:pPr>
      <w:r>
        <w:rPr>
          <w:rFonts w:ascii="Calibri" w:hAnsi="Calibri"/>
          <w:b w:val="0"/>
          <w:i w:val="0"/>
          <w:color w:val="000000"/>
          <w:sz w:val="18"/>
        </w:rPr>
        <w:t>B. Jupiter</w:t>
      </w:r>
    </w:p>
    <w:p>
      <w:pPr>
        <w:spacing w:before="0" w:after="20"/>
        <w:ind w:left="576"/>
      </w:pPr>
      <w:r>
        <w:rPr>
          <w:rFonts w:ascii="Calibri" w:hAnsi="Calibri"/>
          <w:b w:val="0"/>
          <w:i w:val="0"/>
          <w:color w:val="000000"/>
          <w:sz w:val="18"/>
        </w:rPr>
        <w:t>C. Uranus</w:t>
      </w:r>
    </w:p>
    <w:p>
      <w:pPr>
        <w:spacing w:before="0" w:after="20"/>
        <w:ind w:left="576"/>
      </w:pPr>
      <w:r>
        <w:rPr>
          <w:rFonts w:ascii="Calibri" w:hAnsi="Calibri"/>
          <w:b w:val="0"/>
          <w:i w:val="0"/>
          <w:color w:val="000000"/>
          <w:sz w:val="18"/>
        </w:rPr>
        <w:t>D. Neptunus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Jupiter adalah planet terbesar dalam tata surya dengan diameter lebih dari 11 kali diameter bumi.</w:t>
      </w:r>
    </w:p>
    <w:p>
      <w:pPr>
        <w:spacing w:before="80" w:after="40"/>
        <w:ind w:left="216"/>
      </w:pPr>
      <w:r>
        <w:rPr>
          <w:rFonts w:ascii="Calibri" w:hAnsi="Calibri"/>
          <w:b/>
          <w:color w:val="000000"/>
          <w:sz w:val="19"/>
        </w:rPr>
        <w:t xml:space="preserve">2. </w:t>
      </w:r>
      <w:r>
        <w:rPr>
          <w:rFonts w:ascii="Calibri" w:hAnsi="Calibri"/>
          <w:b w:val="0"/>
          <w:i w:val="0"/>
          <w:color w:val="000000"/>
          <w:sz w:val="19"/>
        </w:rPr>
        <w:t>Peristiwa berikut yang merupakan akibat langsung dari rotasi bumi pada porosnya adalah...</w:t>
      </w:r>
    </w:p>
    <w:p>
      <w:pPr>
        <w:spacing w:before="0" w:after="20"/>
        <w:ind w:left="576"/>
      </w:pPr>
      <w:r>
        <w:rPr>
          <w:rFonts w:ascii="Calibri" w:hAnsi="Calibri"/>
          <w:b w:val="0"/>
          <w:i w:val="0"/>
          <w:color w:val="000000"/>
          <w:sz w:val="18"/>
        </w:rPr>
        <w:t>A. Terjadinya pergantian musim di belahan bumi utara dan selatan</w:t>
      </w:r>
    </w:p>
    <w:p>
      <w:pPr>
        <w:spacing w:before="0" w:after="20"/>
        <w:ind w:left="576"/>
      </w:pPr>
      <w:r>
        <w:rPr>
          <w:rFonts w:ascii="Calibri" w:hAnsi="Calibri"/>
          <w:b w:val="0"/>
          <w:i w:val="0"/>
          <w:color w:val="000000"/>
          <w:sz w:val="18"/>
        </w:rPr>
        <w:t>B. Terjadinya siang dan malam serta perbedaan waktu antarwilayah</w:t>
      </w:r>
    </w:p>
    <w:p>
      <w:pPr>
        <w:spacing w:before="0" w:after="20"/>
        <w:ind w:left="576"/>
      </w:pPr>
      <w:r>
        <w:rPr>
          <w:rFonts w:ascii="Calibri" w:hAnsi="Calibri"/>
          <w:b w:val="0"/>
          <w:i w:val="0"/>
          <w:color w:val="000000"/>
          <w:sz w:val="18"/>
        </w:rPr>
        <w:t>C. Perubahan panjang siang dan malam sepanjang tahun</w:t>
      </w:r>
    </w:p>
    <w:p>
      <w:pPr>
        <w:spacing w:before="0" w:after="20"/>
        <w:ind w:left="576"/>
      </w:pPr>
      <w:r>
        <w:rPr>
          <w:rFonts w:ascii="Calibri" w:hAnsi="Calibri"/>
          <w:b w:val="0"/>
          <w:i w:val="0"/>
          <w:color w:val="000000"/>
          <w:sz w:val="18"/>
        </w:rPr>
        <w:t>D. Terlihatnya rasi bintang yang berbeda setiap bulan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Rotasi bumi menyebabkan bagian bumi bergantian menghadap dan membelakangi matahari (siang-malam) dan pembagian zona waktu.</w:t>
      </w:r>
    </w:p>
    <w:p>
      <w:pPr>
        <w:spacing w:before="80" w:after="40"/>
        <w:ind w:left="216"/>
      </w:pPr>
      <w:r>
        <w:rPr>
          <w:rFonts w:ascii="Calibri" w:hAnsi="Calibri"/>
          <w:b/>
          <w:color w:val="000000"/>
          <w:sz w:val="19"/>
        </w:rPr>
        <w:t xml:space="preserve">3. </w:t>
      </w:r>
      <w:r>
        <w:rPr>
          <w:rFonts w:ascii="Calibri" w:hAnsi="Calibri"/>
          <w:b w:val="0"/>
          <w:i w:val="0"/>
          <w:color w:val="000000"/>
          <w:sz w:val="19"/>
        </w:rPr>
        <w:t>Saat terjadi gerhana bulan total, susunan posisi benda langit yang berada pada satu garis lurus adalah...</w:t>
      </w:r>
    </w:p>
    <w:p>
      <w:pPr>
        <w:spacing w:before="0" w:after="20"/>
        <w:ind w:left="576"/>
      </w:pPr>
      <w:r>
        <w:rPr>
          <w:rFonts w:ascii="Calibri" w:hAnsi="Calibri"/>
          <w:b w:val="0"/>
          <w:i w:val="0"/>
          <w:color w:val="000000"/>
          <w:sz w:val="18"/>
        </w:rPr>
        <w:t>A. Matahari - Bulan - Bumi</w:t>
      </w:r>
    </w:p>
    <w:p>
      <w:pPr>
        <w:spacing w:before="0" w:after="20"/>
        <w:ind w:left="576"/>
      </w:pPr>
      <w:r>
        <w:rPr>
          <w:rFonts w:ascii="Calibri" w:hAnsi="Calibri"/>
          <w:b w:val="0"/>
          <w:i w:val="0"/>
          <w:color w:val="000000"/>
          <w:sz w:val="18"/>
        </w:rPr>
        <w:t>B. Matahari - Bumi - Bulan</w:t>
      </w:r>
    </w:p>
    <w:p>
      <w:pPr>
        <w:spacing w:before="0" w:after="20"/>
        <w:ind w:left="576"/>
      </w:pPr>
      <w:r>
        <w:rPr>
          <w:rFonts w:ascii="Calibri" w:hAnsi="Calibri"/>
          <w:b w:val="0"/>
          <w:i w:val="0"/>
          <w:color w:val="000000"/>
          <w:sz w:val="18"/>
        </w:rPr>
        <w:t>C. Bumi - Matahari - Bulan</w:t>
      </w:r>
    </w:p>
    <w:p>
      <w:pPr>
        <w:spacing w:before="0" w:after="20"/>
        <w:ind w:left="576"/>
      </w:pPr>
      <w:r>
        <w:rPr>
          <w:rFonts w:ascii="Calibri" w:hAnsi="Calibri"/>
          <w:b w:val="0"/>
          <w:i w:val="0"/>
          <w:color w:val="000000"/>
          <w:sz w:val="18"/>
        </w:rPr>
        <w:t>D. Bulan - Matahari - Bumi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Gerhana bulan terjadi saat bumi berada di antara matahari dan bulan, sehingga bayangan bumi menutupi bulan.</w:t>
      </w:r>
    </w:p>
    <w:p>
      <w:pPr>
        <w:spacing w:before="80" w:after="40"/>
        <w:ind w:left="216"/>
      </w:pPr>
      <w:r>
        <w:rPr>
          <w:rFonts w:ascii="Calibri" w:hAnsi="Calibri"/>
          <w:b/>
          <w:color w:val="000000"/>
          <w:sz w:val="19"/>
        </w:rPr>
        <w:t xml:space="preserve">4. </w:t>
      </w:r>
      <w:r>
        <w:rPr>
          <w:rFonts w:ascii="Calibri" w:hAnsi="Calibri"/>
          <w:b w:val="0"/>
          <w:i w:val="0"/>
          <w:color w:val="000000"/>
          <w:sz w:val="19"/>
        </w:rPr>
        <w:t>Planet yang dijuluki sebagai Bintang Fajar atau Bintang Kejora dan merupakan planet terpanas di tata surya adalah...</w:t>
      </w:r>
    </w:p>
    <w:p>
      <w:pPr>
        <w:spacing w:before="0" w:after="20"/>
        <w:ind w:left="576"/>
      </w:pPr>
      <w:r>
        <w:rPr>
          <w:rFonts w:ascii="Calibri" w:hAnsi="Calibri"/>
          <w:b w:val="0"/>
          <w:i w:val="0"/>
          <w:color w:val="000000"/>
          <w:sz w:val="18"/>
        </w:rPr>
        <w:t>A. Merkurius</w:t>
      </w:r>
    </w:p>
    <w:p>
      <w:pPr>
        <w:spacing w:before="0" w:after="20"/>
        <w:ind w:left="576"/>
      </w:pPr>
      <w:r>
        <w:rPr>
          <w:rFonts w:ascii="Calibri" w:hAnsi="Calibri"/>
          <w:b w:val="0"/>
          <w:i w:val="0"/>
          <w:color w:val="000000"/>
          <w:sz w:val="18"/>
        </w:rPr>
        <w:t>B. Venus</w:t>
      </w:r>
    </w:p>
    <w:p>
      <w:pPr>
        <w:spacing w:before="0" w:after="20"/>
        <w:ind w:left="576"/>
      </w:pPr>
      <w:r>
        <w:rPr>
          <w:rFonts w:ascii="Calibri" w:hAnsi="Calibri"/>
          <w:b w:val="0"/>
          <w:i w:val="0"/>
          <w:color w:val="000000"/>
          <w:sz w:val="18"/>
        </w:rPr>
        <w:t>C. Mars</w:t>
      </w:r>
    </w:p>
    <w:p>
      <w:pPr>
        <w:spacing w:before="0" w:after="20"/>
        <w:ind w:left="576"/>
      </w:pPr>
      <w:r>
        <w:rPr>
          <w:rFonts w:ascii="Calibri" w:hAnsi="Calibri"/>
          <w:b w:val="0"/>
          <w:i w:val="0"/>
          <w:color w:val="000000"/>
          <w:sz w:val="18"/>
        </w:rPr>
        <w:t>D. Saturnus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Venus memiliki atmosfer karbon dioksida pekat yang memerangkap panas sehingga menjadi planet terpanas.</w:t>
      </w:r>
    </w:p>
    <w:p>
      <w:pPr>
        <w:spacing w:before="80" w:after="40"/>
        <w:ind w:left="216"/>
      </w:pPr>
      <w:r>
        <w:rPr>
          <w:rFonts w:ascii="Calibri" w:hAnsi="Calibri"/>
          <w:b/>
          <w:color w:val="000000"/>
          <w:sz w:val="19"/>
        </w:rPr>
        <w:t xml:space="preserve">5. </w:t>
      </w:r>
      <w:r>
        <w:rPr>
          <w:rFonts w:ascii="Calibri" w:hAnsi="Calibri"/>
          <w:b w:val="0"/>
          <w:i w:val="0"/>
          <w:color w:val="000000"/>
          <w:sz w:val="19"/>
        </w:rPr>
        <w:t>Komet sering disebut sebagai bintang berekor karena ketika mendekati matahari, ekor komet yang tersusun dari gas dan debu selalu...</w:t>
      </w:r>
    </w:p>
    <w:p>
      <w:pPr>
        <w:spacing w:before="0" w:after="20"/>
        <w:ind w:left="576"/>
      </w:pPr>
      <w:r>
        <w:rPr>
          <w:rFonts w:ascii="Calibri" w:hAnsi="Calibri"/>
          <w:b w:val="0"/>
          <w:i w:val="0"/>
          <w:color w:val="000000"/>
          <w:sz w:val="18"/>
        </w:rPr>
        <w:t>A. Menunjuk ke arah matahari</w:t>
      </w:r>
    </w:p>
    <w:p>
      <w:pPr>
        <w:spacing w:before="0" w:after="20"/>
        <w:ind w:left="576"/>
      </w:pPr>
      <w:r>
        <w:rPr>
          <w:rFonts w:ascii="Calibri" w:hAnsi="Calibri"/>
          <w:b w:val="0"/>
          <w:i w:val="0"/>
          <w:color w:val="000000"/>
          <w:sz w:val="18"/>
        </w:rPr>
        <w:t>B. Menjauhi arah matahari</w:t>
      </w:r>
    </w:p>
    <w:p>
      <w:pPr>
        <w:spacing w:before="0" w:after="20"/>
        <w:ind w:left="576"/>
      </w:pPr>
      <w:r>
        <w:rPr>
          <w:rFonts w:ascii="Calibri" w:hAnsi="Calibri"/>
          <w:b w:val="0"/>
          <w:i w:val="0"/>
          <w:color w:val="000000"/>
          <w:sz w:val="18"/>
        </w:rPr>
        <w:t>C. Membelok ke arah bumi</w:t>
      </w:r>
    </w:p>
    <w:p>
      <w:pPr>
        <w:spacing w:before="0" w:after="20"/>
        <w:ind w:left="576"/>
      </w:pPr>
      <w:r>
        <w:rPr>
          <w:rFonts w:ascii="Calibri" w:hAnsi="Calibri"/>
          <w:b w:val="0"/>
          <w:i w:val="0"/>
          <w:color w:val="000000"/>
          <w:sz w:val="18"/>
        </w:rPr>
        <w:t>D. Berputar mengitari komet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Ekor komet selalu menjauhi matahari akibat dorongan angin radiasi matahari.</w:t>
      </w:r>
    </w:p>
    <w:p>
      <w:r>
        <w:br w:type="page"/>
      </w:r>
    </w:p>
    <w:p>
      <w:pPr>
        <w:pStyle w:val="Title"/>
      </w:pPr>
      <w:r>
        <w:t>LEMBAR KERJA PESERTA DIDIK (LKPD)</w:t>
      </w:r>
    </w:p>
    <w:p>
      <w:pPr>
        <w:pStyle w:val="Subtitle"/>
      </w:pPr>
      <w:r>
        <w:t>Mata Pelajaran: Ilmu Pengetahuan Alam dan Sosial (IPAS) • Bab 5: Menjelajahi Bumi dan Antariksa (Tata Surya &amp; Gerhana)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Susunan Tata Surya dan Karakteristik Planet</w:t>
      </w:r>
    </w:p>
    <w:p>
      <w:pPr>
        <w:spacing w:before="20" w:after="60"/>
        <w:ind w:left="216"/>
      </w:pPr>
      <w:r>
        <w:rPr>
          <w:rFonts w:ascii="Calibri" w:hAnsi="Calibri"/>
          <w:color w:val="000000"/>
          <w:sz w:val="18"/>
        </w:rPr>
        <w:t xml:space="preserve">Petunjuk: </w:t>
      </w:r>
      <w:r>
        <w:rPr>
          <w:rFonts w:ascii="Calibri" w:hAnsi="Calibri"/>
          <w:b w:val="0"/>
          <w:i w:val="0"/>
          <w:color w:val="000000"/>
          <w:sz w:val="18"/>
        </w:rPr>
        <w:t>Mengklasifikasikan planet dalam (kebumian) dan planet luar (raksasa gas).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Gerak Rotasi dan Revolusi Bumi serta Bulan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dampak perputaran bumi pada porosnya dan orbit mengelilingi matahari.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Peristiwa Gerhana Matahari dan Gerhana Bulan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simulasi posisi bayangan umbra dan penumbra saat gerhana total/sebagian.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menjelajahi bumi dan antariksa mengajak peserta didik mempelajari sistem tata surya dengan matahari sebagai bintang pusat gravitasi.</w:t>
      </w:r>
    </w:p>
    <w:p>
      <w:pPr>
        <w:spacing w:before="40" w:after="60" w:line="276" w:lineRule="auto"/>
      </w:pPr>
      <w:r>
        <w:rPr>
          <w:rFonts w:ascii="Calibri" w:hAnsi="Calibri"/>
          <w:b w:val="0"/>
          <w:i w:val="0"/>
          <w:color w:val="000000"/>
          <w:sz w:val="19"/>
        </w:rPr>
        <w:t>Peserta didik meneliti karakteristik delapan planet (Merkurius, Venus, Bumi, Mars, Jupiter, Saturnus, Uranus, Neptunus), sabuk asteroid, komet, meteoroid, dan satelit alami (bulan).</w:t>
      </w:r>
    </w:p>
    <w:p>
      <w:pPr>
        <w:spacing w:before="40" w:after="60" w:line="276" w:lineRule="auto"/>
      </w:pPr>
      <w:r>
        <w:rPr>
          <w:rFonts w:ascii="Calibri" w:hAnsi="Calibri"/>
          <w:b w:val="0"/>
          <w:i w:val="0"/>
          <w:color w:val="000000"/>
          <w:sz w:val="19"/>
        </w:rPr>
        <w:t>Materi membedakan akibat rotasi bumi (terjadinya siang dan malam, gerak semu harian matahari, perbedaan zona waktu) dan revolusi bumi (pergantian musim, gerak semu tahunan matahari), serta mekanisme terjadinya gerhana matahari dan gerhana bulan.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Tata Surya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Kumpulan benda langit yang terdiri atas matahari sebagai bintang pusat dan semua objek yang terikat oleh gravitasinya.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Rotasi Bumi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Perputaran bumi pada porosnya sendiri dari arah barat ke timur yang memakan waktu 24 jam.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Revolusi Bumi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Pergerakan bumi mengelilingi matahari pada orbitnya yang memakan waktu 365,25 hari (1 tahun).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Gerhana Matahari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Peristiwa saat sinar matahari terhalang oleh posisi bulan yang berada tepat di antara bumi dan matahari pada garis lurus.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Umbra dan Penumbra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Umbra adalah bayangan inti yang paling gelap, sedangkan penumbra adalah bayangan kabur di sekitar umbra.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dan Sosial (IPAS)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