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Pelesir Keliling Dunia (Mengenal 6 Benua di Dunia)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letak 6 benua dan 4 samudera utama pada peta dunia dan bola dunia (globe).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perbedaan iklim, flora-fauna khas, dan keunikan bentang alam di tiap benua.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keragaman ras, bahasa, dan budaya penduduk di berbagai belahan dunia.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Mengkaji letak geografis, bentang alam, iklim, dan karakteristik budaya 6 benua di bumi (Asia, Afrika, Amerika, Eropa, Australia, Antartika) serta samudera yang menghubungkannya.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Karakteristik Benua Asia dan Benua Afrika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benua terluas di dunia dan bentang alam Gurun Sahara serta Sungai Nil.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Karakteristik Benua Amerika dan Benua Eropa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Hutan Amazon, Pegunungan Alpen, dan iklim 4 musim di Eropa.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Karakteristik Benua Australia dan Antartika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fauna marsupial khas Australia dan lapisan es abadi benua kutub selatan.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Benua terluas di dunia yang juga memiliki jumlah penduduk terbanyak adalah Benua...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Afrika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Amerika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Eropa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Benua Asia mencakup sekitar 30% luas daratan bumi dan dihuni lebih dari 4,7 miliar penduduk.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Hutan hujan tropis terluas di dunia yang menjadi paru-paru bumi terletak di sepanjang aliran Sungai Amazon di Benua...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Amerika Selatan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Amerika Utara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Afrika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Australia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Hutan Amazon dan Sungai Amazon membentang di wilayah Benua Amerika Selatan (terutama Brasil).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Gurun pasir terluas di dunia yang membentang di bagian utara Benua Afrika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Gurun Gobi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Gurun Sahara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Gurun Kalahari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Gurun Victoria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Gurun Sahara adalah gurun panas terluas di dunia yang terletak di Afrika Utara.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Hewan mamalia berkantung khas (marsupial) seperti kangguru dan koala merupakan fauna endemik Benua...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Eropa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Australia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Afrika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Kangguru, koala, dan platipus adalah hewan berkantung khas Benua Australia.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Puncak gunung tertinggi di dunia yang berada di jajaran Pegunungan Himalaya adalah Puncak...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Kilimanjaro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Mont Blanc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Everest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Jaya Wijaya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Gunung Everest (8.848 mdpl) di Pegunungan Himalaya, perbatasan Nepal-Tiongkok, adalah titik tertinggi di bumi.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3: Pelesir Keliling Dunia (Mengenal 6 Benua di Dunia)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Karakteristik Benua Asia dan Benua Afrika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benua terluas di dunia dan bentang alam Gurun Sahara serta Sungai Nil.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Karakteristik Benua Amerika dan Benua Eropa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Hutan Amazon, Pegunungan Alpen, dan iklim 4 musim di Eropa.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Karakteristik Benua Australia dan Antartika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fauna marsupial khas Australia dan lapisan es abadi benua kutub selatan.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pelesir keliling dunia membekali peserta didik dengan pemahaman geografi global mengenai 6 benua di dunia: Asia, Afrika, Amerika Utara, Amerika Selatan, Eropa, Australia, dan benua es Antartika.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meneliti letak geografis, batas-batas alam samudra, keanekaragaman bentang alam ekstrem (Pegunungan Himalaya, Gurun Sahara, Sungai Amazon), dan karakteristik iklim utama masing-masing benua.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dilengkapi dengan keunikan flora dan fauna endemik (seperti panda di Asia, kangguru di Australia, pinguin di Antartika, llama di Amerika Selatan) serta keragaman ras manusianya.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Benua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Hamparan daratan yang sangat luas di permukaan bumi yang memiliki karakteristik geologis, iklim, dan budaya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Samudra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Laut yang sangat luas dan dalam yang memisahkan daratan benua-benua di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Fauna Endemik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Jenis hewan yang hanya hidup dan berkembang biak secara alami di wilayah geografis tertentu dan tidak ditemukan di tempat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Gurun Pasir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Kawasan daratan kering tandus dengan curah hujan sangat rendah dan suhu siang-malam yang ekstrem.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Iklim Subtropis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Wilayah iklim yang memiliki empat musim yang jelas (semi, panas, gugur, dan dingin).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