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Bagaimana Tubuh Kita Bergerak? (Sistem Gerak Manusia)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jenis-jenis tulang penyusun rangka tubuh manusia beserta fungsi proteksi dan penopangnya.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arah gerak berbagai persendian (sendi engsel, peluru, putar, pelana) pada tubuh manusia.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penyebab kelainan tulang dan persendian serta merumuskan pembiasaan sikap duduk dan nutrisi yang benar.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sistem gerak manusia meliputi rangka tulang (tengkorak, badan, anggota gerak), jenis-jenis persendian (engsel, peluru, putar, pelana, geser), kerja otot (otot lurik, polos, jantung), serta gangguan tulang (osteoporosis, kifosis, lordosis, skoliosis).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Rangka Manusia dan Jenis-Jenis Tulang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fungsi tulang pipa, pipih, pendek, dan tak beraturan sebagai pelindung organ dalam.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Ragam Sendi dan Mekanisme Kerja Otot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gerak sendi engsel pada siku, sendi peluru pada bahu, dan kontraksi otot bisep/trisep.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Kelainan Sistem Gerak dan Cara Memeliharanya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pencegahan osteoporosis dengan kalsium dan menjaga sikap duduk yang tegap.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Sendi yang menghubungkan tulang paha dengan tulang pinggul sehingga kaki dapat digerakkan ke segala arah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Sendi engsel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Sendi peluru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Sendi putar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Sendi pelana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Sendi peluru memungkinkan gerakan memutar bebas ke segala arah.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Saat lengan ditekuk ke atas, otot bisep dan otot trisep bekerja secara...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Otot bisep berkontraksi dan otot trisep berelaksasi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Otot bisep berelaksasi dan otot trisep berkontraksi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Kedua otot sama-sama berkontraksi kuat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Kedua otot sama-sama berelaksasi mengendur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Kerja otot antagonis: saat menekuk siku, bisep memendek/berkontraksi dan trisep memanjang/berelaksasi.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Kebiasaan duduk membungkuk saat menulis di meja sekolah dalam jangka panjang dapat menyebabkan kelainan tulang punggung membengkok ke belakang yang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Lordosis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Kifosis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Skoliosis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Rakitis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Kifosis adalah kelainan tulang belakang membengkok ke belakang sehingga tampak bungkuk.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Sendi yang terdapat pada siku tangan dan lutut kaki yang hanya memungkinkan gerakan satu arah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Sendi putar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Sendi engsel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Sendi pelana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Sendi geser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Sendi engsel bekerja seperti engsel pintu yang hanya bergerak ke satu arah.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Mineral penting yang mutlak dibutuhkan untuk menjaga kepadatan dan kekuatan tulang manusia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Zat besi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Kalsium dan Fosfor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Natrium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Iodium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Kalsium dan fosfor adalah mineral utama penyusun matriks tulang keras.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1: Bagaimana Tubuh Kita Bergerak? (Sistem Gerak Manusia)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Rangka Manusia dan Jenis-Jenis Tulang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fungsi tulang pipa, pipih, pendek, dan tak beraturan sebagai pelindung organ dalam.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Ragam Sendi dan Mekanisme Kerja Otot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gerak sendi engsel pada siku, sendi peluru pada bahu, dan kontraksi otot bisep/trisep.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Kelainan Sistem Gerak dan Cara Memeliharanya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pencegahan osteoporosis dengan kalsium dan menjaga sikap duduk yang tegap.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pertama IPAS kelas 6 membimbing peserta didik mempelajari sistem gerak aktif dan pasif manusia yang memungkinkan tubuh berdiri tegak, berlari, dan melakukan aktivitas motorik halus.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menganalisis struktur rangka tulang (tengkorak, badan, anggota gerak), jenis-jenis sendi diarthrosis (sendi engsel, peluru, putar, pelana, geser), dan kerja otot lurik, polos, serta jantung secara antagonis (fleksi-ekstensi).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juga membedah kelainan tulang (lordosis, kifosis, skoliosis, osteoporosis, rakitis) dan mengajarkan pembiasaan posisi duduk ergonomis serta olahraga rutin.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Rangka Pasif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Susunan tulang-tulang tubuh yang tidak dapat bergerak sendiri tanpa ditarik oleh kontraksi otot.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Otot Aktif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Jaringan tubuh yang memiliki kemampuan berkontraksi dan berelaksasi untuk menggerakkan tulang.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Sendi Peluru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Persendian yang memungkinkan pergerakan bebas ke segala arah (contoh: antara tulang lengan atas dan gelang bahu).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Skoliosis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Kelainan bentuk tulang belakang yang melengkung tidak normal ke arah samping (kiri atau kanan).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Osteoporosis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pengeroposan tulang akibat berkurangnya kepadatan kalsium pada masa dewasa/tua.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