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ILMU PENGETAHUAN ALAM DAN SOSIAL (IPAS) — FASE C (KELAS 5)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5)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Ilmu Pengetahuan Alam dan Sosial (IPAS)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8: Bumiku Sayang, Bumiku Malang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Menganalisis penyebab utama dan dampak perubahan iklim global terhadap pola cuaca dan ekosistem bumi.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Menyelidiki permasalahan sampah di lingkungan sekitar dan merancang solusi daur ulang yang bernilai guna.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Membuat kampanye peduli lingkungan untuk menghemat penggunaan air bersih, energi, dan meminimalkan sampah plastik.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Menganalisis problematika kerusakan lingkungan (efek rumah kaca, pemanasan global, deforestasi, mikroplastik), aksi 3R (Reduce, Reuse, Recycle), dan upaya pelestarian lingkungan hidup.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Ancaman Kerusakan Lingkungan dan Polusi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penyebab dan dampak pencemaran air, udara, dan tanah di lingkungan sekitar.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Pemanasan Global dan Perubahan Iklim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efek gas rumah kaca (karbon dioksida dan metana) terhadap kenaikan suhu bumi.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Aksi Pelestarian Lingkungan Hidup (Prinsip 3R)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pemilahan sampah organik/anorganik dan pembuatan eko-enzim atau kompos.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Gas buang dari asap pabrik dan knalpot kendaraan bermotor yang menjadi penyebab utama pemanasan global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Gas oksigen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Karbon dioksida (CO₂)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Gas nitrogen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Gas helium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Penumpukan karbon dioksida di atmosfer memerangkap radiasi panas bumi memicu efek rumah kaca.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Tindakan membawa botol minum (tumbler) dan tas belanja kain sendiri saat bepergian merupakan penerapan prinsip...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Reduce (mengurangi timbulan sampah)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Recycle (mendaur ulang)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Replace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Reboisasi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Membawa wadah guna ulang mengurangi produksi sampah plastik sekali pakai (Reduce).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Salah satu dampak buruk dari pemanasan global bagi kehidupan di bumi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Udara di kutub semakin dingin dan membeku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Mencairnya es di kutub sehingga permukaan air laut naik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Gunung berapi berhenti meletus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Pasokan air tawar bertambah di semua tempat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Kenaikan suhu global mencairkan lapisan es kutub dan menaikkan ketinggian muka laut global.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Limbah rumah tangga berikut yang dapat diolah menjadi pupuk kompos organik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Kulit buah, sisa sayuran, dan daun kering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Botol kaca dan kaleng susu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Kantong kresek dan styrofoam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Baterai bekas dan kabel rusak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Sisa bahan organik mudah terurai oleh mikroorganisme tanah menjadi pupuk kaya hara.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Penanaman kembali hutan yang gundul akibat penebangan liar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Erosi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Reboisasi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Abrasi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Irigasi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Reboisasi adalah upaya penghijauan kembali kawasan hutan gundul untuk memulihkan ekosistem.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Ilmu Pengetahuan Alam dan Sosial (IPAS) • Bab 8: Bumiku Sayang, Bumiku Malang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Ancaman Kerusakan Lingkungan dan Polusi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penyebab dan dampak pencemaran air, udara, dan tanah di lingkungan sekitar.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Pemanasan Global dan Perubahan Iklim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efek gas rumah kaca (karbon dioksida dan metana) terhadap kenaikan suhu bumi.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Aksi Pelestarian Lingkungan Hidup (Prinsip 3R)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pemilahan sampah organik/anorganik dan pembuatan eko-enzim atau kompos.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pemungkas IPAS kelas 5 mengajak peserta didik menelaah ancaman kerusakan lingkungan hidup akibat aktivitas manusia (penebangan liar, polusi industri, sampah plastik, dan emisi gas buang kendaraan).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mekanisme terjadinya efek rumah kaca dan pemanasan global yang menyebabkan perubahan iklim ekstrem, naiknya permukaan air laut, dan kepunahan satwa langka.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merancang program aksi hijau di sekolah menerapkan prinsip 3R (Reduce, Reuse, Recycle), pembuatan pupuk kompos dari sampah organik, dan konservasi air.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Pemanasan Global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Kenaikan suhu rata-rata permukaan bumi akibat penumpukan gas-gas rumah kaca di atmosfer.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Efek Rumah Kaca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Proses terperangkapnya panas radiasi matahari di atmosfer bumi oleh lapisan gas karbon dioksida dan gas lainnya.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Prinsip 3R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Strategi pengelolaan sampah: Reduce (mengurangi), Reuse (menggunakan kembali), Recycle (mendaur ulang).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Sampah Organik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Limbah yang berasal dari sisa makhluk hidup dan dapat terurai secara alami oleh bakteri tanah.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Deforestasi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Kegiatan penebangan hutan secara liar dan pembukaan lahan yang merusak fungsi ekologis paru-paru bumi.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Ilmu Pengetahuan Alam dan Sosial (IPAS) Kelas 5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