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Bagaimana Kita Hidup dan Bertumbuh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mekanisme pertukaran oksigen dan karbon dioksida pada alveolus dalam sistem pernapasan.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Mengurutkan alur pencernaan makanan dan penyerapan sari makanan pada organ pencernaan manusia.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fungsi jantung, pembuluh darah, dan darah dalam mengedarkan nutrisi ke seluruh sel tubuh.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sistem organ vital manusia: sistem pernapasan (hidung hingga alveolus), sistem pencernaan mekanik dan kimiawi, serta sistem peredaran darah besar dan kecil beserta pola hidup sehatnya.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Sistem Pernapasan Manusia dan Mekanismenya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pernapasan dada dan perut serta fungsi alveolus dalam pertukaran O₂ dan CO₂.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Sistem Pencernaan Makanan dan Enzim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pencernaan di mulut, kerongkongan, lambung, usus halus, dan usus besar.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Masa Pubertas dan Perubahan Tubuh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ciri kelamin primer/sekunder dan adab menjaga kebersihan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Tempat terjadinya pertukaran gas oksigen (O₂) dan gas karbon dioksida (CO₂) di dalam paru-paru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Trakea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Bronkus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Alveolus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Hidung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Alveolus dikelilingi kapiler darah tipis tempat difusi gas oksigen dan karbon dioksida.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Enzim ptialin (amilase) yang terdapat di dalam air liur mulut berfungsi untuk memecah...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Protein menjadi pepton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Lemak menjadi asam lemak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Karbohidrat (amilum) menjadi gula sederhana (glukosa)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Vitamin menjadi mineral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Enzim amilase/ptialin di mulut mencerna amilum karbohidrat menjadi maltosa/glukosa.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Organ pencernaan yang berfungsi utama menyerap air dari sisa makanan dan membentuk feses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Lambung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Usus halus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Usus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Kerongkongan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Usus besar (kolon) menyerap kelebihan air dan membusukkan sisa makanan dengan bantuan bakteri E. coli.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perkembangan fisik sekunder yang dialami anak laki-laki saat memasuki masa pubertas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Suara membesar dan tumbuh jakun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Pinggul membesar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Suara menjadi lebih melengking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Mengalami menstruasi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Tumbuhnya jakun, suara memberat/membesar, dan dada membidang merupakan tanda pubertas laki-laki.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Kebiasaan sehat yang paling tepat untuk menjaga kesehatan sistem pencernaan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Makan makanan cepat saji setiap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Mengonsumsi makanan berserat (sayur dan buah) serta minum air putih cukup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Menahan buang air besar secara rutin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Mengonsumsi makanan yang sangat pedas dan asam secara berlebihan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Serat makanan dan cairan yang cukup mencegah sembelit dan memelihara kesehatan usus.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5: Bagaimana Kita Hidup dan Bertumbuh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Sistem Pernapasan Manusia dan Mekanismenya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pernapasan dada dan perut serta fungsi alveolus dalam pertukaran O₂ dan CO₂.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Sistem Pencernaan Makanan dan Enzim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pencernaan di mulut, kerongkongan, lambung, usus halus, dan usus besar.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Masa Pubertas dan Perubahan Tubuh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ciri kelamin primer/sekunder dan adab menjaga kebersihan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bagaimana kita hidup dan bertumbuh mempelajari sistem organ vital tubuh manusia: sistem pernapasan (respirasi) dan sistem pencernaan makanan (digestif).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menelusuri alur pernapasan dari hidung, faring, laring, trakea, bronkus, bronkiolus, hingga pertukaran gas di alveolus paru-paru. Pada sistem pencernaan, siswa mengamati proses mekanik dan kimiawi dari mulut hingga anus.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membekali siswa memahami ciri-ciri perubahan fisik dan emosional masa pubertas pada anak laki-laki dan perempuan serta cara menjaga kebersihan organ reproduksi.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Alveolus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Kantung udara kecil di paru-paru tempat terjadinya pertukaran gas oksigen dan karbon dioksida.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Peristaltik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meremas dan mendorong makanan yang dilakukan oleh otot dinding kerongkongan menuju lambung.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Enzim Pencernaan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kimia yang berfungsi memecah molekul makanan kompleks menjadi nutrisi sederhana yang mudah diserap usus.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Pubertas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Masa peralihan dari anak-anak menuju remaja di mana organ reproduksi mulai matang dan berfungsi.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Usus Halus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Organ saluran pencernaan tempat terjadinya penyerapan sebagian besar sari-sari makanan ke dalam aliran darah.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