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ILMU PENGETAHUAN ALAM DAN SOSIAL (IPAS) — FASE C (KELAS 5)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5)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Ilmu Pengetahuan Alam dan Sosial (IPAS)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4: Berkenalan dengan Bumi Kita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Mendeskripsikan struktur lapisan penyusun interior dan atmosfer bumi menggunakan model visual.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Menjelaskan tahapan siklus hidrologi air (evaporasi, kondensasi, presipitasi, infiltrasi) dan pengaruhnya terhadap ketersediaan air bersih.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Mengidentifikasi langkah penyelamatan diri saat terjadi gempa bumi dan letusan gunung berapi di lingkungan sekitar.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Memahami struktur lapisan bumi (kerak, mantel, inti bumi), lapisan atmosfer, hidrosfer, litosfer, pergerakan lempeng tektonik, siklus air hidrologi, serta mitigasi risiko bencana geologis.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Struktur Lapisan Bumi (Kerak, Mantel, dan Inti)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ketebalan, suhu, dan material penyusun lapisan litosfer dan barisfer bumi.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Siklus Air (Hidrologi) dan Ketersediaan Air Bersih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Memetakan proses penguapan, pembentukan awan hujan, dan peresapan air tanah.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Lapisan Atmosfer dan Perlindungan Bumi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Mengenal lapisan ozon di stratosfer dan lapisan pembakar meteor di mesosfer.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Lapisan atmosfer yang paling dekat dengan permukaan bumi dan tempat terjadinya peristiwa cuaca (hujan, angin, awan)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Troposfer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Stratosfer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Mesosfer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Termosfer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Troposfer adalah lapisan terendah (0–12 km) tempat berlangsungnya semua fenomena cuaca.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Peristiwa penguapan air yang berasal dari jaringan tubuh tumbuhan hijau ke udara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Evaporasi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Transpirasi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Kondensasi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Infiltrasi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Transpirasi adalah penguapan air dari daun tumbuhan melalui stomata.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Lapisan terluar bumi yang padat dan menjadi tempat berdirinya daratan serta dasar samudra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Kerak bumi (litosfer)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Mantel bumi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Inti luar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Inti dalam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Kerak bumi merupakan kulit terluar yang padat dan kaya mineral.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Proses peresapan air hujan ke dalam pori-pori tanah membentuk cadangan air tanah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Kondensasi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Evaporasi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Infiltrasi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Sublimasi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Infiltrasi adalah masuknya air hujan ke dalam tanah melalui pori-pori tanah dan batuan.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Lapisan atmosfer yang berfungsi membakar habis meteorit yang jatuh ke bumi sehingga tidak menghantam daratan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Troposfer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Stratosfer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Mesosfer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Eksosfer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Mesosfer memiliki gesekan udara yang membakar habis meteorit sebelum mencapai permukaan bumi.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Ilmu Pengetahuan Alam dan Sosial (IPAS) • Bab 4: Berkenalan dengan Bumi Kita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Struktur Lapisan Bumi (Kerak, Mantel, dan Inti)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ketebalan, suhu, dan material penyusun lapisan litosfer dan barisfer bumi.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Siklus Air (Hidrologi) dan Ketersediaan Air Bersih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Memetakan proses penguapan, pembentukan awan hujan, dan peresapan air tanah.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Lapisan Atmosfer dan Perlindungan Bumi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Mengenal lapisan ozon di stratosfer dan lapisan pembakar meteor di mesosfer.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berkenalan dengan bumi kita menguraikan struktur geologis planet bumi yang tersusun atas tiga lapisan utama: kerak bumi (litosfer), mantel bumi, dan inti bumi (luar dan dalam).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dinamika hidrosfer melalui siklus air hidrologi (evaporasi, transpirasi, kondensasi, presipitasi, dan infiltrasi) yang menjaga ketersediaan air bersih di daratan.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juga membedah lima lapisan atmosfer bumi (troposfer, stratosfer, mesosfer, termosfer, dan eksosfer) serta fungsinya melindungi bumi dari radiasi ultraviolet dan benturan meteorit.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Litosfer (Kerak Bumi)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Lapisan batuan padat terluar bumi tempat tinggal makhluk hidup dan aktivitas manusia.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Inti Bumi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Pusat bola bumi yang tersusun dari logam besi dan nikel dengan suhu sangat tinggi.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Evaporasi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Proses penguapan air dari permukaan laut, danau, dan sungai ke atmosfer akibat panas matahari.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Presipitasi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Peristiwa jatuhnya air dari awan ke permukaan bumi dalam bentuk hujan, salju, atau es.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Lapisan Ozon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Lapisan gas O₃ di atmosfer stratosfer yang menyerap radiasi sinar ultraviolet berbahaya dari matahari.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Ilmu Pengetahuan Alam dan Sosial (IPAS) Kelas 5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