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Harmoni dalam Ekosistem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aliran energi dari produsen, konsumen tingkat I-III, hingga pengurai (dekomposer) dalam suatu ekosistem.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Membuat bagan jaring-jaring makanan pada ekosistem sawah, hutan, atau laut secara presisi.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Memprediksi dampak kepunahan atau ledakan populasi salah satu organisme terhadap kestabilan ekosistem.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hubungan antarmakhluk hidup dalam rantai makanan, jaring-jaring makanan, piramida biomassa, peran dekomposer dalam siklus materi, dan dampak ketidakseimbangan ekosistem.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Komponen Ekosistem dan Rantai Makanan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bagan rantai makanan dan mengidentifikasi peran trofik makhluk hidup.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Jaring-Jaring Makanan dan Piramida Energi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keterkaitan banyak rantai makanan dalam satu ekosistem stabil.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Pola Interaksi Simbiosis dan Keseimbangan Alam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simbiosis mutualisme, komensalisme, parasitisme, dan upaya konservasi.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Pada rantai makanan sawah: Padi → Belalang → Katak → Ular → Elang. Makhluk hidup yang berperan sebagai konsumen tingkat II (sekunder)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Padi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Belalang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Katak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Ular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Padi (produsen) → Belalang (konsumen I) → Katak (konsumen II) → Ular (konsumen III).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Hubungan antara lebah madu yang mengambil nektar bunga sambil membantu proses penyerbukan tanaman merupakan contoh...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Simbiosis mutualisme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Simbiosis komensalisme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Simbiosis parasitisme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Hubungan predasi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Lebah mendapat nektar makanan dan bunga terbantu penyerbukannya, sehingga saling menguntungkan (mutualisme).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Jika populasi ular sawah diburu habis oleh manusia, dampak langsung yang akan terjadi pada ekosistem sawah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Populasi elang meningkat tajam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Populasi tikus dan katak sawah melonjak tinggi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Hasil panen padi meningkat pesat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Populasi belalang habis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Hilangnya predator ular menyebabkan mangsanya (tikus/katak) berkembang biak tak terkendali dan merusak tanaman.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Organisme yang berperan menguraikan daun kering dan bangkai hewan menjadi unsur hara tanah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Jamur dan bakteri tanah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Cacing tanah dan rayap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Tanaman paku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Burung pemakan bangkai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Jamur dan bakteri pengurai (dekomposer) mendaur ulang materi organik menjadi nutrisi anorganik bagi tanah.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Ikan remora yang berenang di dekat ikan hiu untuk mendapatkan sisa makanan tanpa mengganggu maupun merugikan hiu merupakan contoh...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Mutualisme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Komensalisme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Parasitisme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Netralisme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Komensalisme adalah hubungan di mana satu pihak untung (remora) dan pihak lain tidak diuntungkan maupun dirugikan (hiu).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2: Harmoni dalam Ekosistem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Komponen Ekosistem dan Rantai Makanan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bagan rantai makanan dan mengidentifikasi peran trofik makhluk hidup.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Jaring-Jaring Makanan dan Piramida Energi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keterkaitan banyak rantai makanan dalam satu ekosistem stabil.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Pola Interaksi Simbiosis dan Keseimbangan Alam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simbiosis mutualisme, komensalisme, parasitisme, dan upaya konservasi.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harmoni dalam ekosistem membimbing siswa menelaah interaksi dinamis antarkomponen biotik (makhluk hidup) dan abiotik (tanah, air, udara, cahaya) dalam berbagai bioma.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memetakan aliran energi melalui rantai makanan, jaring-jaring makanan, dan piramida energi dari produsen (tumbuhan), konsumen tingkat I (herbivor), konsumen tingkat II/III (karnivor/omnivor), hingga pengurai (dekomposer).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mengkaji bentuk-bentuk simbiosis (mutualisme, komensalisme, parasitisme) serta dampak ketidakseimbangan ekosistem akibat perburuan liar atau pencemaran habitat.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Ekosistem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interaksi timbal balik yang terbentuk antara makhluk hidup (biotik) dengan lingkungan fisiknya (abiotik).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Produsen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Organisme autotrof yang dapat menghasilkan makanan sendiri melalui fotosintesis (tumbuhan hijau).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Dekomposer (Pengurai)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Organisme (seperti bakteri dan jamur) yang menguraikan sisa-sisa makhluk hidup mati menjadi zat hara tanah.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Simbiosis Mutualisme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hubungan antara dua makhluk hidup berbeda jenis yang saling menguntungkan kedua belah pihak.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Jaring-Jaring Makanan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Kumpulan dari beberapa rantai makanan yang saling terhubung dan tumpang tindih dalam suatu ekosistem.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