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Cerita Tentang Daerahku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Menceritakan perkembangan sejarah asal-usul kota/kabupaten tempat tinggal melalui wawancara dan telaah arsip lokal.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peninggalan sejarah kerajaan Hindu, Buddha, dan Islam di Nusantara serta nilai-nilai luhurnya.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kaitan antara kenampakan bentang alam setempat dengan mata pencaharian masyarakat.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Menelusuri sejarah asal-usul daerah tempat tinggal, peninggalan sejarah kerajaan di Indonesia (Hindu, Buddha, Islam), serta pengaruh bentang alam terhadap kehidupan masyarakat daerah.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Cerita Awal Mula Daerah Tempat Tinggalku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Mencari tahu asal-usul nama desa, kota, atau kabupaten tempat tinggal siswa.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Peninggalan Sejarah dan Kerajaan Masa Lalu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corak kerajaan Hindu, Buddha, dan Islam serta artefak peninggalannya.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Tokoh Pahlawan dan Perubahan Daerah dari Masa ke Masa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keteladanan tokoh pejuang lokal dan perkembangan infrastruktur daerah.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Prasasti Yupa yang ditemukan di Muara Kaman, Kalimantan Timur, merupakan peninggalan tertua kerajaan Hindu di Indonesia yaitu...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Kerajaan Tarumanegara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Kerajaan Majapahit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Kerajaan Kutai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Kerajaan Sriwijaya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Prasasti Yupa adalah peninggalan Kerajaan Kutai Martapura dari abad ke-4 Masehi.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Candi Borobudur di Magelang, Jawa Tengah, merupakan peninggalan candi megah yang bercorak agama...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Hindu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Buddha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Islam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Konghucu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Candi Borobudur dibangun oleh Dinasti Syailendra pada abad ke-8 dan bercorak agama Buddha Mahayana.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Kerajaan Islam pertama di Pulau Jawa yang dipimpin oleh Raden Patah adalah Kesultanan...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Samudera Pasai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Demak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Banten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Mataram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Kesultanan Demak didirikan pada akhir abad ke-15 sebagai kerajaan Islam pelopor di Pulau Jawa.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Sikap yang tepat terhadap peninggalan sejarah dan museum di daerah kita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Mencoret-coret dinding candi dengan nama pribadi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Menjaga kebersihan dan tidak merusak artefak kuno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Mengambil pecahan batu candi untuk kenang-kenangan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Mengabaikan cerita sejarah masa lalu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Pelestarian cagar budaya wajib dilakukan dengan menjaga kebersihan dan mematuhi peraturan museum.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Tokoh pahlawan perempuan dari Aceh yang gigih memimpin perlawanan bersenjata melawan penjajah Belanda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R.A. Kartini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Cut Nyak Dien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Dewi Sartika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Christina Martha Tiahahu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Cut Nyak Dien adalah pahlawan nasional dari Aceh yang berjuang dalam Perang Aceh.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5: Cerita Tentang Daerahku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Cerita Awal Mula Daerah Tempat Tinggalku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Mencari tahu asal-usul nama desa, kota, atau kabupaten tempat tinggal siswa.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Peninggalan Sejarah dan Kerajaan Masa Lalu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corak kerajaan Hindu, Buddha, dan Islam serta artefak peninggalannya.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Tokoh Pahlawan dan Perubahan Daerah dari Masa ke Masa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keteladanan tokoh pejuang lokal dan perkembangan infrastruktur daerah.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cerita tentang daerahku mengajak peserta didik menelusuri asal-usul, sejarah perkembangan, dan tokoh-tokoh penting di daerah tempat tinggal masing-masing.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ragam peninggalan sejarah (candi, prasasti, benteng, masjid kuno, naskah kuno) dari masa kerajaan Hindu-Buddha, Islam, dan kolonial di berbagai wilayah Indonesia.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dilatih melakukan metode sejarah dasar melalui wawancara dengan tokoh masyarakat atau keluarga, mencatat linimasa perubahan daerah, dan menumbuhkan rasa bangga terhadap identitas lokal.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Peninggalan Sejarah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Benda, bangunan, atau karya cipta masa lampau yang memiliki nilai historis penting (contoh: candi, prasasti).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Prasasti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Piagam atau dokumen kuno yang ditulis pada bahan keras dan tahan lama seperti batu atau tembaga.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Kerajaan Hindu-Buddha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Masa pemerintahan kerajaan di Nusantara yang dipengaruhi kebudayaan India (contoh: Kutai, Sriwijaya, Majapahit).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Kerajaan Islam (Kesultanan)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Masa kesultanan Islam di Nusantara (contoh: Samudera Pasai, Demak, Mataram Islam, Gowa-Tallo).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Kearifan Lokal Sejarah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Nilai-nilai luhur budaya setempat yang diwariskan turun-temurun dari generasi ke generasi.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