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DAN SOSIAL (IPAS)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 dan Sosial (IPAS)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Gaya di Sekitar Kita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pengertian gaya dan mengamati ragam gaya yang bekerja dalam aktivitas harian.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manfaat dan kerugian gaya gesek serta cara memperbesar atau memperkecil gaya gesek.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Melakukan percobaan interaksi kutub magnet dan mengamati pengaruh gaya gravitasi bumi terhadap benda yang jatuh bebas.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Memahami konsep gaya sebagai dorongan atau tarikan, ragam gaya (otot, gesek, magnet, gravitasi, pegas), serta pengaruh gaya terhadap gerak dan bentuk benda.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Pengaruh Gaya terhadap Benda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gaya yang mengubah posisi diam menjadi bergerak, mengubah arah, dan mengubah bentuk benda.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Ragam Gaya (Otot, Gesek, Pegas, Magnet, Gravitasi)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karakteristik gaya sentuh dan gaya tak sentuh.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Pemanfaatan Gaya Magnet dan Gravitasi Bumi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prinsip kutub magnet pada kompas dan mengamati benda jatuh bebas.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Alur pada permukaan ban mobil dibuat bergerigi kasar bertujuan untuk...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Memperkecil gaya gesek agar mobil melaju lebih cepat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Memperbesar gaya gesek agar mobil tidak mudah tergelincir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Mengurangi gaya gravitasi bumi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Membuat ban lebih awet tanpa perawatan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Permukaan kasar memperbesar gaya gesek antara ban dan jalan sehingga mobil dapat mencengkeram aspal dengan aman.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Buah kelapa yang sudah tua jatuh dari pohon ke tanah karena adanya pengaruh...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Gaya gesek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Gaya magnet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Gaya gravitasi bumi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Gaya pegas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Gaya gravitasi bumi menarik benda-benda ke arah pusat bumi.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Jika dua kutub magnet yang senama (Kutub Utara didekatkan dengan Kutub Utara) didekatkan, yang akan terjadi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Saling tolak-menolak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Saling tarik-menarik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Menempel kuat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Tidak bereaksi apa-apa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Kutub magnet senama (U-U atau S-S) akan saling tolak-menolak, sedangkan kutub tak senama (U-S) akan saling tarik-menarik.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Peristiwa berikut yang menunjukkan gaya dapat mengubah bentuk benda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Mengayuh sepeda dari lambat menjadi cepat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Mengerem mobil yang sedang melaju kencang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Menekan plastisin atau tanah liat menjadi patung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Mengoper bola ke arah teman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Menekan plastisin menghasilkan perubahan bentuk dari gumpalan menjadi bentuk baru.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Alat navigasi penunjuk arah mata angin yang bekerja berdasarkan prinsip gaya magnet bumi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Barometer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Termometer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Kompas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Speedometer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Jarum kompas terbuat dari magnet yang selalu menunjuk ke arah kutub utara dan selatan bumi.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dan Sosial (IPAS) • Bab 3: Gaya di Sekitar Kita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Pengaruh Gaya terhadap Benda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gaya yang mengubah posisi diam menjadi bergerak, mengubah arah, dan mengubah bentuk benda.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Ragam Gaya (Otot, Gesek, Pegas, Magnet, Gravitasi)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karakteristik gaya sentuh dan gaya tak sentuh.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Pemanfaatan Gaya Magnet dan Gravitasi Bumi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prinsip kutub magnet pada kompas dan mengamati benda jatuh bebas.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gaya di sekitar kita mengenalkan konsep tarikan dan dorongan yang dapat mempengaruhi gerak, kecepatan, arah, dan bentuk suatu benda.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melakukan investigasi berbagai jenis gaya: gaya otot (menendang bola/mendorong meja), gaya gesek (rem sepeda/alur ban), gaya magnet (kutub tarik-menarik dan tolak-menolak), gaya pegas (ketapel/panah), dan gaya gravitasi bumi.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mempelajari manfaat gaya gesek yang menguntungkan dan merugikan, serta cara memperbesar atau memperkecil gaya gesek dalam teknologi transportasi.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Gaya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Tarikan atau dorongan yang diberikan pada suatu benda yang dapat menyebabkan perubahan posisi, arah, atau bentuk benda.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Gaya Gesek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Gaya yang timbul akibat gesekan dua permukaan benda yang saling bersentuhan dengan arah berlawanan gerak.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Gaya Magnet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Gaya tarik atau tolak yang dihasilkan oleh medan magnet pada benda feromagnetik (seperti besi dan baja).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Gaya Gravitasi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Gaya tarik bumi yang menyebabkan semua benda bermassa ditarik menuju ke pusat bumi.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Gaya Pegas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Gaya lentur yang dihasilkan oleh benda elastis saat ditarik atau ditekan.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dan Sosial (IPAS)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