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Wujud Zat dan Perubahannya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Mendeskripsikan karakteristik wujud zat padat, cair, dan gas berdasarkan bentuk dan volumenya.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percobaan sederhana untuk membuktikan bahwa materi memiliki massa dan menempati ruang.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berbagai peristiwa perubahan wujud zat dalam kehidupan sehari-hari beserta pengaruh kalor terhadap zat.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Menyelidiki karakteristik wujud zat (padat, cair, gas), massa dan volume zat, serta peristiwa perubahan wujud zat dalam kehidupan sehari-hari (mencair, membeku, menguap, mengembun, menyublim, mengkristal).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Karakteristik Wujud Zat (Padat, Cair, Gas)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susunan partikel, bentuk, dan keteraturan volume pada benda sehari-hari.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Perubahan Wujud Zat Akibat Perubahan Suhu (Kalor)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Membuktikan proses mencair, membeku, menguap, dan mengembun lewat percobaan.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Menyublim dan Mengkristal dalam Kehidupan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perubahan wujud zat dari padat ke gas dan sebaliknya.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Benda yang memiliki bentuk berubah mengikuti wadahnya tetapi volumenya selalu tetap adalah ciri dari zat...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Padat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Plasma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Zat cair memiliki sifat bentuk menyesuaikan wadahnya namun volumenya tetap.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Dinding luar gelas yang berisi air es tampak basah berair. Peristiwa perubahan wujud zat yang terjadi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Mencair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Menguap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Mengembun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Menyublim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Uap air di udara sekitar gelas mengalami pendinginan dan mengembun menjadi titik-titik air di dinding gelas.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Kapur barus yang diletakkan di dalam lemari pakaian lama-kelamaan akan habis mengecil. Perubahan wujud ini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Menyublim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Menguap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Mencair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Mengkristal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Menyublim adalah perubahan dari wujud padat langsung menjadi gas.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Petani garam di pesisir memanfaatkan panas matahari untuk mengeringkan air laut di tambak. Perubahan wujud utama dalam proses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Membeku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Menguap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Menyublim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Mengembun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Air laut menguap karena panas matahari, meninggalkan kristal-kristal garam padat di dasar tambak.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Perubahan wujud zat yang memerlukan penyerapan energi panas (kalor)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Membeku dan mengembun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Mencair dan menguap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Mengembun dan mengkristal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Membeku dan mengkristal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Mencair dan menguap membutuhkan tambahan energi panas (menyerap kalor) dari lingkungan.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2: Wujud Zat dan Perubahannya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Karakteristik Wujud Zat (Padat, Cair, Gas)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susunan partikel, bentuk, dan keteraturan volume pada benda sehari-hari.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Perubahan Wujud Zat Akibat Perubahan Suhu (Kalor)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Membuktikan proses mencair, membeku, menguap, dan mengembun lewat percobaan.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Menyublim dan Mengkristal dalam Kehidupan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perubahan wujud zat dari padat ke gas dan sebaliknya.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wujud zat dan perubahannya membimbing peserta didik mengeksplorasi materi padat, cair, dan gas berdasarkan sifat volume, massa, dan bentuknya.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melakukan eksperimen langsung mengamati enam fenomena perubahan wujud zat akibat pelepasan atau penyerapan kalor: mencair, membeku, menguap, mengembun, menyublim, dan mengkristal (deposisi).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mengaitkan fenomena perubahan wujud zat dengan peristiwa kehidupan nyata, seperti pembuatan es krim, siklus embun pagi, kapur barus lemari, dan proses pembuatan garam tradisional di pesisir.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Materi (Zat)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sesuatu yang memiliki massa dan menempati suatu ruang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energi panas yang dapat berpindah dari benda bersuhu lebih tinggi ke benda bersuhu lebih rendah.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Menyublim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wujud zat dari benda padat langsung menjadi gas tanpa melalui fase cair (contoh: kapur barus).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Mengkristal (Deposisi)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wujud zat dari gas menjadi padat dengan melepaskan energi panas (contoh: terbentuknya bunga es).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Mengembun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wujud zat dari gas menjadi cair akibat penurunan suhu (contoh: titik-titik air di dinding luar gelas es).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