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Tumbuhan, Sumber Kehidupan di Bumi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bagian tubuh tumbuhan (akar, batang, daun, bunga, buah, biji) beserta fungsi pentingnya.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proses fotosintesis pada daun hijau serta kaitannya dengan ketersediaan oksigen dan makanan di bumi.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Membedakan perkembangbiakan generatif (penyerbukan bunga) dan vegetatif pada tumbuhan melalui pengamatan lingkungan sekitar.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bagian tubuh tumbuhan beserta fungsinya, proses fotosintesis sebagai penghasil makanan dan oksigen di bumi, serta perkembangbiakan tumbuhan secara generatif dan vegetatif.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Bagian Tubuh Tumbuhan dan Fungsinya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fungsi akar serabut/tunggang, batang basah/berkayu, dan daun beraneka bentuk tulang daun.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Proses Fotosintesis pada Daun Hijau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reaksi klorofil memanfaatkan sinar matahari, air, dan karbon dioksida untuk menghasilkan karbohidrat dan oksigen.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Perkembangbiakan Tumbuhan (Generatif dan Vegetatif)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bagian-bagian bunga, proses penyerbukan, serta teknik mencangkok, setek, dan umbi.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Gas yang diserap oleh tumbuhan dari udara untuk bahan baku proses fotosintesis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Oksigen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Karbon dioksida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Nitrogen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Hidrogen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Tumbuhan menyerap karbon dioksida (CO₂) dari udara melalui stomata untuk proses fotosintesis.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Bagian bunga yang berfungsi sebagai alat kelamin jantan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Putik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Benang sari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Mahkota bunga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Kelopak bunga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Benang sari menghasilkan serbuk sari sebagai sel kelamin jantan pada tumbuhan berbunga.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Akar tumbuhan yang berfungsi menyerap air dan unsur hara dari dalam tanah kemudian disalurkan ke daun melalui pembuluh...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Floem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Xilem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Stomata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Kloroplas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Pembuluh xilem bertugas mengangkut air dan mineral dari akar menuju ke daun.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Tanaman cocor bebek dapat berkembang biak tanpa biji melalui bagian daunnya. Cara perkembangbiakan ini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Tunas adventif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Umbi lapis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Geragih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Spora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Cocor bebek berkembang biak secara vegetatif alami melalui tunas adventif daun.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Hasil dari proses fotosintesis yang sangat bermanfaat bagi pernapasan makhluk hidup lain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Karbon monoksida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Karbon dioksida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Gas nitrogen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Gas oksigen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w:r>
        <w:rPr>
          <w:rFonts w:ascii="Calibri" w:hAnsi="Calibri"/>
          <w:b w:val="0"/>
          <w:i/>
          <w:color w:val="64748B"/>
          <w:sz w:val="17"/>
        </w:rPr>
        <w:t>Fotosintesis menghasilkan glukosa (makanan tumbuhan) dan melepaskan gas oksigen (O₂) ke lingkungan.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1: Tumbuhan, Sumber Kehidupan di Bumi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Bagian Tubuh Tumbuhan dan Fungsinya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fungsi akar serabut/tunggang, batang basah/berkayu, dan daun beraneka bentuk tulang daun.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Proses Fotosintesis pada Daun Hijau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reaksi klorofil memanfaatkan sinar matahari, air, dan karbon dioksida untuk menghasilkan karbohidrat dan oksigen.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Perkembangbiakan Tumbuhan (Generatif dan Vegetatif)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bagian-bagian bunga, proses penyerbukan, serta teknik mencangkok, setek, dan umbi.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IPAS bab pertama di kelas 4 SD membimbing peserta didik memahami peran fundamental tumbuhan sebagai produsen utama penyokong rantai kehidupan di muka bumi.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mengamati struktur organ tumbuhan (akar, batang, daun, bunga, buah, dan biji) serta menganalisis fungsi spesifik masing-masing bagian dalam penyerapan nutrisi, penopang tubuh, dan proses fotosintesis yang menghasilkan glukosa dan oksigen.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juga diajak melakukan percobaan sederhana membuktikan proses fotosintesis dan perkembangbiakan tumbuhan secara generatif (penyerbukan) serta vegetatif (alami dan buatan).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Fotosintesis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pembuatan makanan sendiri oleh tumbuhan hijau dengan memanfaatkan klorofil, air, karbon dioksida, dan cahaya matahari.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Klorofil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Zat hijau daun pada tumbuhan yang berfungsi menyerap energi cahaya matahari untuk fotosintesis.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Stomata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Mulut daun berupa celah kecil pada permukaan daun yang berfungsi sebagai organ pertukaran gas pernapasan.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Penyerbukan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Peristiwa jatuhnya serbuk sari ke kepala putik pada bunga sebagai awal proses perkembangbiakan generatif.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Xilem dan Floem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Jaringan pembuluh angkut pada tumbuhan: xilem mengangkut air dan mineral dari akar, floem mengedarkan hasil fotosintesis ke seluruh tubuh.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