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Siklus Hidup Makhluk Hidup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tahapan siklus hidup beberapa jenis hewan dengan bagan yang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metamorfosis sempurna dan tidak sempurna berdasarkan ciri-ciri tahapannya.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pentingnya pelestarian hewan agar siklus hidupnya tetap berkelanjutan.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daur hidup makhluk hidup, metamorfosis sempurna (kupu-kupu, katak) vs tidak sempurna (belalang, kecoak), serta perlindungan satwa langka.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Siklus Hidup Hewan Tanpa Metamorfosis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daur hidup hewan mamalia dan unggas yang tidak mengalami perubahan bentuk ekstrem (kucing, ayam).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Metamorfosis Sempurna dan Tidak Sempurna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tahapan telur-larva-pupa-imago pada kupu-kupu dan membandingkannya dengan daur hidup belalang.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Upaya Pelestarian Siklus Hidup Satwa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Mendiskusikan pentingnya menjaga lingkungan agar rantai daur hidup satwa liar tidak terputus.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Urutan tahapan daur hidup kupu-kupu yang benar dari awal hingga dewasa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Telur → kepompong → ulat → kupu-kupu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Telur → ulat (larva) → kepompong (pupa) → kupu-kupu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Ulat → telur → kepompong → kupu-kupu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Kepompong → ulat → telur → kupu-kupu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Kupu-kupu mengalami metamorfosis sempurna: telur menetas menjadi ulat (larva), berubah menjadi kepompong (pupa), lalu keluar menjadi kupu-kupu dewasa.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Hewan berikut yang mengalami metamorfosis tidak sempurna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Kupu-kupu dan katak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Nyamuk dan lalat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Belalang dan kecoak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Ayam dan kucing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Belalang dan kecoak berkembang biak melalui fase telur, nimfa (hewan muda), dan dewasa tanpa fase pupa.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Pada daur hidup katak, setelah telur menetas di dalam air, tahap selanjutnya adalah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Berudu (kecebong)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Katak berekor tanpa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Katak dewasa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Kepompong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Telur katak menetas menjadi berudu yang bernapas dengan insang luar sebelum tumbuh kaki dan paru-paru.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Perbedaan utama daur hidup ayam dengan daur hidup nyamuk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Ayam bertelur sedangkan nyamuk melahirkan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Anak ayam memiliki bentuk tubuh mirip induknya, sedangkan jentik nyamuk sangat berbeda dari nyamuk dewasa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Nyamuk tidak mengalami fase telur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Ayam hidup di air saat masih kecil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Ayam tidak mengalami metamorfosis sehingga anak ayam mirip induknya, sedangkan nyamuk mengalami metamorfosis sempurna melalui jentik (larva).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Mengapa kita tidak boleh memburu kepompong ulat sutra secara berlebihan di alam liar tanpa pembudidayaan?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Karena ulat sutra berbahaya bagi tanaman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Agar siklus hidup ulat sutra tidak terputus dan populasinya tetap lestari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Karena kepompong tidak memiliki manfaat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Agar tanaman di hutan cepat habis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Pemanfaatan sumber daya alam hayati harus diimbangi dengan budidaya agar siklus regenerasi hewan tetap terjaga.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2: Siklus Hidup Makhluk Hidup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Siklus Hidup Hewan Tanpa Metamorfosis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daur hidup hewan mamalia dan unggas yang tidak mengalami perubahan bentuk ekstrem (kucing, ayam).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Metamorfosis Sempurna dan Tidak Sempurna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tahapan telur-larva-pupa-imago pada kupu-kupu dan membandingkannya dengan daur hidup belalang.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Upaya Pelestarian Siklus Hidup Satwa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Mendiskusikan pentingnya menjaga lingkungan agar rantai daur hidup satwa liar tidak terputus.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Setiap makhluk hidup mengalami siklus pertumbuhan dari lahir/menetas hingga dewasa dan menghasilkan keturunan. Tahapan pertumbuhan ini disebut dengan siklus atau daur hidup.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Beberapa hewan mengalami perubahan bentuk tubuh yang sangat berbeda di setiap tahapannya (metamorfosis sempurna), seperti kupu-kupu dan katak. Sementara hewan lain hanya mengalami pertambahan ukuran tanpa perubahan bentuk drastis (metamorfosis tidak sempurna atau tanpa metamorfosis).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menyusun bagan siklus hidup melalui proyek gambar dan memahami pentingnya menjaga siklus hidup makhluk hidup agar tidak mengalami kepunahan.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Daur Hidup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Seluruh rangkaian tahapan pertumbuhan dan perkembangan yang dialami makhluk hidup sepanjang hidupnya.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Metamorfosis Sempurna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bentuk hewan yang melalui 4 fase berbeda: telur, larva/ulat, pupa/kepompong, dan dewasa.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Metamorfosis Tidak Sempurna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bentuk hewan melalui 3 fase (telur, nimfa, dewasa) tanpa melalui fase kepompong.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Nimfa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hewan muda yang sudah menyerupai bentuk dewasanya namun ukurannya lebih kecil dan belum bersayap lengkap.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