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Bioteknologi dan Teknologi Ramah Lingkungan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prinsip bioteknologi konvensional dan bioteknologi modern.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mikroorganisme yang berperan dalam produk bioteknologi pangan.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penerapan teknologi ramah lingkungan dalam konservasi energi dan lingkungan.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bioteknologi konvensional dan modern, rekayasa genetika, kultur jaringan, prinsip teknologi ramah lingkungan (biogas, sel surya, kendaraan listrik), dan pengelolaan limbah.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Prinsip dan Produk Bioteknologi Konvensional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proses fermentasi asam laktat, alkohol, dan peran mikroorganisme pangan.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Bioteknologi Modern dan Rekayasa Genetika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teknik rekombinasi DNA, fusi sel, kultur jaringan, dan tanaman transgenik.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Teknologi Ramah Lingkungan Bidang Energi dan Transportasi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prinsip panel surya, biogas, turbin angin, dan kendaraan listrik bebas emisi.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Teknologi Ramah Lingkungan Bidang Industri dan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prinsip bioremediasi, fitoremediasi, biopori, dan pemurnian air sederhana.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Pasangan yang tepat antara produk makanan bioteknologi konvensional dan mikroorganisme yang berperan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Tempe - *Rhizopus oryzae*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Tape - *Lactobacillus bulgaricus*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Yoghurt - *Saccharomyces cerevisiae*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Nata de coco - *Aspergillus wentii*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Tempe dibuat dari fermentasi kedelai menggunakan kapang *Rhizopus oryzae* atau *Rhizopus oligosporus*.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Mikroorganisme jamur ragi yang berperan dalam proses fermentasi pengolahan tape singkong dan adonan roti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*Saccharomyces cerevisiae*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*Acetobacter xylinum*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*Streptococcus thermophilus*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*Neurospora crassa*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*Saccharomyces cerevisiae* adalah khamir (ragi) yang memfermentasi glukosa menjadi alkohol dan gas CO2 yang mengembangkan roti.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Keunggulan utama perbanyakan bibit tanaman menggunakan teknik kultur jaringan dibandingkan cara stek konvensional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Membutuhkan lahan terbuka yang sangat luas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Mampu menghasilkan ribuan bibit tanaman yang seragam dan bebas virus dalam waktu singkat di laboratorium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bisa dilakukan untuk tanaman padi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membutuhkan nutrisi tanaman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Kultur jaringan berdasar sifat totipotensi sel tanaman yang memungkinkan produksi massal bibit unggul identik bebas patogen secara cepat.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Gas utama yang dihasilkan dari instalasi biodigester kotoran ternak sapi yang dapat dimanfaatkan sebagai bahan bakar ramah lingkungan pengganti gas elpiji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Gas Metana (CH₄)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Gas Oksigen (O₂)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Gas Karbon Monoksida (CO)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Gas Nitrogen (N₂)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Bakteri metanogen anaerobik menguraikan kotoran ternak menghasilkan gas biogas yang sebagian besar terdiri atas gas metana (CH4).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Penerapan teknologi ramah lingkungan berupa lubang resapan biopori di halaman sekolah berfungsi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Membuang sampah plastik agar tidak terlihat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daya serap air hujan ke dalam tanah, mencegah banjir genangan, dan mengolah sampah organik menjadi kompos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Mengalirkan air kotor ke jalan raya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tanah menjadi kering tandus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Lubang biopori memaksimalkan peresapan air ke akuifer tanah, mencegah genangan air, dan memanfaatkan fauna tanah mengubah sisa organik menjadi pupuk alami.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6: Bioteknologi dan Teknologi Ramah Lingkungan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Prinsip dan Produk Bioteknologi Konvensional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proses fermentasi asam laktat, alkohol, dan peran mikroorganisme pangan.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Bioteknologi Modern dan Rekayasa Genetika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teknik rekombinasi DNA, fusi sel, kultur jaringan, dan tanaman transgenik.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Teknologi Ramah Lingkungan Bidang Energi dan Transportasi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prinsip panel surya, biogas, turbin angin, dan kendaraan listrik bebas emisi.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Teknologi Ramah Lingkungan Bidang Industri dan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prinsip bioremediasi, fitoremediasi, biopori, dan pemurnian air sederhana.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Bioteknologi dan Teknologi Ramah Lingkungan mengkaji pemanfaatan organisme hidup dan rekayasa teknologi mutakhir untuk memecahkan krisis pangan, kesehatan, dan kelestarian energi planet bumi.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membedakan bioteknologi konvensional berbasis fermentasi mikroba (*Rhizopus oryzae* pada tempe, *Saccharomyces cerevisiae* pada roti/tape, *Lactobacillus bulgaricus* pada yoghurt) dan bioteknologi modern berbasis manipulasi genetik (organisme transgenik/GMO, kloning, kultur jaringan tumbuhan).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ditutup dengan eksplorasi teknologi ramah lingkungan (*green technology*), seperti pemanfaatan biofuel, instalasi digester biogas dari kotoran ternak, panel surya fotovoltaik, mobil listrik, serta teknologi bioremediasi untuk membersihkan polutan lingkungan.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Bioteknologi Konvensional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Bioteknologi yang memanfaatkan mikroorganisme secara langsung dan utuh melalui proses fermentasi tradisional tanpa rekayasa genetik.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Rekayasa Genetika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modifikasi materi genetik (DNA) organisme untuk menyisipkan sifat unggul baru yang diinginkan.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Kultur Jaringan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perbanyakan tanaman secara vegetatif dengan menumbuhkan sel atau jaringan tanaman dalam media steril bernutrisi.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Biogas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Gas metana (CH4) yang dihasilkan dari fermentasi anaerobik bahan organik seperti kotoran ternak oleh bakteri metanogen.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Bioremediasi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Penggunaan mikroorganisme untuk mengurai, menetralkan, atau membersihkan zat pencemar berbahaya di tanah atau air.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