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Kemagnetan dan Induksi Elektromagnetik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konsep kemagnetan, pembuatan magnet, dan medan magnet bumi.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konsep gaya Lorentz dan kaidah tangan kanan pada kawat berarus.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prinsip kerja transformator dan menghitung besaran fisis terkait.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sifat kemagnetan bahan, medan magnet bumi, gaya Lorentz, pembuatan elektromagnet, prinsip induksi Faraday, serta cara kerja generator dan transformator.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Sifat Kemagnetan dan Teori Magnet Bumi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kutub magnet, pembuatan magnet, sudut deklinasi, dan navigasi migrasi hewan.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Medan Magnet Arus Listrik dan Gaya Lorentz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kaidah tangan kanan Oersted dan menghitung besar gaya Lorentz pada kawat berarus.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Induksi Elektromagnetik dan Hukum Faraday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timbulnya GGL induksi akibat perubahan fluks magnetik dalam kumparan.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Generator Listrik dan Transformator (Trafo)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rasio lilitan, tegangan, dan efisiensi daya pada transformator listrik.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Baja lebih sulit dijadikan magnet dibandingkan besi, tetapi jika sudah menjadi magnet sifat kemagnetannya 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Cepat hilang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Kekal / permanen dan sulit hilang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Menjadi netral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Berubah menjadi diamagnetik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Domain magnet (magnet elementer) pada baja sulit berputar, namun jika sudah searah akan terkunci rapat menjadi magnet permanen.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kawat lurus berarus listrik 2 A sepanjang 0,5 meter berada tegak lurus di dalam medan magnet 4 Tesla. Besar gaya Lorentz yang dialami kawat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 Newton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Newton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 Newton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Newton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Gaya Lorentz F = B * I * L = 4 Tesla * 2 A * 0,5 m = 4 Newton.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Faktor yang BUKAN merupakan cara memperbesar nilai Gaya Gerak Listrik (GGL) induksi pada kumparan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Memutar magnet di dekat kumparan lebih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jumlah lilitan kawat kumparan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magnet batang yang lebih kuat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inti besi dengan batang kayu kering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>Batang kayu kering adalah bahan non-magnetik yang menurunkan permeabilitas magnetik, sehingga menurunkan GGL induksi.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transformator memiliki 500 lilitan primer dan 100 lilitan sekunder. Jika tegangan primer adalah 220 Volt, maka tegangan sekunder yang dihasilkan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44 Volt (Trafo Step-Down)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1.100 Volt (Trafo Step-Up)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88 Volt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220 Volt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Vs = (Ns / Np) * Vp = (100 / 500) * 220 V = (1/5) * 220 V = 44 Volt. Karena Vs &lt; Vp, trafo ini adalah step-down.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Hewan seperti burung merpati dan penyu laut memanfaatkan medan magnet bumi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Mencari pasangan hidup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Navigasi arah migrasi jarak jauh tanpa tersesat (*biomagnetisme*)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Menakuti predator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Menghangatkan tubuh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Beberapa hewan memiliki kristal magnetit di tubuhnya yang peka medan magnet bumi untuk navigasi migrasi (*biomagnetism*).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5: Kemagnetan dan Induksi Elektromagnetik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Sifat Kemagnetan dan Teori Magnet Bumi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kutub magnet, pembuatan magnet, sudut deklinasi, dan navigasi migrasi hewan.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Medan Magnet Arus Listrik dan Gaya Lorentz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kaidah tangan kanan Oersted dan menghitung besar gaya Lorentz pada kawat berarus.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Induksi Elektromagnetik dan Hukum Faraday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timbulnya GGL induksi akibat perubahan fluks magnetik dalam kumparan.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Generator Listrik dan Transformator (Trafo)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rasio lilitan, tegangan, dan efisiensi daya pada transformator listrik.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Kemagnetan dan Induksi Elektromagnetik mengungkap hubungan timbal balik yang erat antara fenomena kelistrikan dan kemagnetan (*elektromagnetisme*).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sifat kutub magnet, domain magnetik feromagnetik/paramagnetik/diamagnetik, deklinasi dan inklinasi medan magnet bumi, pembuatan magnet buatan (gosokan, induksi, arus listrik), serta gaya magnetik Lorentz (</w:t>
      </w:r>
      <m:oMath>
        <m:r>
          <m:t>F</m:t>
        </m:r>
        <m:r>
          <m:t>=</m:t>
        </m:r>
        <m:r>
          <m:t>B</m:t>
        </m:r>
        <m:r>
          <m:t>·</m:t>
        </m:r>
        <m:r>
          <m:t>I</m:t>
        </m:r>
        <m:r>
          <m:t>·</m:t>
        </m:r>
        <m:r>
          <m:t>L</m:t>
        </m:r>
        <m:r>
          <m:t>·</m:t>
        </m:r>
        <m:r>
          <m:t>sin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eksperimen induksi elektromagnetik Michael Faraday, gaya gerak listrik (GGL) induksi, prinsip kerja dinamo/generator listrik, serta rumus efisiensi transformator penaik tegangan (*step-up*) dan penurun tegangan (*step-down*) (</w:t>
      </w:r>
      <m:oMath>
        <m:sSub>
          <m:e>
            <m:r>
              <m:t>V</m:t>
            </m:r>
          </m:e>
          <m:sub>
            <m:r>
              <m:t>p</m:t>
            </m:r>
          </m:sub>
        </m:sSub>
        <m:r>
          <m:t>/</m:t>
        </m:r>
        <m:sSub>
          <m:e>
            <m:r>
              <m:t>V</m:t>
            </m:r>
          </m:e>
          <m:sub>
            <m:r>
              <m:t>s</m:t>
            </m:r>
          </m:sub>
        </m:sSub>
        <m:r>
          <m:t>=</m:t>
        </m:r>
        <m:sSub>
          <m:e>
            <m:r>
              <m:t>N</m:t>
            </m:r>
          </m:e>
          <m:sub>
            <m:r>
              <m:t>p</m:t>
            </m:r>
          </m:sub>
        </m:sSub>
        <m:r>
          <m:t>/</m:t>
        </m:r>
        <m:sSub>
          <m:e>
            <m:r>
              <m:t>N</m:t>
            </m:r>
          </m:e>
          <m:sub>
            <m:r>
              <m:t>s</m:t>
            </m:r>
          </m:sub>
        </m:sSub>
        <m:r>
          <m:t>=</m:t>
        </m:r>
        <m:sSub>
          <m:e>
            <m:r>
              <m:t>I</m:t>
            </m:r>
          </m:e>
          <m:sub>
            <m:r>
              <m:t>s</m:t>
            </m:r>
          </m:sub>
        </m:sSub>
        <m:r>
          <m:t>/</m:t>
        </m:r>
        <m:sSub>
          <m:e>
            <m:r>
              <m:t>I</m:t>
            </m:r>
          </m:e>
          <m:sub>
            <m:r>
              <m:t>p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Feromagnetik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Bahan yang ditarik sangat kuat oleh magnet dan mudah dijadikan magnet permanen (seperti besi, baja, nikel, kobalt).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Lorentz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fisika yang dialami oleh penghantar berarus listrik ketika berada di dalam suatu medan magnet.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Induksi Elektromagnetik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timbulnya beda potensial (GGL induksi) pada ujung kumparan kawat akibat perubahan medan magnet di sekitarnya.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Transformator Step-Up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listrik pengubah tegangan bolak-balik yang berfungsi menaikkan nilai tegangan listrik (Np &lt; Ns).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Transformator Step-Down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listrik pengubah tegangan bolak-balik yang berfungsi menurunkan nilai tegangan listrik (Np &gt; Ns).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