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Sistem Perkembangbiakan Tumbuhan dan Hewan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cara perkembangbiakan vegetatif dan generatif pada tumbuhan.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proses perkembangbiakan seksual dan aseksual serta metamorfosis pada hewan.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penerapan teknologi reproduksi modern pada tumbuhan dan hewan ternak.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reproduksi vegetatif dan generatif tumbuhan Angiospermae/Gymnospermae, metamorfosis dan reproduksi hewan, serta bioteknologi reproduksi modern (hidroponik dan inseminasi buatan).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Perkembangbiakan Vegetatif dan Generatif Angiospermae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jenis vegetatif alami-buatan, organ bunga, penyerbukan, dan pembuahan ganda.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Perkembangbiakan Tumbuhan Gymnospermae, Paku, dan Lumut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strobilus konus dan pergiliran keturunan (metagenesis).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Perkembangbiakan Hewan dan Metamorfosis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reproduksi seksual/aseksual, embriogenesis ovipar-vivipar, dan tahapan metamorfosis.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Teknologi Reproduksi Tumbuhan dan Hewan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prinsip kerja hidroponik, vertikultur, kultur jaringan, dan inseminasi buatan.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Contoh tumbuhan yang berkembang biak secara vegetatif alami menggunakan tunas adventif pada tepi daun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Cocor bebek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Kunyit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Kentang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Stroberi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Cocor bebek (*Kalanchoe pinnata*) memiliki tunas liar (adventif) yang tumbuh di lekukan tepi daunnya.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Pada pembuahan ganda tumbuhan Angiospermae, peleburan inti generatif 2 dengan inti kandung lembaga sekunder menghasilkan...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Zigot (2n)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Endosperma (3n) sebagai cadangan makanan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Bakal biji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Kulit buah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Inti generatif 1 melebur dengan sel telur menjadi zigot (2n), sedangkan inti generatif 2 melebur dengan inti kandung lembaga sekunder menjadi endosperma triploid (3n).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Urutan tahapan metamorfosis sempurna pada serangga kupu-kupu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Telur -&gt; Pupa -&gt; Larva -&gt; Imago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Telur -&gt; Larva (Ulat) -&gt; Pupa (Kepompong) -&gt; Imago (Kupu-kupu)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Telur -&gt; Nimfa -&gt; Imago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Imago -&gt; Telur -&gt; Nimfa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Metamorfosis sempurna (*holometabola*) memiliki 4 tahap: telur -&gt; larva (ulat) -&gt; pupa (kepompong) -&gt; imago (kupu-kupu dewasa).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Hewan cacing pipih (*Planaria*) memiliki kemampuan perkembangbiakan aseksual yang sangat tinggi melalui cara...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Tunas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Fragmentasi (pemotongan bagian tubuh yang kemudian tumbuh menjadi individu utuh)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Partenogenesis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Membelah diri biner biasa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Planaria mampu beregenerasi melalui fragmentasi, di mana potongan tubuh mana pun akan menumbuhkan kembali bagian tubuh yang hilang.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Keuntungan utama pemanfaatan teknologi Inseminasi Buatan (kawin suntik) pada peternakan sapi potong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Mengurangi konsumsi rumput ternak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Mempercepat perbaikan mutu genetik keturunan dengan sperma pejantan unggul tanpa perlu mendatangkan pejantan secara fisik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Menghasilkan sapi yang tidak memiliki tanduk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Mencegah kelahiran kembar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Inseminasi buatan memungkinkan sperma pejantan unggul dibekukan dan dikirim ke berbagai daerah untuk mengawini ribuan betina secara efisien.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• Bab 2: Sistem Perkembangbiakan Tumbuhan dan Hewan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Perkembangbiakan Vegetatif dan Generatif Angiospermae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jenis vegetatif alami-buatan, organ bunga, penyerbukan, dan pembuahan ganda.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Perkembangbiakan Tumbuhan Gymnospermae, Paku, dan Lumut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strobilus konus dan pergiliran keturunan (metagenesis).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Perkembangbiakan Hewan dan Metamorfosis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reproduksi seksual/aseksual, embriogenesis ovipar-vivipar, dan tahapan metamorfosis.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Teknologi Reproduksi Tumbuhan dan Hewan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prinsip kerja hidroponik, vertikultur, kultur jaringan, dan inseminasi buatan.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Sistem Perkembangbiakan Tumbuhan dan Hewan menelaah keanekaragaman strategi reproduktif makhluk hidup untuk melestarikan populasinya di alam.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perbanyakan vegetatif alami (rhizoma, stolon, umbi lapis, tunas adventif) dan vegetatif buatan (cangkok, stek, okulasi), proses penyerbukan (*polinasi*) dan pembuahan ganda pada tumbuhan berbiji tertutup (Angiospermae), serta metagenesis tumbuhan paku dan lumut.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dilanjutkan dengan perkembangbiakan hewan secara aseksual (tunas, fragmentasi, partenogenesis) dan seksual (ovipar, vivipar, ovovivipar), metamorfosis sempurna/tidak sempurna, serta penerapan bioteknologi reproduksi seperti kultur jaringan, hidroponik, aeroponik, dan kawin suntik (inseminasi buatan).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Angiospermae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Kelompok tumbuhan berbiji tertutup yang memiliki bunga sejati dan bakal biji terlindung oleh daun buah (karpel).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Rhizoma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Batang yang tumbuh mendatar di dalam tanah dan memiliki ruas-ruas tunas baru (seperti pada jahe, kunyit, lengkuas).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Ovovivipar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Cara perkembangbiakan hewan di mana embrio berkembang di dalam telur yang tetap berada di dalam tubuh induk hingga menetas lalu dilahirkan (seperti ikan hiu, kadal).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Metamorfosis Sempurna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bentuk tubuh hewan melalui 4 fase: telur -&gt; larva -&gt; pupa (kepompong) -&gt; imago (dewasa).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Inseminasi Buatan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memasukkan cairan sperma pejantan unggul ke dalam saluran reproduksi betina menggunakan alat khusus (kawin suntik).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