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Sistem Reproduksi pada Manusia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proses pembelahan sel mitosis dan meiosis beserta fungsinya.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struktur dan fungsi organ sistem reproduksi pria dan wanita.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siklus menstruasi dan upaya menjaga kesehatan sistem reproduksi.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pembelahan sel (mitosis dan meiosis), struktur dan fungsi organ reproduksi pria dan wanita, siklus menstruasi, fertilisasi, serta pencegahan penyakit menular seksual.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Pembelahan Sel Mitosis dan Meiosis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Membandingkan tahapan profase, metafase, anafase, telofase, dan jumlah kromosom anakan.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Struktur dan Fungsi Organ Reproduksi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organ reproduksi internal-eksternal pria (testis, epididimis, vas deferens) dan wanita (ovarium, tuba fallopi, uterus).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Siklus Menstruasi, Fertilisasi, dan Kehamilan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fluktuasi hormon, proses pembuahan sperma-ovum, dan implantasi plasenta.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Kesehatan Reproduksi dan Pencegahan Penyakit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pola hidup higienis dan pencegahan infeksi saluran reproduksi.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Perbedaan utama antara pembelahan sel Mitosis dan Meiosis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Mitosis terjadi pada sel kelamin sedangkan Meiosis terjadi pada sel tubuh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Mitosis menghasilkan 2 sel anak diploid (2n), sedangkan Meiosis menghasilkan 4 sel anak haploid (n)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Mitosis mengalami dua kali pembelahan berurutan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Meiosis tidak melalui fase metafase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Mitosis terjadi pada sel somatik menghasilkan 2 sel anakan identik (2n), sedangkan meiosis terjadi pada sel kelamin menghasilkan 4 gamet haploid (n).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Tempat berlangsungnya proses peleburan antara sel sperma dan sel telur (*fertilisasi*) pada sistem reproduksi wanita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Ovarium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Tuba Fallopi (Oviduk)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Uterus (Rahim)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Vagina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Fertilisasi secara biologis terjadi di sepertiga bagian atas saluran tuba fallopi (oviduk) sebelum zigot bergerak menuju rahim.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Penebalan dinding rahim (*endometrium*) yang dipersiapkan untuk implantasi embrio dipicu oleh lonjakan hormon...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Adrenalin dan Insulin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Estrogen dan Progesteron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Tiroksin dan Melatonin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Glukagon dan Kalsitonin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Hormon estrogen dan progesteron yang disekresikan korpus luteum memicu vaskularisasi dan penebalan lapisan endometrium rahim.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Penyakit menular seksual yang disebabkan oleh infeksi bakteri *Treponema pallidum* dengan gejala timbulnya luka lecet tanpa rasa sakit pada organ kelamin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Gonore (Kencing Nanah)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Sifilis (Raja Singa)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Kandidiasis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Herpes Genitalis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Sifilis atau raja singa disebabkan oleh spiroseta *Treponema pallidum* yang menimbulkan lesi primer pada area genital.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Tindakan harian yang paling efektif untuk menjaga kesehatan dan kebersihan organ reproduksi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Mengenakan pakaian dalam yang ketat dan berbahan sintetis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Mengganti celana dalam minimal 2 kali sehari dengan bahan katun yang menyerap keringat dan membersihkan diri dengan air bersih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sabun wangi keras setiap saat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Jarang membasuh diri setelah buang air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Pakaian dalam katun menyerap keringat mencegah kelembaban berlebih yang menjadi sarang jamur dan bakteri patogen.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• Bab 1: Sistem Reproduksi pada Manusia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Pembelahan Sel Mitosis dan Meiosis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Membandingkan tahapan profase, metafase, anafase, telofase, dan jumlah kromosom anakan.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Struktur dan Fungsi Organ Reproduksi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organ reproduksi internal-eksternal pria (testis, epididimis, vas deferens) dan wanita (ovarium, tuba fallopi, uterus).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Siklus Menstruasi, Fertilisasi, dan Kehamilan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fluktuasi hormon, proses pembuahan sperma-ovum, dan implantasi plasenta.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Kesehatan Reproduksi dan Pencegahan Penyakit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pola hidup higienis dan pencegahan infeksi saluran reproduksi.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Sistem Reproduksi pada Manusia mengkaji mekanisme biologis kelangsungan hidup spesies melalui pembelahan seluler dan fungsi terintegrasi sistem organ reproduksi manusia.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perbedaan mendasar pembelahan mitosis untuk pertumbuhan sel somatik dan meiosis untuk pembentukan gamet berkromosom haploid (</w:t>
      </w:r>
      <m:oMath>
        <m:r>
          <m:t>n</m:t>
        </m:r>
      </m:oMath>
      <w:r>
        <w:rPr>
          <w:rFonts w:ascii="Calibri" w:hAnsi="Calibri"/>
          <w:b w:val="0"/>
          <w:i w:val="0"/>
          <w:color w:val="000000"/>
          <w:sz w:val="19"/>
        </w:rPr>
        <w:t>), anatomi testis, ovarium, uterus, serta regulasi hormonal (FSH, LH, Estrogen, Progesteron) dalam siklus menstruasi dan ovulasi.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menekankan pentingnya menjaga kebersihan organ reproduksi, memahami proses fertilisasi hingga perkembangan janin di rahim, serta edukasi kesehatan preventif terhadap bahaya penyakit menular seksual (PMS) seperti HIV/AIDS dan sifilis.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Mitosis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Pembelahan sel tubuh yang menghasilkan dua sel anak identik dengan jumlah kromosom diploid (2n).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Meiosis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Pembelahan sel gamet yang menghasilkan empat sel anak dengan jumlah kromosom setengah dari sel induk / haploid (n).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Fertilisasi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Proses peleburan inti sel sperma dengan inti sel telur (ovum) di dalam tuba fallopi menghasilkan zigot.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Menstruasi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Peluruhan dinding rahim (endometrium) yang menebal disertai perdarahan ketika ovum tidak dibuahi oleh sperma.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Tuba Fallopi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Saluran telur yang menghubungkan ovarium dengan uterus serta menjadi tempat terjadinya proses fertilisasi.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