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Struktur Bumi dan Perkembangannya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karakteristik lapisan-lapisan penyusun bumi.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pergerakan lempeng tektonik dan dampaknya terhadap bentang alam.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langkah-langkah mitigasi bencana gempa bumi dan tsunami secara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struktur lapisan bumi (kerak, mantel, inti luar, inti dalam), teori lempeng tektonik, dinamika pergerakan konvergen/divergen/transform, gempa bumi (seisme), vulkanisme, serta sistem mitigasi bencana geologis.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Lapisan Penyusun Struktur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ketebalan, suhu, dan material penyusun kerak, mantel, dan inti bumi.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Teori Tektonik Lempeng dan Arus Konveksi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batas konvergen (subduksi), divergen, dan sesar geser transform.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Gempa Bumi (Seisme) dan Gelombang Seismik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hiposentrum, episentrum, skala Richter, dan mekanisme gelombang P/S.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Aktivitas Gunung Api dan Mitigasi Bencana Geologis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jenis erupsi vulkanik, bahaya lahar, dan simulasi jalur evakuasi gempa.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Lapisan bumi yang berada di bagian paling tengah dan berwujud padat yang tersusun dari campuran besi dan nikel dengan suhu mencapai ribuan derajat Celsius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Kerak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Mantel 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Inti luar (*outer core*)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Inti dalam (*inner core*)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Inti dalam (*inner core*) bumi berwujud padat akibat tekanan yang luar biasa tinggi (*tekanan gravitasi superbesar*) meskipun suhunya sangat tinggi.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Batas lempeng tektonik di mana dua lempeng saling bertumbukan dan salah satu lempeng menunjam ke bawah lempeng lainnya dinamakan batas...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Divergen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Konvergen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Transform (sesar geser)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Batas konvergen adalah zona pertemuan dua lempeng yang saling mendekat dan bertumbukan, memicu terbentuknya palung laut, rangkaian gunung api, dan gempa bumi.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Titik pusat terjadinya gempa bumi yang berada tepat di permukaan bumi tegak lurus di atas pusat gempa dalam bumi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Hiposentrum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Episentrum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Tsunami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Episentrum adalah titik di permukaan bumi yang berada tepat di atas hiposentrum (pusat gempa di kedalaman bawah tanah).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Tindakan mitigasi pertama yang paling tepat dilakukan saat berada di dalam ruangan kelas ketika tiba-tiba terjadi gempa bumi kuat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Berlari berebut keluar pintu dan berteriak histeris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Berlindung di bawah meja yang kokoh sambil melindungi kepala dengan tas/tangan (*Drop, Cover, and Hold On*)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Berdiri di dekat jendela kaca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Menaiki tangga ke lantai atas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Protokol keselamatan gempa dalam ruangan: Berlindung di bawah meja kokoh (*Drop, Cover, and Hold On*) untuk melindungi kepala dari reruntuhan plafon/benda jatuh.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Alat instrumen yang digunakan oleh BMKG untuk merekam dan mencatat getaran gelombang gempa bumi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Barometer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Seismograf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Anemometer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Higrometer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Seismograf adalah instrumen pengukur dan perekam kekuatan serta arah rambat gelombang seismik gempa bumi yang menghasilkan rekaman seismogram.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6: Struktur Bumi dan Perkembangannya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Lapisan Penyusun Struktur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ketebalan, suhu, dan material penyusun kerak, mantel, dan inti bumi.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Teori Tektonik Lempeng dan Arus Konveksi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batas konvergen (subduksi), divergen, dan sesar geser transform.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Gempa Bumi (Seisme) dan Gelombang Seismik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hiposentrum, episentrum, skala Richter, dan mekanisme gelombang P/S.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Aktivitas Gunung Api dan Mitigasi Bencana Geologis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jenis erupsi vulkanik, bahaya lahar, dan simulasi jalur evakuasi gempa.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Bumi tersusun atas lapisan konsentris berlapis dari luar ke dalam: kerak bumi (*crust* samudra dan benua), mantel bumi (*mantle* yang kaya magma plastis), inti luar (*outer core* cair pembakar medan magnet bumi), serta inti dalam (*inner core* padat besi-nikel).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Teori Tektonik Lempeng menjelaskan bahwa litosfer terpecah menjadi lempeng-lempeng besar yang terus bergerak akibat arus konveksi mantel. Pergerakan lempeng menghasilkan tiga batas utama: konvergen (tumbukan membentuk palung dan pegunungan lipatan), divergen (pemisahan membentuk punggung samudra), dan transform (sesar geser mendatar).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Posisi geografis Indonesia pada cincin api Pasifik (*Ring of Fire*) menimbulkan aktivitas seismik dan vulkanik yang tinggi. Kesiapsiagaan menghadapi gempa bumi, sistem peringatan dini tsunami (*tsunami early warning system*), dan edukasi evakuasi mandiri menjadi bekal keselamatan esensial.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Litosfer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Lapisan batuan padat terluar bumi yang mencakup kerak bumi dan bagian teratas mantel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Subduksi (Penunjaman)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menunjamnya lempeng samudra yang lebih padat ke bawah lempeng benua pada zona batas konvergen.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Hiposentrum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pusat patahan gempa bumi yang terletak di kedalaman dalam perut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Episentrum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pada permukaan bumi yang berada tepat tegak lurus di atas hiposentrum gempa.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Mitigasi Bencana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upaya untuk mengurangi risiko bencana, baik melalui pembangunan fisik maupun penyadaran dan peningkatan kemampuan menghadapi bencana.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