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Struktur dan Fungsi Tubuh Makhluk Hidup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keterkaitan sistem pencernaan, peredaran darah, pernapasan, dan ekskresi.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proses fisiologis peredaran darah dan pembentukan urine di ginjal.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pola hidup sehat untuk mencegah gangguan pada sistem organ tubuh.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sistem pencernaan dan nutrisi zat makanan, sistem peredaran darah (jantung, pembuluh darah, transfusi darah), sistem pernapasan (mekanisme dada dan perut), serta sistem ekskresi manusia (ginjal, kulit, hati, paru-paru).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Nutrisi Makanan dan Sistem Pencernaan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uji zat makanan (amilum, glukosa, protein) dan enzim pencernaan lambung/usus.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Sistem Peredaran Darah Manusia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komponen darah, jantung, pembuluh arteri/vena, dan sistem peredaran ganda.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Sistem Pernapasan dan Mekanisme Pertukaran Gas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kapasitas paru-paru dan mekanisme pernapasan dada serta pernapasan perut.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Sistem Ekskresi dan Pembentukan Urine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tahapan filtrasi di glomerulus, reabsorpsi di tubulus, dan augmentasi ginjal.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Zat reagen yang digunakan dalam uji laboratorium untuk menguji adanya kandungan amilum (karbohidrat) pada bahan makanan dengan menghasilkan perubahan warna biru kehitaman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Biuret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Lugol / Iodin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Benedict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Fehling A dan 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Larutan Lugol atau Iodin bereaksi dengan amilum menghasilkan kompleks warna biru tua kehitaman.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Ruang jantung yang memiliki dinding otot paling tebal karena bertugas memompa darah bersih beroksigen tinggi ke seluruh tubuh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Serambi kanan (atrium dekster)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Serambi kiri (atrium sinister)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Bilik kanan (ventrikel dekster)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Bilik kiri (ventrikel sinister)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Bilik kiri (*ventrikel sinister*) memiliki miokardium paling tebal untuk menghasilkan tekanan pompa darah yang cukup kuat menjangkau seluruh jaringan tubuh.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Proses pembentukan urine di dalam nefron ginjal yang berlangsung di tubulus kontortus proksimal untuk menyerap kembali zat-zat yang masih berguna (seperti glukosa dan asam amino)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Filtrasi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Reabsorpsi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Augmentasi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Defekasi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Reabsorpsi adalah penyerapan kembali zat-zat esensial dari urine primer di tubulus kontortus proksimal menghasilkan urine sekunder.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Otot pernapasan utama yang berkontraksi mendatar saat berlangsungnya mekanisme inspirasi (menarik napas) pada pernapasan perut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Otot antartulang rusuk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Otot diafragma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Otot bisep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Otot jantung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Saat inspirasi pernapasan perut, diafragma berkontraksi sehingga posisi mendatar, rongga dada membesar, tekanan udara paru-paru turun, dan udara luar masuk.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Golongan darah yang disebut sebagai resipien universal karena memiliki antigen A dan B pada eritrositnya serta tidak memiliki antibodi anti-A maupun anti-B dalam plasmanya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Golongan darah 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Golongan darah 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Golongan darah 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Golongan darah 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Golongan darah AB adalah resipien universal yang dapat menerima transfusi darah dari golongan A, B, AB, maupun O dalam kondisi darurat.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2: Struktur dan Fungsi Tubuh Makhluk Hidup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Nutrisi Makanan dan Sistem Pencernaan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uji zat makanan (amilum, glukosa, protein) dan enzim pencernaan lambung/usus.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Sistem Peredaran Darah Manusia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komponen darah, jantung, pembuluh arteri/vena, dan sistem peredaran ganda.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Sistem Pernapasan dan Mekanisme Pertukaran Gas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kapasitas paru-paru dan mekanisme pernapasan dada serta pernapasan perut.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Sistem Ekskresi dan Pembentukan Urine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tahapan filtrasi di glomerulus, reabsorpsi di tubulus, dan augmentasi ginjal.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Tubuh manusia ditopang oleh sistem-sistem organ yang bekerja secara terintegrasi untuk menjaga keseimbangan kondisi internal tubuh (*homeostasis*). Sistem pencernaan mengolah makronutrien (karbohidrat, protein, lemak) dan mikronutrien (vitamin, mineral) melalui pencernaan mekanik dan kimiawi enzimatis.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peredaran darah mengalirkan oksigen, sari makanan, dan hormon melalui sirkulasi ganda (peredaran darah kecil jantung-paru dan peredaran darah besar jantung-seluruh tubuh) yang dipompa oleh jantung empat ruang. Sistem pernapasan memfasilitasi pertukaran gas O₂ dan CO₂ di alveolus paru-paru.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Sistem ekskresi membuang sisa metabolisme yang bersifat racun melalui empat organ utama: ginjal (penyaringan darah menghasilkan urine melalui filtrasi, reabsorpsi, dan augmentasi), kulit (mengeluarkan keringat dan mengatur suhu tubuh), paru-paru (mengeluarkan CO₂ dan uap air), serta hati (mengekskresikan empedu dan merombak eritrosit tua).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Homeostasis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tubuh untuk mempertahankan keseimbangan kondisi fisiologis internal secara stabil di tengah perubahan lingkungan.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Enzim Pencernaan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Biokatalisator protein yang mempercepat pemecahan molekul makanan kompleks menjadi molekul sederhana.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Hemoglobin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Protein pembawa zat besi di dalam sel darah merah yang mengikat oksigen dari paru-paru ke seluruh jaringan tubuh.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Alveolus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Kantung udara mikroskopis berdinding tipis di paru-paru tempat terjadinya difusi oksigen dan karbon dioksida.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Nefron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Unit fungsional penyaring terkecil di dalam ginjal yang terdiri atas badan Malpighi dan tubulus ginjal.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