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INFORMATIKA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Informatika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Algoritma dan Pemrograman Modular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Eksplorasi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Laboratorium komputer, software spreadsheet &amp; visual programming Scratch, proyektor,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mengoperasikan struktur data List dan Dictionary dalam bahasa Python.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fungsi modular dengan parameter dan nilai kembalian (*return value*).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membuat program aplikasi interaktif sederhana yang menerapkan penanganan kesalahan.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struktur data koleksi (List dan Dictionary) pada bahasa Python, perancangan fungsi modular (def) dengan parameter dan nilai balik, serta pembuatan aplikasi interaktif sederhana.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Struktur Data Koleksi: List dan Tuple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Mengoperasikan indeks, pemotongan (slicing), penambahan elemen (append), dan fungsi bawaan list.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Struktur Data Kamus: Dictionary (Key-Value)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Menyimpan dan mengakses basis data relasional sederhana menggunakan pasangan key dan value.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Fungsi Modular dan Parameter Return Value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Merancang fungsi kustom menggunakan sintaksis def, parameter input, dan mengembalikan hasil return.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Penanganan Kesalahan (Error Handling) dan Proyek Mini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blok try-except untuk mencegah program crash dan menyelesaikan proyek akhir.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Perhatikan potongan kode Python berikut:</w:t>
        <w:br/>
        <w:t>```python</w:t>
        <w:br/>
        <w:t>buah = ['Apel', 'Jeruk', 'Mangga', 'Pisang']</w:t>
        <w:br/>
        <w:t>print(buah[2])</w:t>
        <w:br/>
        <w:t>```</w:t>
        <w:br/>
        <w:t>Luaran yang dihasilkan saat program dijalankan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Apel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Jeruk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Mangga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Pisang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Indeks list pada Python berbasis nol (zero-based index): indeks 0 = 'Apel', indeks 1 = 'Jeruk', indeks 2 = 'Mangga'.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Perhatikan struktur dictionary Python berikut:</w:t>
        <w:br/>
        <w:t>```python</w:t>
        <w:br/>
        <w:t>siswa = {'nama': 'Rina', 'kelas': '9A', 'skor': 95}</w:t>
        <w:br/>
        <w:t>print(siswa['nama'])</w:t>
        <w:br/>
        <w:t>```</w:t>
        <w:br/>
        <w:t>Nilai yang dicetak oleh perintah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9A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Rina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skor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95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Elemen dictionary diakses melalui kuncinya (*key*). Nilai dari kunci `'nama'` adalah `'Rina'`.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Perhatikan kode fungsi Python berikut:</w:t>
        <w:br/>
        <w:t>```python</w:t>
        <w:br/>
        <w:t>def hitung_luas_persegi(sisi):</w:t>
        <w:br/>
        <w:t xml:space="preserve">    return sisi * sisi</w:t>
        <w:br/>
        <w:br/>
        <w:t>hasil = hitung_luas_persegi(5)</w:t>
        <w:br/>
        <w:t>print(hasil)</w:t>
        <w:br/>
        <w:t>```</w:t>
        <w:br/>
        <w:t>Fungsi di atas mengembalikan nilai...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5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Fungsi menerima argumen `sisi = 5`, mengalikan 5 * 5 = 25, lalu mengembalikan nilai 25 melalui perintah `return`.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Keuntungan utama menggunakan fungsi modular (`def`) dalam penulisan program komputer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kode program menjadi sangat panjang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Menghindari penulisan kode berulang (*code reuse*), mempermudah pelacakan bug, dan membuat program lebih rapi terstruktur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Mengubah program menjadi file audio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Menghilangkan kebutuhan RAM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Modularisasi fungsi memecah program besar menjadi modul-modul kecil mandiri yang dapat dipanggil berkali-kali tanpa duplikasi kode.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Tujuan penggunaan blok kode `try ... except` pada Python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Mempercepat koneksi internet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Menangkap dan mengelola potensi kesalahan input pengguna (misal mengetik huruf saat diminta angka) agar program tidak berhenti secara mendadak (*crash*)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Menghapus variabel otomatis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Mengulang program selamanya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Blok `try-except` menangani eksepsi (seperti ValueError) secara elegan dan memberikan pesan ramah kepada pengguna tanpa membuat program terhenti paksa.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Informatika • Bab 6: Algoritma dan Pemrograman Modular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Struktur Data Koleksi: List dan Tuple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Mengoperasikan indeks, pemotongan (slicing), penambahan elemen (append), dan fungsi bawaan list.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Struktur Data Kamus: Dictionary (Key-Value)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Menyimpan dan mengakses basis data relasional sederhana menggunakan pasangan key dan value.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Fungsi Modular dan Parameter Return Value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Merancang fungsi kustom menggunakan sintaksis def, parameter input, dan mengembalikan hasil return.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Penanganan Kesalahan (Error Handling) dan Proyek Mini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blok try-except untuk mencegah program crash dan menyelesaikan proyek akhir.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Algoritma dan Pemrograman Modular memperdalam kemampuan rekayasa perangkat lunak peserta didik menggunakan bahasa Python untuk membangun program modular yang terstruktur dan mudah dirawat.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manipulasi struktur data koleksi majemuk, yaitu *List* (urutan indeks terurut) dan *Dictionary* (pasangan kunci-nilai/*key-value pairs*), operasi iterasi elemen, serta pencarian dan pengurutan data.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dilanjutkan dengan paradigma pemrograman modular melalui pembuatan fungsi mandiri (`def`), pengelolaan parameter argumen, pengembalian nilai (*return statement*), penanganan galat (*try-except error handling*), dan penyelesaian proyek aplikasi mini inventaris atau permainan teks interaktif.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List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Struktur data terurut di Python yang dapat menampung berbagai tipe data dan elemennya dapat diubah (mutable), ditandai dengan tanda kurung siku [].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Dictionary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Struktur data di Python yang menyimpan data dalam pasangan kunci-nilai (key: value), ditandai dengan kurung kurawal {}.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Fungsi (Function)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Blok kode terorganisasi dan dapat digunakan kembali yang dirancang untuk melakukan satu tugas spesifik (didefinisikan dengan kata kunci 'def').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Return Value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Nilai hasil kalkulasi yang dikembalikan oleh suatu fungsi kepada pemanggilnya setelah selesai dieksekusi.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Try-Except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Struktur blok penanganan eksepsi pada Python untuk menangani galat saat runtime tanpa menghentikan paksa jalannya program.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Informatika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